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2F2" w:rsidRPr="004A767F" w:rsidRDefault="00C716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sz w:val="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7313"/>
      </w:tblGrid>
      <w:tr w:rsidR="002C02F2" w:rsidRPr="004A767F">
        <w:trPr>
          <w:jc w:val="center"/>
        </w:trPr>
        <w:tc>
          <w:tcPr>
            <w:tcW w:w="3005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>Raporlama</w:t>
            </w:r>
            <w:proofErr w:type="spellEnd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>Dönemi</w:t>
            </w:r>
            <w:proofErr w:type="spellEnd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13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</w:t>
            </w:r>
          </w:p>
        </w:tc>
      </w:tr>
      <w:tr w:rsidR="002C02F2" w:rsidRPr="004A767F">
        <w:trPr>
          <w:jc w:val="center"/>
        </w:trPr>
        <w:tc>
          <w:tcPr>
            <w:tcW w:w="3005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>Hazırlayan</w:t>
            </w:r>
            <w:proofErr w:type="spellEnd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13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</w:t>
            </w:r>
          </w:p>
        </w:tc>
      </w:tr>
      <w:tr w:rsidR="002C02F2" w:rsidRPr="004A767F">
        <w:trPr>
          <w:jc w:val="center"/>
        </w:trPr>
        <w:tc>
          <w:tcPr>
            <w:tcW w:w="3005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>Rapor</w:t>
            </w:r>
            <w:proofErr w:type="spellEnd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>Tarihi</w:t>
            </w:r>
            <w:proofErr w:type="spellEnd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13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....../....../..........</w:t>
            </w:r>
          </w:p>
        </w:tc>
      </w:tr>
      <w:tr w:rsidR="002C02F2" w:rsidRPr="004A767F">
        <w:trPr>
          <w:jc w:val="center"/>
        </w:trPr>
        <w:tc>
          <w:tcPr>
            <w:tcW w:w="3005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>Karşılaştırılan</w:t>
            </w:r>
            <w:proofErr w:type="spellEnd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>Önceki</w:t>
            </w:r>
            <w:proofErr w:type="spellEnd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>Dönem</w:t>
            </w:r>
            <w:proofErr w:type="spellEnd"/>
            <w:r w:rsidRPr="004A767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313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</w:t>
            </w:r>
          </w:p>
        </w:tc>
      </w:tr>
    </w:tbl>
    <w:p w:rsidR="002C02F2" w:rsidRPr="004A767F" w:rsidRDefault="00C716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2F2" w:rsidRPr="004A767F" w:rsidRDefault="00C71649">
      <w:pPr>
        <w:spacing w:after="60"/>
        <w:rPr>
          <w:rFonts w:ascii="Times New Roman" w:hAnsi="Times New Roman" w:cs="Times New Roman"/>
          <w:sz w:val="24"/>
          <w:szCs w:val="24"/>
        </w:rPr>
      </w:pPr>
      <w:proofErr w:type="spellStart"/>
      <w:r w:rsidRPr="004A767F">
        <w:rPr>
          <w:rFonts w:ascii="Times New Roman" w:hAnsi="Times New Roman" w:cs="Times New Roman"/>
          <w:b/>
          <w:color w:val="0B2D78"/>
          <w:sz w:val="24"/>
          <w:szCs w:val="24"/>
        </w:rPr>
        <w:t>Kullanım</w:t>
      </w:r>
      <w:proofErr w:type="spellEnd"/>
      <w:r w:rsidRPr="004A767F">
        <w:rPr>
          <w:rFonts w:ascii="Times New Roman" w:hAnsi="Times New Roman" w:cs="Times New Roman"/>
          <w:b/>
          <w:color w:val="0B2D78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b/>
          <w:color w:val="0B2D78"/>
          <w:sz w:val="24"/>
          <w:szCs w:val="24"/>
        </w:rPr>
        <w:t>Notu</w:t>
      </w:r>
      <w:proofErr w:type="spellEnd"/>
      <w:r w:rsidRPr="004A767F">
        <w:rPr>
          <w:rFonts w:ascii="Times New Roman" w:hAnsi="Times New Roman" w:cs="Times New Roman"/>
          <w:b/>
          <w:color w:val="0B2D78"/>
          <w:sz w:val="24"/>
          <w:szCs w:val="24"/>
        </w:rPr>
        <w:t xml:space="preserve">: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Göstergeler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mümkün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olduğunca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sayı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oran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(%)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veya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gün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cinsinden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raporlanır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Önceki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dönem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hedef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sütunları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yıllar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arası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izlem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kalite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iyileştirme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amacıyla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kullanılır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4309"/>
        <w:gridCol w:w="1417"/>
        <w:gridCol w:w="1417"/>
        <w:gridCol w:w="1417"/>
        <w:gridCol w:w="1758"/>
      </w:tblGrid>
      <w:tr w:rsidR="002C02F2" w:rsidRPr="004A767F">
        <w:trPr>
          <w:jc w:val="center"/>
        </w:trPr>
        <w:tc>
          <w:tcPr>
            <w:tcW w:w="10318" w:type="dxa"/>
            <w:gridSpan w:val="5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1.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BAŞVURU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,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ERİŞİM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VE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TALEP</w:t>
            </w:r>
            <w:proofErr w:type="spellEnd"/>
          </w:p>
        </w:tc>
      </w:tr>
      <w:tr w:rsidR="002C02F2" w:rsidRPr="004A767F">
        <w:trPr>
          <w:jc w:val="center"/>
        </w:trPr>
        <w:tc>
          <w:tcPr>
            <w:tcW w:w="4309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Gösterge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Bu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Önceki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Hedef</w:t>
            </w:r>
            <w:proofErr w:type="spellEnd"/>
          </w:p>
        </w:tc>
        <w:tc>
          <w:tcPr>
            <w:tcW w:w="175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Durum / Not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Toplam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başvuru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sayısı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Yeni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başvuru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sayısı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Yeniden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başvuru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sayısı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Hizmet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tekil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sayısı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Öğrenci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nüfusuna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göre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hizmet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kullanım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oranı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İlk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görüşmeye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ortalama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erişim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bekleme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süresi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gün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İlk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görüşmeye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medyan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erişim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bekleme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süresi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gün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Dönem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sonunda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bekleme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listesindeki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</w:tbl>
    <w:p w:rsidR="002C02F2" w:rsidRPr="004A767F" w:rsidRDefault="00C716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4309"/>
        <w:gridCol w:w="1417"/>
        <w:gridCol w:w="1417"/>
        <w:gridCol w:w="1417"/>
        <w:gridCol w:w="1758"/>
      </w:tblGrid>
      <w:tr w:rsidR="002C02F2" w:rsidRPr="004A767F">
        <w:trPr>
          <w:jc w:val="center"/>
        </w:trPr>
        <w:tc>
          <w:tcPr>
            <w:tcW w:w="10318" w:type="dxa"/>
            <w:gridSpan w:val="5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2.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HİZMET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SÜRECİ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VE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SÜREKLİLİK</w:t>
            </w:r>
            <w:proofErr w:type="spellEnd"/>
          </w:p>
        </w:tc>
      </w:tr>
      <w:tr w:rsidR="002C02F2" w:rsidRPr="004A767F" w:rsidTr="00C71649">
        <w:trPr>
          <w:jc w:val="center"/>
        </w:trPr>
        <w:tc>
          <w:tcPr>
            <w:tcW w:w="4309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Gösterge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Bu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Önceki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Hedef</w:t>
            </w:r>
            <w:proofErr w:type="spellEnd"/>
          </w:p>
        </w:tc>
        <w:tc>
          <w:tcPr>
            <w:tcW w:w="1758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Durum / Not</w:t>
            </w:r>
          </w:p>
        </w:tc>
      </w:tr>
      <w:tr w:rsidR="002C02F2" w:rsidRPr="004A767F" w:rsidTr="00C71649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Toplam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bireysel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sayısı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 w:rsidTr="00C71649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Öğrenci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başına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ortalama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sayısı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 w:rsidTr="00C71649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Tamamlanan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danışmanlık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süreci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 w:rsidTr="00C71649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Planlı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sonlandırma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oranı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 w:rsidTr="00C71649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İptal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edilen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 w:rsidTr="00C71649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Devamsızlık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gelmeme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 w:rsidTr="00C71649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Devamsızlık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oranı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</w:tbl>
    <w:p w:rsidR="002C02F2" w:rsidRPr="004A767F" w:rsidRDefault="00C716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41" w:rightFromText="141" w:vertAnchor="text" w:horzAnchor="margin" w:tblpX="250" w:tblpY="195"/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4059"/>
        <w:gridCol w:w="1417"/>
        <w:gridCol w:w="1417"/>
        <w:gridCol w:w="1417"/>
        <w:gridCol w:w="2004"/>
      </w:tblGrid>
      <w:tr w:rsidR="00C71649" w:rsidRPr="004A767F" w:rsidTr="00C71649">
        <w:tc>
          <w:tcPr>
            <w:tcW w:w="10314" w:type="dxa"/>
            <w:gridSpan w:val="5"/>
            <w:shd w:val="clear" w:color="auto" w:fill="0B2D78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3. RİSK,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KRİZ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VE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GÜVENLİK</w:t>
            </w:r>
            <w:proofErr w:type="spellEnd"/>
          </w:p>
        </w:tc>
      </w:tr>
      <w:tr w:rsidR="00C71649" w:rsidRPr="004A767F" w:rsidTr="00C71649">
        <w:tc>
          <w:tcPr>
            <w:tcW w:w="4059" w:type="dxa"/>
            <w:shd w:val="clear" w:color="auto" w:fill="0B2D78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Gösterge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Bu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Önceki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Hedef</w:t>
            </w:r>
            <w:proofErr w:type="spellEnd"/>
          </w:p>
        </w:tc>
        <w:tc>
          <w:tcPr>
            <w:tcW w:w="2004" w:type="dxa"/>
            <w:shd w:val="clear" w:color="auto" w:fill="0B2D78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Durum / Not</w:t>
            </w:r>
          </w:p>
        </w:tc>
      </w:tr>
      <w:tr w:rsidR="00C71649" w:rsidRPr="004A767F" w:rsidTr="00C71649">
        <w:tc>
          <w:tcPr>
            <w:tcW w:w="4059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Risk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değerlendirmesi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04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C71649" w:rsidRPr="004A767F" w:rsidTr="00C71649">
        <w:tc>
          <w:tcPr>
            <w:tcW w:w="4059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Düşük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risk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düzeyi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04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C71649" w:rsidRPr="004A767F" w:rsidTr="00C71649">
        <w:tc>
          <w:tcPr>
            <w:tcW w:w="4059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Orta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risk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düzeyi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04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C71649" w:rsidRPr="004A767F" w:rsidTr="00C71649">
        <w:tc>
          <w:tcPr>
            <w:tcW w:w="4059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Yüksek risk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düzeyi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04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C71649" w:rsidRPr="004A767F" w:rsidTr="00C71649">
        <w:tc>
          <w:tcPr>
            <w:tcW w:w="4059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Acil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değerlendirme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müdahale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04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C71649" w:rsidRPr="004A767F" w:rsidTr="00C71649">
        <w:tc>
          <w:tcPr>
            <w:tcW w:w="4059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Güvenlik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planı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oluşturulan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vaka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04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C71649" w:rsidRPr="004A767F" w:rsidTr="00C71649">
        <w:tc>
          <w:tcPr>
            <w:tcW w:w="4059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Risk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nedeniyle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dış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acil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yönlendirme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04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</w:tbl>
    <w:tbl>
      <w:tblPr>
        <w:tblpPr w:leftFromText="141" w:rightFromText="141" w:vertAnchor="text" w:horzAnchor="margin" w:tblpX="250" w:tblpY="3220"/>
        <w:tblW w:w="0" w:type="auto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4059"/>
        <w:gridCol w:w="1417"/>
        <w:gridCol w:w="1417"/>
        <w:gridCol w:w="1417"/>
        <w:gridCol w:w="2004"/>
      </w:tblGrid>
      <w:tr w:rsidR="00C71649" w:rsidRPr="004A767F" w:rsidTr="00C71649">
        <w:tc>
          <w:tcPr>
            <w:tcW w:w="10314" w:type="dxa"/>
            <w:gridSpan w:val="5"/>
            <w:shd w:val="clear" w:color="auto" w:fill="0B2D78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4.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YÖNLENDİRME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VE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HİZMET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KOORDİNASYONU</w:t>
            </w:r>
            <w:proofErr w:type="spellEnd"/>
          </w:p>
        </w:tc>
      </w:tr>
      <w:tr w:rsidR="00C71649" w:rsidRPr="004A767F" w:rsidTr="00C71649">
        <w:tc>
          <w:tcPr>
            <w:tcW w:w="4059" w:type="dxa"/>
            <w:shd w:val="clear" w:color="auto" w:fill="0B2D78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Gösterge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Bu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Önceki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Hedef</w:t>
            </w:r>
            <w:proofErr w:type="spellEnd"/>
          </w:p>
        </w:tc>
        <w:tc>
          <w:tcPr>
            <w:tcW w:w="2004" w:type="dxa"/>
            <w:shd w:val="clear" w:color="auto" w:fill="0B2D78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Durum / Not</w:t>
            </w:r>
          </w:p>
        </w:tc>
      </w:tr>
      <w:tr w:rsidR="00C71649" w:rsidRPr="004A767F" w:rsidTr="00C71649">
        <w:tc>
          <w:tcPr>
            <w:tcW w:w="4059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Üniversite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içi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yönlendirme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04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C71649" w:rsidRPr="004A767F" w:rsidTr="00C71649">
        <w:tc>
          <w:tcPr>
            <w:tcW w:w="4059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Dış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kurum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uzmana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yönlendirme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04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C71649" w:rsidRPr="004A767F" w:rsidTr="00C71649">
        <w:tc>
          <w:tcPr>
            <w:tcW w:w="4059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Psikiyatri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sağlık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kuruluşu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yönlendirmesi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04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C71649" w:rsidRPr="004A767F" w:rsidTr="00C71649">
        <w:tc>
          <w:tcPr>
            <w:tcW w:w="4059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Acil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servis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/ 112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yönlendirmesi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04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C71649" w:rsidRPr="004A767F" w:rsidTr="00C71649">
        <w:tc>
          <w:tcPr>
            <w:tcW w:w="4059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Yönlendirme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sonrası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izlem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yapılan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vaka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04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C71649" w:rsidRPr="004A767F" w:rsidTr="00C71649">
        <w:tc>
          <w:tcPr>
            <w:tcW w:w="4059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Konsültasyon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süpervizyon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kaydı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04" w:type="dxa"/>
            <w:vAlign w:val="center"/>
          </w:tcPr>
          <w:p w:rsidR="00C71649" w:rsidRPr="004A767F" w:rsidRDefault="00C71649" w:rsidP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</w:tbl>
    <w:p w:rsidR="002C02F2" w:rsidRPr="004A767F" w:rsidRDefault="00C71649">
      <w:pPr>
        <w:rPr>
          <w:rFonts w:ascii="Times New Roman" w:hAnsi="Times New Roman" w:cs="Times New Roman"/>
          <w:sz w:val="24"/>
          <w:szCs w:val="24"/>
        </w:rPr>
      </w:pPr>
      <w:r w:rsidRPr="004A767F">
        <w:rPr>
          <w:rFonts w:ascii="Times New Roman" w:hAnsi="Times New Roman" w:cs="Times New Roman"/>
          <w:sz w:val="24"/>
          <w:szCs w:val="24"/>
        </w:rPr>
        <w:br w:type="page"/>
      </w:r>
    </w:p>
    <w:p w:rsidR="002C02F2" w:rsidRPr="004A767F" w:rsidRDefault="00C716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767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2C02F2" w:rsidRPr="004A767F" w:rsidRDefault="00C716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4309"/>
        <w:gridCol w:w="1417"/>
        <w:gridCol w:w="1417"/>
        <w:gridCol w:w="1417"/>
        <w:gridCol w:w="1921"/>
      </w:tblGrid>
      <w:tr w:rsidR="002C02F2" w:rsidRPr="004A767F" w:rsidTr="004A767F">
        <w:trPr>
          <w:jc w:val="center"/>
        </w:trPr>
        <w:tc>
          <w:tcPr>
            <w:tcW w:w="10481" w:type="dxa"/>
            <w:gridSpan w:val="5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5.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KORUYUCU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,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ÖNLEYİCİ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VE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GELİŞTİRİCİ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ÇALIŞMALAR</w:t>
            </w:r>
            <w:proofErr w:type="spellEnd"/>
          </w:p>
        </w:tc>
      </w:tr>
      <w:tr w:rsidR="002C02F2" w:rsidRPr="004A767F" w:rsidTr="004A767F">
        <w:trPr>
          <w:jc w:val="center"/>
        </w:trPr>
        <w:tc>
          <w:tcPr>
            <w:tcW w:w="4309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Gösterge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Bu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Önceki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Hedef</w:t>
            </w:r>
            <w:proofErr w:type="spellEnd"/>
          </w:p>
        </w:tc>
        <w:tc>
          <w:tcPr>
            <w:tcW w:w="1921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Durum / Not</w:t>
            </w:r>
          </w:p>
        </w:tc>
      </w:tr>
      <w:tr w:rsidR="002C02F2" w:rsidRPr="004A767F" w:rsidT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Psikoeğitim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programı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oturumu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92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 w:rsidT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Grup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çalışması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92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 w:rsidT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Seminer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atölye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eğitim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92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 w:rsidT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Farkındalık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kampüs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iyi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oluş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etkinliği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92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 w:rsidT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Toplam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katılımcı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92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 w:rsidT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Tekil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katılımcı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izlenebiliyorsa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92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</w:tbl>
    <w:p w:rsidR="002C02F2" w:rsidRPr="004A767F" w:rsidRDefault="00C716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4309"/>
        <w:gridCol w:w="1417"/>
        <w:gridCol w:w="1417"/>
        <w:gridCol w:w="1417"/>
        <w:gridCol w:w="1758"/>
      </w:tblGrid>
      <w:tr w:rsidR="002C02F2" w:rsidRPr="004A767F">
        <w:trPr>
          <w:jc w:val="center"/>
        </w:trPr>
        <w:tc>
          <w:tcPr>
            <w:tcW w:w="10318" w:type="dxa"/>
            <w:gridSpan w:val="5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6.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MEMNUNİYET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, GERİ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BİLDİRİM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VE KALİTE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Gösterge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Bu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Önceki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Hedef</w:t>
            </w:r>
            <w:proofErr w:type="spellEnd"/>
          </w:p>
        </w:tc>
        <w:tc>
          <w:tcPr>
            <w:tcW w:w="175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Durum / Not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Memnuniyet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formu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yanıt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sayısı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Genel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memnuniyet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düzeyi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(% / ort.)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Hizmeti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önerme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yeniden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yararlanma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eğilimi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Görüş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öneri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Şikâyet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Sonuçlandırılan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şikâyet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Kalite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iyileştirme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aksiyonuna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dönüşen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geri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bildirim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</w:tbl>
    <w:p w:rsidR="002C02F2" w:rsidRPr="004A767F" w:rsidRDefault="00C71649" w:rsidP="00C716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4309"/>
        <w:gridCol w:w="1417"/>
        <w:gridCol w:w="1417"/>
        <w:gridCol w:w="1417"/>
        <w:gridCol w:w="1758"/>
      </w:tblGrid>
      <w:tr w:rsidR="002C02F2" w:rsidRPr="004A767F">
        <w:trPr>
          <w:jc w:val="center"/>
        </w:trPr>
        <w:tc>
          <w:tcPr>
            <w:tcW w:w="10318" w:type="dxa"/>
            <w:gridSpan w:val="5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7.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KAPASİTE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VE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İŞ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YÜKÜ</w:t>
            </w:r>
            <w:proofErr w:type="spellEnd"/>
          </w:p>
        </w:tc>
      </w:tr>
      <w:tr w:rsidR="002C02F2" w:rsidRPr="004A767F">
        <w:trPr>
          <w:jc w:val="center"/>
        </w:trPr>
        <w:tc>
          <w:tcPr>
            <w:tcW w:w="4309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Gösterge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Bu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Önceki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</w:t>
            </w:r>
            <w:proofErr w:type="spellEnd"/>
          </w:p>
        </w:tc>
        <w:tc>
          <w:tcPr>
            <w:tcW w:w="141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Hedef</w:t>
            </w:r>
            <w:proofErr w:type="spellEnd"/>
          </w:p>
        </w:tc>
        <w:tc>
          <w:tcPr>
            <w:tcW w:w="175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Durum / Not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Aktif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uzman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sayısı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Uzman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başına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hizmet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Uzman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başına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bireysel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görüşme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Klinik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hizmet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dışı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koruyucu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önleyici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430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Yoğun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talep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nedeniyle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dış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yönlendirme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bekleme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sayı</w:t>
            </w:r>
            <w:proofErr w:type="spellEnd"/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417" w:type="dxa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75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</w:tbl>
    <w:p w:rsidR="002C02F2" w:rsidRPr="004A767F" w:rsidRDefault="00C716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4649"/>
        <w:gridCol w:w="1701"/>
        <w:gridCol w:w="1701"/>
        <w:gridCol w:w="2430"/>
      </w:tblGrid>
      <w:tr w:rsidR="002C02F2" w:rsidRPr="004A767F" w:rsidTr="004A767F">
        <w:trPr>
          <w:jc w:val="center"/>
        </w:trPr>
        <w:tc>
          <w:tcPr>
            <w:tcW w:w="10481" w:type="dxa"/>
            <w:gridSpan w:val="4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8.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DÖNEMSEL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KARŞILAŞTIRMA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-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ÖNE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ÇIKAN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GÖSTERGELER</w:t>
            </w:r>
            <w:proofErr w:type="spellEnd"/>
          </w:p>
        </w:tc>
      </w:tr>
      <w:tr w:rsidR="002C02F2" w:rsidRPr="004A767F" w:rsidTr="004A767F">
        <w:trPr>
          <w:jc w:val="center"/>
        </w:trPr>
        <w:tc>
          <w:tcPr>
            <w:tcW w:w="4649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Gösterge</w:t>
            </w:r>
            <w:proofErr w:type="spellEnd"/>
          </w:p>
        </w:tc>
        <w:tc>
          <w:tcPr>
            <w:tcW w:w="1701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Değişim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(%)</w:t>
            </w:r>
          </w:p>
        </w:tc>
        <w:tc>
          <w:tcPr>
            <w:tcW w:w="1701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Eğilim</w:t>
            </w:r>
            <w:proofErr w:type="spellEnd"/>
          </w:p>
        </w:tc>
        <w:tc>
          <w:tcPr>
            <w:tcW w:w="2430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Kısa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Yorum</w:t>
            </w:r>
            <w:proofErr w:type="spellEnd"/>
          </w:p>
        </w:tc>
      </w:tr>
      <w:tr w:rsidR="002C02F2" w:rsidRPr="004A767F" w:rsidTr="004A767F">
        <w:trPr>
          <w:jc w:val="center"/>
        </w:trPr>
        <w:tc>
          <w:tcPr>
            <w:tcW w:w="464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........................................................</w:t>
            </w:r>
          </w:p>
        </w:tc>
        <w:tc>
          <w:tcPr>
            <w:tcW w:w="170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</w:t>
            </w:r>
          </w:p>
        </w:tc>
        <w:tc>
          <w:tcPr>
            <w:tcW w:w="170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↑  </w:t>
            </w: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→  </w:t>
            </w: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↓</w:t>
            </w:r>
          </w:p>
        </w:tc>
        <w:tc>
          <w:tcPr>
            <w:tcW w:w="2430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</w:t>
            </w:r>
          </w:p>
        </w:tc>
      </w:tr>
      <w:tr w:rsidR="002C02F2" w:rsidRPr="004A767F" w:rsidTr="004A767F">
        <w:trPr>
          <w:jc w:val="center"/>
        </w:trPr>
        <w:tc>
          <w:tcPr>
            <w:tcW w:w="464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170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</w:t>
            </w:r>
          </w:p>
        </w:tc>
        <w:tc>
          <w:tcPr>
            <w:tcW w:w="170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↑  </w:t>
            </w: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→  </w:t>
            </w: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↓</w:t>
            </w:r>
          </w:p>
        </w:tc>
        <w:tc>
          <w:tcPr>
            <w:tcW w:w="2430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</w:t>
            </w:r>
          </w:p>
        </w:tc>
        <w:bookmarkStart w:id="0" w:name="_GoBack"/>
        <w:bookmarkEnd w:id="0"/>
      </w:tr>
      <w:tr w:rsidR="002C02F2" w:rsidRPr="004A767F" w:rsidTr="004A767F">
        <w:trPr>
          <w:jc w:val="center"/>
        </w:trPr>
        <w:tc>
          <w:tcPr>
            <w:tcW w:w="464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170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</w:t>
            </w:r>
          </w:p>
        </w:tc>
        <w:tc>
          <w:tcPr>
            <w:tcW w:w="170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↑  </w:t>
            </w: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→  </w:t>
            </w: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↓</w:t>
            </w:r>
          </w:p>
        </w:tc>
        <w:tc>
          <w:tcPr>
            <w:tcW w:w="2430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</w:t>
            </w:r>
          </w:p>
        </w:tc>
      </w:tr>
      <w:tr w:rsidR="002C02F2" w:rsidRPr="004A767F" w:rsidTr="004A767F">
        <w:trPr>
          <w:jc w:val="center"/>
        </w:trPr>
        <w:tc>
          <w:tcPr>
            <w:tcW w:w="464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170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</w:t>
            </w:r>
          </w:p>
        </w:tc>
        <w:tc>
          <w:tcPr>
            <w:tcW w:w="170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↑  </w:t>
            </w: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→  </w:t>
            </w: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↓</w:t>
            </w:r>
          </w:p>
        </w:tc>
        <w:tc>
          <w:tcPr>
            <w:tcW w:w="2430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</w:t>
            </w:r>
          </w:p>
        </w:tc>
      </w:tr>
      <w:tr w:rsidR="002C02F2" w:rsidRPr="004A767F" w:rsidTr="004A767F">
        <w:trPr>
          <w:jc w:val="center"/>
        </w:trPr>
        <w:tc>
          <w:tcPr>
            <w:tcW w:w="464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170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</w:t>
            </w:r>
          </w:p>
        </w:tc>
        <w:tc>
          <w:tcPr>
            <w:tcW w:w="170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↑  </w:t>
            </w: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→  </w:t>
            </w: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↓</w:t>
            </w:r>
          </w:p>
        </w:tc>
        <w:tc>
          <w:tcPr>
            <w:tcW w:w="2430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</w:t>
            </w:r>
          </w:p>
        </w:tc>
      </w:tr>
      <w:tr w:rsidR="002C02F2" w:rsidRPr="004A767F" w:rsidTr="004A767F">
        <w:trPr>
          <w:jc w:val="center"/>
        </w:trPr>
        <w:tc>
          <w:tcPr>
            <w:tcW w:w="4649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</w:t>
            </w:r>
          </w:p>
        </w:tc>
        <w:tc>
          <w:tcPr>
            <w:tcW w:w="170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</w:t>
            </w:r>
          </w:p>
        </w:tc>
        <w:tc>
          <w:tcPr>
            <w:tcW w:w="170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↑  </w:t>
            </w: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→  </w:t>
            </w:r>
            <w:r w:rsidRPr="004A767F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 xml:space="preserve"> ↓</w:t>
            </w:r>
          </w:p>
        </w:tc>
        <w:tc>
          <w:tcPr>
            <w:tcW w:w="2430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</w:t>
            </w:r>
          </w:p>
        </w:tc>
      </w:tr>
    </w:tbl>
    <w:p w:rsidR="002C02F2" w:rsidRPr="004A767F" w:rsidRDefault="00C716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2C02F2" w:rsidRPr="004A767F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9.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GÜÇLÜ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ALANLAR</w:t>
            </w:r>
            <w:proofErr w:type="spellEnd"/>
          </w:p>
        </w:tc>
      </w:tr>
      <w:tr w:rsidR="002C02F2" w:rsidRPr="004A767F">
        <w:trPr>
          <w:jc w:val="center"/>
        </w:trPr>
        <w:tc>
          <w:tcPr>
            <w:tcW w:w="1031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br/>
              <w:t>........................................................................................................................................................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br/>
              <w:t>........................................................................................................................................................</w:t>
            </w:r>
          </w:p>
        </w:tc>
      </w:tr>
    </w:tbl>
    <w:p w:rsidR="002C02F2" w:rsidRPr="004A767F" w:rsidRDefault="00C716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2C02F2" w:rsidRPr="004A767F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10.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GELİŞİME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AÇIK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ALANLAR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RİSKLER</w:t>
            </w:r>
            <w:proofErr w:type="spellEnd"/>
          </w:p>
        </w:tc>
      </w:tr>
      <w:tr w:rsidR="002C02F2" w:rsidRPr="004A767F">
        <w:trPr>
          <w:jc w:val="center"/>
        </w:trPr>
        <w:tc>
          <w:tcPr>
            <w:tcW w:w="1031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br/>
              <w:t>........................................................................................................................................................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br/>
              <w:t>........................................................................................................................................................</w:t>
            </w:r>
          </w:p>
        </w:tc>
      </w:tr>
    </w:tbl>
    <w:p w:rsidR="002C02F2" w:rsidRPr="004A767F" w:rsidRDefault="00C716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98"/>
        <w:gridCol w:w="1871"/>
        <w:gridCol w:w="1587"/>
        <w:gridCol w:w="1814"/>
      </w:tblGrid>
      <w:tr w:rsidR="002C02F2" w:rsidRPr="004A767F">
        <w:trPr>
          <w:jc w:val="center"/>
        </w:trPr>
        <w:tc>
          <w:tcPr>
            <w:tcW w:w="10318" w:type="dxa"/>
            <w:gridSpan w:val="5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11.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İYİLEŞTİRME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EYLEM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PLANI</w:t>
            </w:r>
            <w:proofErr w:type="spellEnd"/>
          </w:p>
        </w:tc>
      </w:tr>
      <w:tr w:rsidR="002C02F2" w:rsidRPr="004A767F">
        <w:trPr>
          <w:jc w:val="center"/>
        </w:trPr>
        <w:tc>
          <w:tcPr>
            <w:tcW w:w="2948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İyileştirme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Alanı /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Eylem</w:t>
            </w:r>
            <w:proofErr w:type="spellEnd"/>
          </w:p>
        </w:tc>
        <w:tc>
          <w:tcPr>
            <w:tcW w:w="2098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Sorumlu</w:t>
            </w:r>
            <w:proofErr w:type="spellEnd"/>
          </w:p>
        </w:tc>
        <w:tc>
          <w:tcPr>
            <w:tcW w:w="1871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Termin</w:t>
            </w:r>
            <w:proofErr w:type="spellEnd"/>
          </w:p>
        </w:tc>
        <w:tc>
          <w:tcPr>
            <w:tcW w:w="1587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Başarı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Ölçütü</w:t>
            </w:r>
            <w:proofErr w:type="spellEnd"/>
          </w:p>
        </w:tc>
        <w:tc>
          <w:tcPr>
            <w:tcW w:w="1814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Durum</w:t>
            </w:r>
          </w:p>
        </w:tc>
      </w:tr>
      <w:tr w:rsidR="002C02F2" w:rsidRPr="004A767F">
        <w:trPr>
          <w:jc w:val="center"/>
        </w:trPr>
        <w:tc>
          <w:tcPr>
            <w:tcW w:w="294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9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7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58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14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294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9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7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58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14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294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9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7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58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14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2C02F2" w:rsidRPr="004A767F">
        <w:trPr>
          <w:jc w:val="center"/>
        </w:trPr>
        <w:tc>
          <w:tcPr>
            <w:tcW w:w="294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209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71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587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  <w:tc>
          <w:tcPr>
            <w:tcW w:w="1814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</w:tbl>
    <w:p w:rsidR="002C02F2" w:rsidRPr="004A767F" w:rsidRDefault="00C716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10318"/>
      </w:tblGrid>
      <w:tr w:rsidR="002C02F2" w:rsidRPr="004A767F">
        <w:trPr>
          <w:jc w:val="center"/>
        </w:trPr>
        <w:tc>
          <w:tcPr>
            <w:tcW w:w="10318" w:type="dxa"/>
            <w:shd w:val="clear" w:color="auto" w:fill="0B2D78"/>
            <w:vAlign w:val="center"/>
          </w:tcPr>
          <w:p w:rsidR="002C02F2" w:rsidRPr="004A767F" w:rsidRDefault="00C716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12.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BİR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SONRAKİ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DÖNEM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İÇİN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ÖNCELİKLER</w:t>
            </w:r>
            <w:proofErr w:type="spellEnd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 xml:space="preserve"> / </w:t>
            </w:r>
            <w:proofErr w:type="spellStart"/>
            <w:r w:rsidRPr="004A767F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ÖNERİLER</w:t>
            </w:r>
            <w:proofErr w:type="spellEnd"/>
          </w:p>
        </w:tc>
      </w:tr>
      <w:tr w:rsidR="002C02F2" w:rsidRPr="004A767F">
        <w:trPr>
          <w:jc w:val="center"/>
        </w:trPr>
        <w:tc>
          <w:tcPr>
            <w:tcW w:w="10318" w:type="dxa"/>
            <w:vAlign w:val="center"/>
          </w:tcPr>
          <w:p w:rsidR="002C02F2" w:rsidRPr="004A767F" w:rsidRDefault="00C716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767F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........................................................................................................................................................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br/>
              <w:t>........................................................................................................................................................</w:t>
            </w:r>
            <w:r w:rsidRPr="004A767F">
              <w:rPr>
                <w:rFonts w:ascii="Times New Roman" w:hAnsi="Times New Roman" w:cs="Times New Roman"/>
                <w:sz w:val="24"/>
                <w:szCs w:val="24"/>
              </w:rPr>
              <w:br/>
              <w:t>........................................................................................................................................................</w:t>
            </w:r>
          </w:p>
        </w:tc>
      </w:tr>
    </w:tbl>
    <w:p w:rsidR="002C02F2" w:rsidRPr="004A767F" w:rsidRDefault="00C716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2F2" w:rsidRPr="004A767F" w:rsidRDefault="00C71649" w:rsidP="00C71649">
      <w:pPr>
        <w:spacing w:before="40" w:after="0"/>
        <w:ind w:left="284" w:hanging="142"/>
        <w:rPr>
          <w:rFonts w:ascii="Times New Roman" w:hAnsi="Times New Roman" w:cs="Times New Roman"/>
          <w:sz w:val="20"/>
          <w:szCs w:val="20"/>
        </w:rPr>
      </w:pPr>
      <w:proofErr w:type="spellStart"/>
      <w:r w:rsidRPr="004A767F">
        <w:rPr>
          <w:rFonts w:ascii="Times New Roman" w:hAnsi="Times New Roman" w:cs="Times New Roman"/>
          <w:b/>
          <w:color w:val="0B2D78"/>
          <w:sz w:val="24"/>
          <w:szCs w:val="24"/>
        </w:rPr>
        <w:t>Veri</w:t>
      </w:r>
      <w:proofErr w:type="spellEnd"/>
      <w:r w:rsidRPr="004A767F">
        <w:rPr>
          <w:rFonts w:ascii="Times New Roman" w:hAnsi="Times New Roman" w:cs="Times New Roman"/>
          <w:b/>
          <w:color w:val="0B2D78"/>
          <w:sz w:val="24"/>
          <w:szCs w:val="24"/>
        </w:rPr>
        <w:t xml:space="preserve"> ve </w:t>
      </w:r>
      <w:proofErr w:type="spellStart"/>
      <w:r w:rsidRPr="004A767F">
        <w:rPr>
          <w:rFonts w:ascii="Times New Roman" w:hAnsi="Times New Roman" w:cs="Times New Roman"/>
          <w:b/>
          <w:color w:val="0B2D78"/>
          <w:sz w:val="24"/>
          <w:szCs w:val="24"/>
        </w:rPr>
        <w:t>Gizlilik</w:t>
      </w:r>
      <w:proofErr w:type="spellEnd"/>
      <w:r w:rsidRPr="004A767F">
        <w:rPr>
          <w:rFonts w:ascii="Times New Roman" w:hAnsi="Times New Roman" w:cs="Times New Roman"/>
          <w:b/>
          <w:color w:val="0B2D78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b/>
          <w:color w:val="0B2D78"/>
          <w:sz w:val="24"/>
          <w:szCs w:val="24"/>
        </w:rPr>
        <w:t>Notu</w:t>
      </w:r>
      <w:proofErr w:type="spellEnd"/>
      <w:r w:rsidRPr="004A767F">
        <w:rPr>
          <w:rFonts w:ascii="Times New Roman" w:hAnsi="Times New Roman" w:cs="Times New Roman"/>
          <w:b/>
          <w:color w:val="0B2D78"/>
          <w:sz w:val="24"/>
          <w:szCs w:val="24"/>
        </w:rPr>
        <w:t xml:space="preserve">: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Raporlamada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yalnızca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anonimleştirilmiş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ve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toplulaştırılmış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veriler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kullanılır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Küçük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hücrelerde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kişilerin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dolaylı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olarak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tanınmasına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yol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açabilecek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ayrıntılı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kırılımlar</w:t>
      </w:r>
      <w:proofErr w:type="spellEnd"/>
      <w:r w:rsidRPr="004A76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4"/>
          <w:szCs w:val="24"/>
        </w:rPr>
        <w:t>rap</w:t>
      </w:r>
      <w:r w:rsidRPr="004A767F">
        <w:rPr>
          <w:rFonts w:ascii="Times New Roman" w:hAnsi="Times New Roman" w:cs="Times New Roman"/>
          <w:sz w:val="20"/>
          <w:szCs w:val="20"/>
        </w:rPr>
        <w:t>ora</w:t>
      </w:r>
      <w:proofErr w:type="spellEnd"/>
      <w:r w:rsidRPr="004A767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A767F">
        <w:rPr>
          <w:rFonts w:ascii="Times New Roman" w:hAnsi="Times New Roman" w:cs="Times New Roman"/>
          <w:sz w:val="20"/>
          <w:szCs w:val="20"/>
        </w:rPr>
        <w:t>eklenmez</w:t>
      </w:r>
      <w:proofErr w:type="spellEnd"/>
      <w:r w:rsidRPr="004A767F">
        <w:rPr>
          <w:rFonts w:ascii="Times New Roman" w:hAnsi="Times New Roman" w:cs="Times New Roman"/>
          <w:sz w:val="20"/>
          <w:szCs w:val="20"/>
        </w:rPr>
        <w:t>.</w:t>
      </w:r>
    </w:p>
    <w:sectPr w:rsidR="002C02F2" w:rsidRPr="004A767F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9" w:right="794" w:bottom="369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161" w:rsidRDefault="00990161" w:rsidP="00835E58">
      <w:pPr>
        <w:spacing w:after="0" w:line="240" w:lineRule="auto"/>
      </w:pPr>
      <w:r>
        <w:separator/>
      </w:r>
    </w:p>
  </w:endnote>
  <w:endnote w:type="continuationSeparator" w:id="0">
    <w:p w:rsidR="00990161" w:rsidRDefault="00990161" w:rsidP="00835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E58" w:rsidRDefault="00835E5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E58" w:rsidRPr="00835E58" w:rsidRDefault="00835E58" w:rsidP="00835E58">
    <w:pPr>
      <w:tabs>
        <w:tab w:val="center" w:pos="4680"/>
        <w:tab w:val="right" w:pos="9360"/>
      </w:tabs>
      <w:spacing w:after="0" w:line="240" w:lineRule="auto"/>
      <w:jc w:val="right"/>
      <w:rPr>
        <w:sz w:val="21"/>
      </w:rPr>
    </w:pPr>
    <w:proofErr w:type="spellStart"/>
    <w:proofErr w:type="gram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RP.OGD</w:t>
    </w:r>
    <w:proofErr w:type="gram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.003</w:t>
    </w:r>
    <w:proofErr w:type="spellEnd"/>
    <w:r w:rsidRPr="00835E58"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 xml:space="preserve">/ </w:t>
    </w:r>
    <w:proofErr w:type="spellStart"/>
    <w:r w:rsidRPr="00835E58"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Rev.00</w:t>
    </w:r>
    <w:proofErr w:type="spellEnd"/>
  </w:p>
  <w:p w:rsidR="00835E58" w:rsidRDefault="00835E5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E58" w:rsidRDefault="00835E5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161" w:rsidRDefault="00990161" w:rsidP="00835E58">
      <w:pPr>
        <w:spacing w:after="0" w:line="240" w:lineRule="auto"/>
      </w:pPr>
      <w:r>
        <w:separator/>
      </w:r>
    </w:p>
  </w:footnote>
  <w:footnote w:type="continuationSeparator" w:id="0">
    <w:p w:rsidR="00990161" w:rsidRDefault="00990161" w:rsidP="00835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E58" w:rsidRDefault="00835E5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562"/>
      <w:gridCol w:w="4969"/>
      <w:gridCol w:w="3091"/>
    </w:tblGrid>
    <w:tr w:rsidR="00835E58" w:rsidRPr="00835E58" w:rsidTr="00AB19D2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835E58" w:rsidRPr="00835E58" w:rsidRDefault="00835E58" w:rsidP="00835E58">
          <w:pPr>
            <w:widowControl w:val="0"/>
            <w:suppressAutoHyphens/>
            <w:spacing w:after="0" w:line="240" w:lineRule="atLeast"/>
            <w:jc w:val="center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  <w:r w:rsidRPr="00835E58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4"/>
              <w:szCs w:val="24"/>
              <w:lang w:val="tr-TR" w:eastAsia="tr-TR"/>
            </w:rPr>
            <w:drawing>
              <wp:inline distT="0" distB="0" distL="0" distR="0" wp14:anchorId="6C256963" wp14:editId="7248DBEB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9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835E58" w:rsidRPr="00835E58" w:rsidRDefault="00835E58" w:rsidP="00835E5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28"/>
              <w:sz w:val="28"/>
              <w:szCs w:val="28"/>
              <w:lang w:val="tr-TR"/>
            </w:rPr>
          </w:pPr>
          <w:r w:rsidRPr="00835E58"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 xml:space="preserve">PSİKOLOJİK DANIŞMANLIK VE EĞİTİM MERKEZİ (OPDEM) </w:t>
          </w:r>
          <w:r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>YILLIK FAALİYET VE KALİTE GÖSTERGELERİ RAPORU</w:t>
          </w: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835E58" w:rsidRPr="00835E58" w:rsidRDefault="00835E58" w:rsidP="00835E58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Doküman Kodu: </w:t>
          </w:r>
          <w:proofErr w:type="spellStart"/>
          <w:proofErr w:type="gramStart"/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RP.OGD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.003</w:t>
          </w:r>
          <w:proofErr w:type="spellEnd"/>
        </w:p>
      </w:tc>
    </w:tr>
    <w:tr w:rsidR="00835E58" w:rsidRPr="00835E58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835E58" w:rsidRPr="00835E58" w:rsidRDefault="00835E58" w:rsidP="00835E58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835E58" w:rsidRPr="00835E58" w:rsidRDefault="00835E58" w:rsidP="00835E58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835E58" w:rsidRPr="00835E58" w:rsidRDefault="00835E58" w:rsidP="00835E58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proofErr w:type="spellStart"/>
          <w:r w:rsidRPr="00835E5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Rev</w:t>
          </w:r>
          <w:proofErr w:type="spellEnd"/>
          <w:r w:rsidRPr="00835E5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. No: 00</w:t>
          </w:r>
        </w:p>
      </w:tc>
    </w:tr>
    <w:tr w:rsidR="00835E58" w:rsidRPr="00835E58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835E58" w:rsidRPr="00835E58" w:rsidRDefault="00835E58" w:rsidP="00835E58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835E58" w:rsidRPr="00835E58" w:rsidRDefault="00835E58" w:rsidP="00835E58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835E58" w:rsidRPr="00835E58" w:rsidRDefault="00835E58" w:rsidP="00835E58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835E5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Yayın Tarihi: 29.09.2026</w:t>
          </w:r>
        </w:p>
      </w:tc>
    </w:tr>
    <w:tr w:rsidR="00835E58" w:rsidRPr="00835E58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835E58" w:rsidRPr="00835E58" w:rsidRDefault="00835E58" w:rsidP="00835E58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835E58" w:rsidRPr="00835E58" w:rsidRDefault="00835E58" w:rsidP="00835E58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835E58" w:rsidRPr="00835E58" w:rsidRDefault="00835E58" w:rsidP="00835E58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835E5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Revizyon Tarihi: </w:t>
          </w:r>
        </w:p>
      </w:tc>
    </w:tr>
    <w:tr w:rsidR="00835E58" w:rsidRPr="00835E58" w:rsidTr="00AB19D2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835E58" w:rsidRPr="00835E58" w:rsidRDefault="00835E58" w:rsidP="00835E58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835E58" w:rsidRPr="00835E58" w:rsidRDefault="00835E58" w:rsidP="00835E58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835E58" w:rsidRPr="00835E58" w:rsidRDefault="00835E58" w:rsidP="00835E58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835E5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Sayfa No: </w:t>
          </w:r>
          <w:r w:rsidRPr="00835E5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begin"/>
          </w:r>
          <w:r w:rsidRPr="00835E5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instrText>PAGE   \* MERGEFORMAT</w:instrText>
          </w:r>
          <w:r w:rsidRPr="00835E5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separate"/>
          </w:r>
          <w:r w:rsidR="004A767F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0"/>
              <w:szCs w:val="20"/>
              <w:lang w:val="tr-TR"/>
            </w:rPr>
            <w:t>1</w:t>
          </w:r>
          <w:r w:rsidRPr="00835E5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end"/>
          </w:r>
        </w:p>
      </w:tc>
    </w:tr>
  </w:tbl>
  <w:p w:rsidR="00835E58" w:rsidRDefault="00835E5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5E58" w:rsidRDefault="00835E5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C02F2"/>
    <w:rsid w:val="00326F90"/>
    <w:rsid w:val="004A767F"/>
    <w:rsid w:val="00835E58"/>
    <w:rsid w:val="00990161"/>
    <w:rsid w:val="00AA1D8D"/>
    <w:rsid w:val="00B47730"/>
    <w:rsid w:val="00C7164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88D808C-78B8-456B-8A56-2D97CEF1E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9440A9-B53C-4444-AD5F-C98C4B663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1329</Words>
  <Characters>7580</Characters>
  <Application>Microsoft Office Word</Application>
  <DocSecurity>0</DocSecurity>
  <Lines>63</Lines>
  <Paragraphs>17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8892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Banu Açıkgöz</cp:lastModifiedBy>
  <cp:revision>3</cp:revision>
  <dcterms:created xsi:type="dcterms:W3CDTF">2026-09-29T07:42:00Z</dcterms:created>
  <dcterms:modified xsi:type="dcterms:W3CDTF">2026-10-08T11:16:00Z</dcterms:modified>
  <cp:category/>
</cp:coreProperties>
</file>