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393" w:rsidRDefault="00461393" w:rsidP="00461393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İSTANBUL OKAN ÜNİVERSİTESİ</w:t>
      </w:r>
    </w:p>
    <w:p w:rsidR="00925A71" w:rsidRPr="00461393" w:rsidRDefault="003115B2" w:rsidP="00461393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461393">
        <w:rPr>
          <w:rFonts w:ascii="Times New Roman" w:hAnsi="Times New Roman" w:cs="Times New Roman"/>
          <w:b/>
          <w:sz w:val="24"/>
        </w:rPr>
        <w:t>SAĞLIK HİZMETLERİ MESLEK YÜKSEKOKULU</w:t>
      </w:r>
    </w:p>
    <w:p w:rsidR="00925A71" w:rsidRPr="00461393" w:rsidRDefault="003115B2" w:rsidP="00461393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461393">
        <w:rPr>
          <w:rFonts w:ascii="Times New Roman" w:hAnsi="Times New Roman" w:cs="Times New Roman"/>
          <w:b/>
          <w:sz w:val="24"/>
        </w:rPr>
        <w:t>PATOLOJİ LABORATUVAR TEKNİKLERİ PROGRAMI</w:t>
      </w:r>
    </w:p>
    <w:p w:rsidR="00925A71" w:rsidRPr="00461393" w:rsidRDefault="003115B2" w:rsidP="00461393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461393">
        <w:rPr>
          <w:rFonts w:ascii="Times New Roman" w:hAnsi="Times New Roman" w:cs="Times New Roman"/>
          <w:b/>
          <w:sz w:val="24"/>
        </w:rPr>
        <w:t>STAJ SÜRECİ VE STAJ DEFTERİ HAZIRLAMA KURALLARI</w:t>
      </w:r>
    </w:p>
    <w:p w:rsidR="00925A71" w:rsidRPr="00461393" w:rsidRDefault="00925A71">
      <w:pPr>
        <w:rPr>
          <w:rFonts w:ascii="Times New Roman" w:hAnsi="Times New Roman" w:cs="Times New Roman"/>
        </w:rPr>
      </w:pPr>
    </w:p>
    <w:p w:rsidR="00925A71" w:rsidRPr="00461393" w:rsidRDefault="003115B2">
      <w:pPr>
        <w:rPr>
          <w:rFonts w:ascii="Times New Roman" w:hAnsi="Times New Roman" w:cs="Times New Roman"/>
          <w:b/>
        </w:rPr>
      </w:pPr>
      <w:r w:rsidRPr="00461393">
        <w:rPr>
          <w:rFonts w:ascii="Times New Roman" w:hAnsi="Times New Roman" w:cs="Times New Roman"/>
          <w:b/>
        </w:rPr>
        <w:t>1. STAJIN AMACI</w:t>
      </w:r>
    </w:p>
    <w:p w:rsidR="00925A71" w:rsidRPr="00461393" w:rsidRDefault="003115B2">
      <w:pPr>
        <w:rPr>
          <w:rFonts w:ascii="Times New Roman" w:hAnsi="Times New Roman" w:cs="Times New Roman"/>
        </w:rPr>
      </w:pPr>
      <w:proofErr w:type="gramStart"/>
      <w:r w:rsidRPr="00461393">
        <w:rPr>
          <w:rFonts w:ascii="Times New Roman" w:hAnsi="Times New Roman" w:cs="Times New Roman"/>
        </w:rPr>
        <w:t xml:space="preserve">Bu stajın amacı; öğrencilerin patoloji laboratuvarına yönelik teorik bilgilerini uygulama ile pekiştirmeleri, </w:t>
      </w:r>
      <w:r w:rsidRPr="00461393">
        <w:rPr>
          <w:rFonts w:ascii="Times New Roman" w:hAnsi="Times New Roman" w:cs="Times New Roman"/>
        </w:rPr>
        <w:t>laboratuvar süreçlerini yerinde öğrenmeleri ve mesleki beceri kazanmalarıdır.</w:t>
      </w:r>
      <w:proofErr w:type="gramEnd"/>
    </w:p>
    <w:p w:rsidR="00925A71" w:rsidRPr="00461393" w:rsidRDefault="00925A71">
      <w:pPr>
        <w:rPr>
          <w:rFonts w:ascii="Times New Roman" w:hAnsi="Times New Roman" w:cs="Times New Roman"/>
        </w:rPr>
      </w:pPr>
    </w:p>
    <w:p w:rsidR="00925A71" w:rsidRPr="00420AD6" w:rsidRDefault="003115B2">
      <w:pPr>
        <w:rPr>
          <w:rFonts w:ascii="Times New Roman" w:hAnsi="Times New Roman" w:cs="Times New Roman"/>
          <w:b/>
        </w:rPr>
      </w:pPr>
      <w:r w:rsidRPr="00420AD6">
        <w:rPr>
          <w:rFonts w:ascii="Times New Roman" w:hAnsi="Times New Roman" w:cs="Times New Roman"/>
          <w:b/>
        </w:rPr>
        <w:t>2. STAJ SÜRECİ</w:t>
      </w:r>
    </w:p>
    <w:p w:rsidR="00925A71" w:rsidRPr="00420AD6" w:rsidRDefault="003115B2">
      <w:pPr>
        <w:rPr>
          <w:rFonts w:ascii="Times New Roman" w:hAnsi="Times New Roman" w:cs="Times New Roman"/>
          <w:i/>
          <w:u w:val="single"/>
        </w:rPr>
      </w:pPr>
      <w:r w:rsidRPr="00420AD6">
        <w:rPr>
          <w:rFonts w:ascii="Times New Roman" w:hAnsi="Times New Roman" w:cs="Times New Roman"/>
          <w:i/>
          <w:u w:val="single"/>
        </w:rPr>
        <w:t>2.1 Süre ve Zaman</w:t>
      </w:r>
    </w:p>
    <w:p w:rsidR="00925A71" w:rsidRPr="00461393" w:rsidRDefault="003115B2">
      <w:pPr>
        <w:rPr>
          <w:rFonts w:ascii="Times New Roman" w:hAnsi="Times New Roman" w:cs="Times New Roman"/>
        </w:rPr>
      </w:pPr>
      <w:r w:rsidRPr="00461393">
        <w:rPr>
          <w:rFonts w:ascii="Times New Roman" w:hAnsi="Times New Roman" w:cs="Times New Roman"/>
        </w:rPr>
        <w:t>Staj süresi fiilen çalışılan 13 iş günüdür.</w:t>
      </w:r>
    </w:p>
    <w:p w:rsidR="00925A71" w:rsidRPr="00461393" w:rsidRDefault="003115B2">
      <w:pPr>
        <w:rPr>
          <w:rFonts w:ascii="Times New Roman" w:hAnsi="Times New Roman" w:cs="Times New Roman"/>
        </w:rPr>
      </w:pPr>
      <w:r w:rsidRPr="00461393">
        <w:rPr>
          <w:rFonts w:ascii="Times New Roman" w:hAnsi="Times New Roman" w:cs="Times New Roman"/>
        </w:rPr>
        <w:t>Staj yalnızca iş günlerini kapsar, hafta sonu ve resmi tatiller dahil edilmez.</w:t>
      </w:r>
    </w:p>
    <w:p w:rsidR="00925A71" w:rsidRPr="00461393" w:rsidRDefault="00925A71">
      <w:pPr>
        <w:rPr>
          <w:rFonts w:ascii="Times New Roman" w:hAnsi="Times New Roman" w:cs="Times New Roman"/>
        </w:rPr>
      </w:pPr>
    </w:p>
    <w:p w:rsidR="00925A71" w:rsidRPr="00420AD6" w:rsidRDefault="003115B2">
      <w:pPr>
        <w:rPr>
          <w:rFonts w:ascii="Times New Roman" w:hAnsi="Times New Roman" w:cs="Times New Roman"/>
          <w:i/>
          <w:u w:val="single"/>
        </w:rPr>
      </w:pPr>
      <w:r w:rsidRPr="00420AD6">
        <w:rPr>
          <w:rFonts w:ascii="Times New Roman" w:hAnsi="Times New Roman" w:cs="Times New Roman"/>
          <w:i/>
          <w:u w:val="single"/>
        </w:rPr>
        <w:t xml:space="preserve">2.2 </w:t>
      </w:r>
      <w:proofErr w:type="spellStart"/>
      <w:r w:rsidRPr="00420AD6">
        <w:rPr>
          <w:rFonts w:ascii="Times New Roman" w:hAnsi="Times New Roman" w:cs="Times New Roman"/>
          <w:i/>
          <w:u w:val="single"/>
        </w:rPr>
        <w:t>Staj</w:t>
      </w:r>
      <w:proofErr w:type="spellEnd"/>
      <w:r w:rsidRPr="00420AD6">
        <w:rPr>
          <w:rFonts w:ascii="Times New Roman" w:hAnsi="Times New Roman" w:cs="Times New Roman"/>
          <w:i/>
          <w:u w:val="single"/>
        </w:rPr>
        <w:t xml:space="preserve"> </w:t>
      </w:r>
      <w:proofErr w:type="spellStart"/>
      <w:r w:rsidRPr="00420AD6">
        <w:rPr>
          <w:rFonts w:ascii="Times New Roman" w:hAnsi="Times New Roman" w:cs="Times New Roman"/>
          <w:i/>
          <w:u w:val="single"/>
        </w:rPr>
        <w:t>Yeri</w:t>
      </w:r>
      <w:proofErr w:type="spellEnd"/>
    </w:p>
    <w:p w:rsidR="00925A71" w:rsidRPr="00461393" w:rsidRDefault="003115B2">
      <w:pPr>
        <w:rPr>
          <w:rFonts w:ascii="Times New Roman" w:hAnsi="Times New Roman" w:cs="Times New Roman"/>
        </w:rPr>
      </w:pPr>
      <w:proofErr w:type="gramStart"/>
      <w:r w:rsidRPr="00461393">
        <w:rPr>
          <w:rFonts w:ascii="Times New Roman" w:hAnsi="Times New Roman" w:cs="Times New Roman"/>
        </w:rPr>
        <w:t>Stajl</w:t>
      </w:r>
      <w:r w:rsidRPr="00461393">
        <w:rPr>
          <w:rFonts w:ascii="Times New Roman" w:hAnsi="Times New Roman" w:cs="Times New Roman"/>
        </w:rPr>
        <w:t>ar hastanelerin patoloji laboratuvarlarında yapılır ve kurum onayı zorunludur.</w:t>
      </w:r>
      <w:proofErr w:type="gramEnd"/>
    </w:p>
    <w:p w:rsidR="00925A71" w:rsidRPr="00461393" w:rsidRDefault="00925A71">
      <w:pPr>
        <w:rPr>
          <w:rFonts w:ascii="Times New Roman" w:hAnsi="Times New Roman" w:cs="Times New Roman"/>
        </w:rPr>
      </w:pPr>
    </w:p>
    <w:p w:rsidR="00925A71" w:rsidRPr="00420AD6" w:rsidRDefault="003115B2">
      <w:pPr>
        <w:rPr>
          <w:rFonts w:ascii="Times New Roman" w:hAnsi="Times New Roman" w:cs="Times New Roman"/>
          <w:i/>
          <w:u w:val="single"/>
        </w:rPr>
      </w:pPr>
      <w:r w:rsidRPr="00420AD6">
        <w:rPr>
          <w:rFonts w:ascii="Times New Roman" w:hAnsi="Times New Roman" w:cs="Times New Roman"/>
          <w:i/>
          <w:u w:val="single"/>
        </w:rPr>
        <w:t>2.3 Devam Zorunluluğu</w:t>
      </w:r>
    </w:p>
    <w:p w:rsidR="00925A71" w:rsidRPr="00461393" w:rsidRDefault="003115B2">
      <w:pPr>
        <w:rPr>
          <w:rFonts w:ascii="Times New Roman" w:hAnsi="Times New Roman" w:cs="Times New Roman"/>
        </w:rPr>
      </w:pPr>
      <w:proofErr w:type="gramStart"/>
      <w:r w:rsidRPr="00461393">
        <w:rPr>
          <w:rFonts w:ascii="Times New Roman" w:hAnsi="Times New Roman" w:cs="Times New Roman"/>
        </w:rPr>
        <w:t>Devam zorunludur.</w:t>
      </w:r>
      <w:proofErr w:type="gramEnd"/>
      <w:r w:rsidRPr="00461393">
        <w:rPr>
          <w:rFonts w:ascii="Times New Roman" w:hAnsi="Times New Roman" w:cs="Times New Roman"/>
        </w:rPr>
        <w:t xml:space="preserve"> Eksik günler telafi edilir.</w:t>
      </w:r>
    </w:p>
    <w:p w:rsidR="00925A71" w:rsidRPr="00461393" w:rsidRDefault="00925A71">
      <w:pPr>
        <w:rPr>
          <w:rFonts w:ascii="Times New Roman" w:hAnsi="Times New Roman" w:cs="Times New Roman"/>
        </w:rPr>
      </w:pPr>
    </w:p>
    <w:p w:rsidR="00925A71" w:rsidRPr="00420AD6" w:rsidRDefault="003115B2">
      <w:pPr>
        <w:rPr>
          <w:rFonts w:ascii="Times New Roman" w:hAnsi="Times New Roman" w:cs="Times New Roman"/>
          <w:i/>
          <w:u w:val="single"/>
        </w:rPr>
      </w:pPr>
      <w:r w:rsidRPr="00420AD6">
        <w:rPr>
          <w:rFonts w:ascii="Times New Roman" w:hAnsi="Times New Roman" w:cs="Times New Roman"/>
          <w:i/>
          <w:u w:val="single"/>
        </w:rPr>
        <w:t>2.4 Kurallar</w:t>
      </w:r>
    </w:p>
    <w:p w:rsidR="00925A71" w:rsidRPr="00461393" w:rsidRDefault="003115B2">
      <w:pPr>
        <w:rPr>
          <w:rFonts w:ascii="Times New Roman" w:hAnsi="Times New Roman" w:cs="Times New Roman"/>
        </w:rPr>
      </w:pPr>
      <w:proofErr w:type="gramStart"/>
      <w:r w:rsidRPr="00461393">
        <w:rPr>
          <w:rFonts w:ascii="Times New Roman" w:hAnsi="Times New Roman" w:cs="Times New Roman"/>
        </w:rPr>
        <w:t>Laboratuvar güvenliği, gizlilik ve meslek etiğine uyulmalıdır.</w:t>
      </w:r>
      <w:proofErr w:type="gramEnd"/>
    </w:p>
    <w:p w:rsidR="00925A71" w:rsidRPr="00461393" w:rsidRDefault="00925A71">
      <w:pPr>
        <w:rPr>
          <w:rFonts w:ascii="Times New Roman" w:hAnsi="Times New Roman" w:cs="Times New Roman"/>
        </w:rPr>
      </w:pPr>
    </w:p>
    <w:p w:rsidR="00925A71" w:rsidRPr="00420AD6" w:rsidRDefault="003115B2">
      <w:pPr>
        <w:rPr>
          <w:rFonts w:ascii="Times New Roman" w:hAnsi="Times New Roman" w:cs="Times New Roman"/>
          <w:b/>
        </w:rPr>
      </w:pPr>
      <w:r w:rsidRPr="00420AD6">
        <w:rPr>
          <w:rFonts w:ascii="Times New Roman" w:hAnsi="Times New Roman" w:cs="Times New Roman"/>
          <w:b/>
        </w:rPr>
        <w:t>3. STAJ DEFTERİ KURALLARI</w:t>
      </w:r>
    </w:p>
    <w:p w:rsidR="00925A71" w:rsidRPr="00420AD6" w:rsidRDefault="003115B2">
      <w:pPr>
        <w:rPr>
          <w:rFonts w:ascii="Times New Roman" w:hAnsi="Times New Roman" w:cs="Times New Roman"/>
          <w:i/>
          <w:u w:val="single"/>
        </w:rPr>
      </w:pPr>
      <w:r w:rsidRPr="00420AD6">
        <w:rPr>
          <w:rFonts w:ascii="Times New Roman" w:hAnsi="Times New Roman" w:cs="Times New Roman"/>
          <w:i/>
          <w:u w:val="single"/>
        </w:rPr>
        <w:t>3.1</w:t>
      </w:r>
      <w:r w:rsidRPr="00420AD6">
        <w:rPr>
          <w:rFonts w:ascii="Times New Roman" w:hAnsi="Times New Roman" w:cs="Times New Roman"/>
          <w:i/>
          <w:u w:val="single"/>
        </w:rPr>
        <w:t xml:space="preserve"> Genel</w:t>
      </w:r>
    </w:p>
    <w:p w:rsidR="00925A71" w:rsidRPr="00461393" w:rsidRDefault="003115B2">
      <w:pPr>
        <w:rPr>
          <w:rFonts w:ascii="Times New Roman" w:hAnsi="Times New Roman" w:cs="Times New Roman"/>
        </w:rPr>
      </w:pPr>
      <w:proofErr w:type="gramStart"/>
      <w:r w:rsidRPr="00461393">
        <w:rPr>
          <w:rFonts w:ascii="Times New Roman" w:hAnsi="Times New Roman" w:cs="Times New Roman"/>
        </w:rPr>
        <w:t>Defter günlük, tükenmez kalemle ve okunaklı şekilde doldurulur.</w:t>
      </w:r>
      <w:proofErr w:type="gramEnd"/>
    </w:p>
    <w:p w:rsidR="00925A71" w:rsidRPr="00461393" w:rsidRDefault="003115B2">
      <w:pPr>
        <w:rPr>
          <w:rFonts w:ascii="Times New Roman" w:hAnsi="Times New Roman" w:cs="Times New Roman"/>
        </w:rPr>
      </w:pPr>
      <w:r w:rsidRPr="00461393">
        <w:rPr>
          <w:rFonts w:ascii="Times New Roman" w:hAnsi="Times New Roman" w:cs="Times New Roman"/>
        </w:rPr>
        <w:t>Her sayfa bir iş gününü kapsar.</w:t>
      </w:r>
    </w:p>
    <w:p w:rsidR="00925A71" w:rsidRPr="00461393" w:rsidRDefault="00925A71">
      <w:pPr>
        <w:rPr>
          <w:rFonts w:ascii="Times New Roman" w:hAnsi="Times New Roman" w:cs="Times New Roman"/>
        </w:rPr>
      </w:pPr>
    </w:p>
    <w:p w:rsidR="00925A71" w:rsidRPr="00C77881" w:rsidRDefault="003115B2">
      <w:pPr>
        <w:rPr>
          <w:rFonts w:ascii="Times New Roman" w:hAnsi="Times New Roman" w:cs="Times New Roman"/>
          <w:i/>
          <w:u w:val="single"/>
        </w:rPr>
      </w:pPr>
      <w:r w:rsidRPr="00C77881">
        <w:rPr>
          <w:rFonts w:ascii="Times New Roman" w:hAnsi="Times New Roman" w:cs="Times New Roman"/>
          <w:i/>
          <w:u w:val="single"/>
        </w:rPr>
        <w:lastRenderedPageBreak/>
        <w:t xml:space="preserve">3.2 </w:t>
      </w:r>
      <w:proofErr w:type="spellStart"/>
      <w:r w:rsidRPr="00C77881">
        <w:rPr>
          <w:rFonts w:ascii="Times New Roman" w:hAnsi="Times New Roman" w:cs="Times New Roman"/>
          <w:i/>
          <w:u w:val="single"/>
        </w:rPr>
        <w:t>Günlük</w:t>
      </w:r>
      <w:proofErr w:type="spellEnd"/>
      <w:r w:rsidRPr="00C77881">
        <w:rPr>
          <w:rFonts w:ascii="Times New Roman" w:hAnsi="Times New Roman" w:cs="Times New Roman"/>
          <w:i/>
          <w:u w:val="single"/>
        </w:rPr>
        <w:t xml:space="preserve"> </w:t>
      </w:r>
      <w:proofErr w:type="spellStart"/>
      <w:r w:rsidRPr="00C77881">
        <w:rPr>
          <w:rFonts w:ascii="Times New Roman" w:hAnsi="Times New Roman" w:cs="Times New Roman"/>
          <w:i/>
          <w:u w:val="single"/>
        </w:rPr>
        <w:t>İçerik</w:t>
      </w:r>
      <w:proofErr w:type="spellEnd"/>
    </w:p>
    <w:p w:rsidR="00925A71" w:rsidRPr="00461393" w:rsidRDefault="003115B2">
      <w:pPr>
        <w:rPr>
          <w:rFonts w:ascii="Times New Roman" w:hAnsi="Times New Roman" w:cs="Times New Roman"/>
        </w:rPr>
      </w:pPr>
      <w:r w:rsidRPr="00461393">
        <w:rPr>
          <w:rFonts w:ascii="Times New Roman" w:hAnsi="Times New Roman" w:cs="Times New Roman"/>
        </w:rPr>
        <w:t>Her sayfada:</w:t>
      </w:r>
    </w:p>
    <w:p w:rsidR="00925A71" w:rsidRPr="00461393" w:rsidRDefault="003115B2">
      <w:pPr>
        <w:rPr>
          <w:rFonts w:ascii="Times New Roman" w:hAnsi="Times New Roman" w:cs="Times New Roman"/>
        </w:rPr>
      </w:pPr>
      <w:r w:rsidRPr="00461393">
        <w:rPr>
          <w:rFonts w:ascii="Times New Roman" w:hAnsi="Times New Roman" w:cs="Times New Roman"/>
        </w:rPr>
        <w:t>Ad Soyad, Program, Gün, Tarih bulunmalıdır.</w:t>
      </w:r>
    </w:p>
    <w:p w:rsidR="00925A71" w:rsidRPr="00C77881" w:rsidRDefault="003115B2">
      <w:pPr>
        <w:rPr>
          <w:rFonts w:ascii="Times New Roman" w:hAnsi="Times New Roman" w:cs="Times New Roman"/>
          <w:i/>
          <w:u w:val="single"/>
        </w:rPr>
      </w:pPr>
      <w:r w:rsidRPr="00C77881">
        <w:rPr>
          <w:rFonts w:ascii="Times New Roman" w:hAnsi="Times New Roman" w:cs="Times New Roman"/>
          <w:i/>
          <w:u w:val="single"/>
        </w:rPr>
        <w:t xml:space="preserve">3.3 </w:t>
      </w:r>
      <w:proofErr w:type="spellStart"/>
      <w:r w:rsidRPr="00C77881">
        <w:rPr>
          <w:rFonts w:ascii="Times New Roman" w:hAnsi="Times New Roman" w:cs="Times New Roman"/>
          <w:i/>
          <w:u w:val="single"/>
        </w:rPr>
        <w:t>Yazım</w:t>
      </w:r>
      <w:proofErr w:type="spellEnd"/>
      <w:r w:rsidRPr="00C77881">
        <w:rPr>
          <w:rFonts w:ascii="Times New Roman" w:hAnsi="Times New Roman" w:cs="Times New Roman"/>
          <w:i/>
          <w:u w:val="single"/>
        </w:rPr>
        <w:t xml:space="preserve"> </w:t>
      </w:r>
      <w:proofErr w:type="spellStart"/>
      <w:r w:rsidRPr="00C77881">
        <w:rPr>
          <w:rFonts w:ascii="Times New Roman" w:hAnsi="Times New Roman" w:cs="Times New Roman"/>
          <w:i/>
          <w:u w:val="single"/>
        </w:rPr>
        <w:t>Kuralları</w:t>
      </w:r>
      <w:proofErr w:type="spellEnd"/>
    </w:p>
    <w:p w:rsidR="00925A71" w:rsidRPr="00461393" w:rsidRDefault="003115B2">
      <w:pPr>
        <w:rPr>
          <w:rFonts w:ascii="Times New Roman" w:hAnsi="Times New Roman" w:cs="Times New Roman"/>
        </w:rPr>
      </w:pPr>
      <w:r w:rsidRPr="00461393">
        <w:rPr>
          <w:rFonts w:ascii="Times New Roman" w:hAnsi="Times New Roman" w:cs="Times New Roman"/>
        </w:rPr>
        <w:t xml:space="preserve">Tekrar </w:t>
      </w:r>
      <w:proofErr w:type="gramStart"/>
      <w:r w:rsidRPr="00461393">
        <w:rPr>
          <w:rFonts w:ascii="Times New Roman" w:hAnsi="Times New Roman" w:cs="Times New Roman"/>
        </w:rPr>
        <w:t>eden</w:t>
      </w:r>
      <w:proofErr w:type="gramEnd"/>
      <w:r w:rsidRPr="00461393">
        <w:rPr>
          <w:rFonts w:ascii="Times New Roman" w:hAnsi="Times New Roman" w:cs="Times New Roman"/>
        </w:rPr>
        <w:t xml:space="preserve"> ifadelerden kaçınılmalı, işlemler detaylandırılmalıdır.</w:t>
      </w:r>
    </w:p>
    <w:p w:rsidR="00925A71" w:rsidRPr="00C77881" w:rsidRDefault="003115B2">
      <w:pPr>
        <w:rPr>
          <w:rFonts w:ascii="Times New Roman" w:hAnsi="Times New Roman" w:cs="Times New Roman"/>
          <w:i/>
          <w:u w:val="single"/>
        </w:rPr>
      </w:pPr>
      <w:r w:rsidRPr="00C77881">
        <w:rPr>
          <w:rFonts w:ascii="Times New Roman" w:hAnsi="Times New Roman" w:cs="Times New Roman"/>
          <w:i/>
          <w:u w:val="single"/>
        </w:rPr>
        <w:t xml:space="preserve">3.4 </w:t>
      </w:r>
      <w:proofErr w:type="spellStart"/>
      <w:r w:rsidRPr="00C77881">
        <w:rPr>
          <w:rFonts w:ascii="Times New Roman" w:hAnsi="Times New Roman" w:cs="Times New Roman"/>
          <w:i/>
          <w:u w:val="single"/>
        </w:rPr>
        <w:t>Onay</w:t>
      </w:r>
      <w:proofErr w:type="spellEnd"/>
    </w:p>
    <w:p w:rsidR="00925A71" w:rsidRPr="00461393" w:rsidRDefault="003115B2">
      <w:pPr>
        <w:rPr>
          <w:rFonts w:ascii="Times New Roman" w:hAnsi="Times New Roman" w:cs="Times New Roman"/>
        </w:rPr>
      </w:pPr>
      <w:proofErr w:type="gramStart"/>
      <w:r w:rsidRPr="00461393">
        <w:rPr>
          <w:rFonts w:ascii="Times New Roman" w:hAnsi="Times New Roman" w:cs="Times New Roman"/>
        </w:rPr>
        <w:t>Her sayfa imzalı ve kaşeli olmalıdır.</w:t>
      </w:r>
      <w:proofErr w:type="gramEnd"/>
    </w:p>
    <w:p w:rsidR="00925A71" w:rsidRPr="00461393" w:rsidRDefault="00925A71">
      <w:pPr>
        <w:rPr>
          <w:rFonts w:ascii="Times New Roman" w:hAnsi="Times New Roman" w:cs="Times New Roman"/>
        </w:rPr>
      </w:pPr>
    </w:p>
    <w:p w:rsidR="00925A71" w:rsidRPr="00C77881" w:rsidRDefault="003115B2">
      <w:pPr>
        <w:rPr>
          <w:rFonts w:ascii="Times New Roman" w:hAnsi="Times New Roman" w:cs="Times New Roman"/>
          <w:b/>
        </w:rPr>
      </w:pPr>
      <w:r w:rsidRPr="00C77881">
        <w:rPr>
          <w:rFonts w:ascii="Times New Roman" w:hAnsi="Times New Roman" w:cs="Times New Roman"/>
          <w:b/>
        </w:rPr>
        <w:t>4. DEVAM VE İZİN</w:t>
      </w:r>
    </w:p>
    <w:p w:rsidR="00925A71" w:rsidRPr="00461393" w:rsidRDefault="003115B2">
      <w:pPr>
        <w:rPr>
          <w:rFonts w:ascii="Times New Roman" w:hAnsi="Times New Roman" w:cs="Times New Roman"/>
        </w:rPr>
      </w:pPr>
      <w:proofErr w:type="gramStart"/>
      <w:r w:rsidRPr="00461393">
        <w:rPr>
          <w:rFonts w:ascii="Times New Roman" w:hAnsi="Times New Roman" w:cs="Times New Roman"/>
        </w:rPr>
        <w:t>Devam çizelgesi imz</w:t>
      </w:r>
      <w:r w:rsidRPr="00461393">
        <w:rPr>
          <w:rFonts w:ascii="Times New Roman" w:hAnsi="Times New Roman" w:cs="Times New Roman"/>
        </w:rPr>
        <w:t>alanır.</w:t>
      </w:r>
      <w:proofErr w:type="gramEnd"/>
    </w:p>
    <w:p w:rsidR="00925A71" w:rsidRPr="00461393" w:rsidRDefault="003115B2">
      <w:pPr>
        <w:rPr>
          <w:rFonts w:ascii="Times New Roman" w:hAnsi="Times New Roman" w:cs="Times New Roman"/>
        </w:rPr>
      </w:pPr>
      <w:r w:rsidRPr="00461393">
        <w:rPr>
          <w:rFonts w:ascii="Times New Roman" w:hAnsi="Times New Roman" w:cs="Times New Roman"/>
        </w:rPr>
        <w:t>Raporlu günler stajdan sayılmaz.</w:t>
      </w:r>
    </w:p>
    <w:p w:rsidR="00925A71" w:rsidRPr="00461393" w:rsidRDefault="00925A71">
      <w:pPr>
        <w:rPr>
          <w:rFonts w:ascii="Times New Roman" w:hAnsi="Times New Roman" w:cs="Times New Roman"/>
        </w:rPr>
      </w:pPr>
    </w:p>
    <w:p w:rsidR="00925A71" w:rsidRPr="00C77881" w:rsidRDefault="003115B2">
      <w:pPr>
        <w:rPr>
          <w:rFonts w:ascii="Times New Roman" w:hAnsi="Times New Roman" w:cs="Times New Roman"/>
          <w:b/>
        </w:rPr>
      </w:pPr>
      <w:r w:rsidRPr="00C77881">
        <w:rPr>
          <w:rFonts w:ascii="Times New Roman" w:hAnsi="Times New Roman" w:cs="Times New Roman"/>
          <w:b/>
        </w:rPr>
        <w:t>5. TESLİM</w:t>
      </w:r>
    </w:p>
    <w:p w:rsidR="00925A71" w:rsidRPr="00461393" w:rsidRDefault="003115B2">
      <w:pPr>
        <w:rPr>
          <w:rFonts w:ascii="Times New Roman" w:hAnsi="Times New Roman" w:cs="Times New Roman"/>
        </w:rPr>
      </w:pPr>
      <w:proofErr w:type="gramStart"/>
      <w:r w:rsidRPr="00461393">
        <w:rPr>
          <w:rFonts w:ascii="Times New Roman" w:hAnsi="Times New Roman" w:cs="Times New Roman"/>
        </w:rPr>
        <w:t>Defter ve belgeler süresi içinde teslim edilir.</w:t>
      </w:r>
      <w:proofErr w:type="gramEnd"/>
    </w:p>
    <w:p w:rsidR="00925A71" w:rsidRPr="00461393" w:rsidRDefault="003115B2">
      <w:pPr>
        <w:rPr>
          <w:rFonts w:ascii="Times New Roman" w:hAnsi="Times New Roman" w:cs="Times New Roman"/>
        </w:rPr>
      </w:pPr>
      <w:r w:rsidRPr="00461393">
        <w:rPr>
          <w:rFonts w:ascii="Times New Roman" w:hAnsi="Times New Roman" w:cs="Times New Roman"/>
        </w:rPr>
        <w:t>Eksik veya geç teslim edilenler geçersiz sayılır.</w:t>
      </w:r>
    </w:p>
    <w:p w:rsidR="00925A71" w:rsidRPr="00C77881" w:rsidRDefault="00925A71">
      <w:pPr>
        <w:rPr>
          <w:rFonts w:ascii="Times New Roman" w:hAnsi="Times New Roman" w:cs="Times New Roman"/>
          <w:b/>
        </w:rPr>
      </w:pPr>
    </w:p>
    <w:p w:rsidR="00925A71" w:rsidRPr="00C77881" w:rsidRDefault="00C77881">
      <w:pPr>
        <w:rPr>
          <w:rFonts w:ascii="Times New Roman" w:hAnsi="Times New Roman" w:cs="Times New Roman"/>
          <w:b/>
        </w:rPr>
      </w:pPr>
      <w:r w:rsidRPr="00C77881">
        <w:rPr>
          <w:rFonts w:ascii="Times New Roman" w:hAnsi="Times New Roman" w:cs="Times New Roman"/>
          <w:b/>
        </w:rPr>
        <w:t>6</w:t>
      </w:r>
      <w:r w:rsidR="003115B2" w:rsidRPr="00C77881">
        <w:rPr>
          <w:rFonts w:ascii="Times New Roman" w:hAnsi="Times New Roman" w:cs="Times New Roman"/>
          <w:b/>
        </w:rPr>
        <w:t>. ÖNEMLİ UYARILAR</w:t>
      </w:r>
    </w:p>
    <w:p w:rsidR="00925A71" w:rsidRPr="00461393" w:rsidRDefault="003115B2">
      <w:pPr>
        <w:rPr>
          <w:rFonts w:ascii="Times New Roman" w:hAnsi="Times New Roman" w:cs="Times New Roman"/>
        </w:rPr>
      </w:pPr>
      <w:proofErr w:type="gramStart"/>
      <w:r w:rsidRPr="00461393">
        <w:rPr>
          <w:rFonts w:ascii="Times New Roman" w:hAnsi="Times New Roman" w:cs="Times New Roman"/>
        </w:rPr>
        <w:t>Defter günlük doldurulmalıdır.</w:t>
      </w:r>
      <w:proofErr w:type="gramEnd"/>
    </w:p>
    <w:p w:rsidR="00925A71" w:rsidRPr="00461393" w:rsidRDefault="003115B2">
      <w:pPr>
        <w:rPr>
          <w:rFonts w:ascii="Times New Roman" w:hAnsi="Times New Roman" w:cs="Times New Roman"/>
        </w:rPr>
      </w:pPr>
      <w:r w:rsidRPr="00461393">
        <w:rPr>
          <w:rFonts w:ascii="Times New Roman" w:hAnsi="Times New Roman" w:cs="Times New Roman"/>
        </w:rPr>
        <w:t>Eksik veya düzensiz defterler kabul edilmez.</w:t>
      </w:r>
    </w:p>
    <w:p w:rsidR="00925A71" w:rsidRPr="00461393" w:rsidRDefault="003115B2">
      <w:pPr>
        <w:rPr>
          <w:rFonts w:ascii="Times New Roman" w:hAnsi="Times New Roman" w:cs="Times New Roman"/>
        </w:rPr>
      </w:pPr>
      <w:r w:rsidRPr="00461393">
        <w:rPr>
          <w:rFonts w:ascii="Times New Roman" w:hAnsi="Times New Roman" w:cs="Times New Roman"/>
        </w:rPr>
        <w:t>Staj iş hayatına hazırlık sürecidir.</w:t>
      </w:r>
    </w:p>
    <w:p w:rsidR="00925A71" w:rsidRPr="00461393" w:rsidRDefault="00925A71">
      <w:pPr>
        <w:rPr>
          <w:rFonts w:ascii="Times New Roman" w:hAnsi="Times New Roman" w:cs="Times New Roman"/>
        </w:rPr>
      </w:pPr>
    </w:p>
    <w:p w:rsidR="00925A71" w:rsidRPr="00461393" w:rsidRDefault="003115B2" w:rsidP="003115B2">
      <w:pPr>
        <w:ind w:left="5760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Patoloji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Laboratuvar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Teknikleri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Programı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Başarılar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diler</w:t>
      </w:r>
      <w:proofErr w:type="spellEnd"/>
      <w:r w:rsidRPr="00461393">
        <w:rPr>
          <w:rFonts w:ascii="Times New Roman" w:hAnsi="Times New Roman" w:cs="Times New Roman"/>
        </w:rPr>
        <w:t>.</w:t>
      </w:r>
    </w:p>
    <w:p w:rsidR="00925A71" w:rsidRDefault="00F648FB">
      <w:pPr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Okudum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anladım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onaylıyorum</w:t>
      </w:r>
      <w:proofErr w:type="spellEnd"/>
      <w:r>
        <w:rPr>
          <w:rFonts w:ascii="Times New Roman" w:hAnsi="Times New Roman" w:cs="Times New Roman"/>
        </w:rPr>
        <w:t>.</w:t>
      </w:r>
      <w:bookmarkStart w:id="0" w:name="_GoBack"/>
      <w:bookmarkEnd w:id="0"/>
      <w:proofErr w:type="gramEnd"/>
    </w:p>
    <w:p w:rsidR="00F648FB" w:rsidRDefault="00F648FB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Öğrenci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adı</w:t>
      </w:r>
      <w:proofErr w:type="gramStart"/>
      <w:r>
        <w:rPr>
          <w:rFonts w:ascii="Times New Roman" w:hAnsi="Times New Roman" w:cs="Times New Roman"/>
        </w:rPr>
        <w:t>,soyadı</w:t>
      </w:r>
      <w:proofErr w:type="spellEnd"/>
      <w:proofErr w:type="gramEnd"/>
      <w:r>
        <w:rPr>
          <w:rFonts w:ascii="Times New Roman" w:hAnsi="Times New Roman" w:cs="Times New Roman"/>
        </w:rPr>
        <w:t>:</w:t>
      </w:r>
    </w:p>
    <w:p w:rsidR="00F648FB" w:rsidRDefault="00F648FB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İmza</w:t>
      </w:r>
      <w:proofErr w:type="spellEnd"/>
      <w:r>
        <w:rPr>
          <w:rFonts w:ascii="Times New Roman" w:hAnsi="Times New Roman" w:cs="Times New Roman"/>
        </w:rPr>
        <w:t>:</w:t>
      </w:r>
    </w:p>
    <w:p w:rsidR="00F648FB" w:rsidRPr="00461393" w:rsidRDefault="00F648FB">
      <w:pPr>
        <w:rPr>
          <w:rFonts w:ascii="Times New Roman" w:hAnsi="Times New Roman" w:cs="Times New Roman"/>
        </w:rPr>
      </w:pPr>
    </w:p>
    <w:sectPr w:rsidR="00F648FB" w:rsidRPr="0046139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115B2"/>
    <w:rsid w:val="00326F90"/>
    <w:rsid w:val="00420AD6"/>
    <w:rsid w:val="00461393"/>
    <w:rsid w:val="00925A71"/>
    <w:rsid w:val="00AA1D8D"/>
    <w:rsid w:val="00B47730"/>
    <w:rsid w:val="00C77881"/>
    <w:rsid w:val="00CB0664"/>
    <w:rsid w:val="00F648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56D1461-5C5C-45C9-941C-376A87BB6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1538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Şükran Cenikli Başeren</cp:lastModifiedBy>
  <cp:revision>2</cp:revision>
  <dcterms:created xsi:type="dcterms:W3CDTF">2026-04-09T08:05:00Z</dcterms:created>
  <dcterms:modified xsi:type="dcterms:W3CDTF">2026-04-09T08:05:00Z</dcterms:modified>
</cp:coreProperties>
</file>