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67" w:rsidRDefault="009B0E67" w:rsidP="00A724BA">
      <w:pPr>
        <w:widowControl w:val="0"/>
        <w:spacing w:line="480" w:lineRule="auto"/>
        <w:jc w:val="center"/>
        <w:rPr>
          <w:rFonts w:eastAsia="Cambria"/>
        </w:rPr>
      </w:pPr>
    </w:p>
    <w:p w:rsidR="00D422FB" w:rsidRDefault="00D422FB" w:rsidP="00D422FB">
      <w:pPr>
        <w:widowControl w:val="0"/>
        <w:spacing w:line="480" w:lineRule="auto"/>
        <w:ind w:firstLine="0"/>
        <w:rPr>
          <w:rFonts w:eastAsia="Cambria"/>
        </w:rPr>
      </w:pPr>
    </w:p>
    <w:p w:rsidR="00D422FB" w:rsidRDefault="00D422FB" w:rsidP="00D422FB">
      <w:pPr>
        <w:widowControl w:val="0"/>
        <w:spacing w:line="480" w:lineRule="auto"/>
        <w:ind w:firstLine="0"/>
        <w:rPr>
          <w:rFonts w:eastAsia="Cambria"/>
        </w:rPr>
      </w:pPr>
    </w:p>
    <w:p w:rsidR="00D422FB" w:rsidRDefault="00D422FB" w:rsidP="00D422FB">
      <w:pPr>
        <w:widowControl w:val="0"/>
        <w:spacing w:line="480" w:lineRule="auto"/>
        <w:ind w:firstLine="0"/>
        <w:rPr>
          <w:rFonts w:eastAsia="Cambria"/>
        </w:rPr>
      </w:pPr>
    </w:p>
    <w:p w:rsidR="00D422FB" w:rsidRPr="002A47A7" w:rsidRDefault="00D422FB" w:rsidP="00D422FB">
      <w:pPr>
        <w:widowControl w:val="0"/>
        <w:spacing w:line="240" w:lineRule="auto"/>
        <w:ind w:firstLine="0"/>
        <w:jc w:val="center"/>
        <w:rPr>
          <w:rFonts w:eastAsia="Cambria"/>
          <w:noProof/>
          <w:lang w:eastAsia="tr-TR"/>
        </w:rPr>
      </w:pPr>
      <w:r>
        <w:rPr>
          <w:rFonts w:eastAsia="Cambria"/>
          <w:noProof/>
          <w:lang w:eastAsia="tr-TR"/>
        </w:rPr>
        <w:drawing>
          <wp:inline distT="0" distB="0" distL="0" distR="0">
            <wp:extent cx="3514725" cy="2476500"/>
            <wp:effectExtent l="0" t="0" r="0" b="0"/>
            <wp:docPr id="13" name="Resim 13"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2476500"/>
                    </a:xfrm>
                    <a:prstGeom prst="rect">
                      <a:avLst/>
                    </a:prstGeom>
                    <a:noFill/>
                    <a:ln>
                      <a:noFill/>
                    </a:ln>
                  </pic:spPr>
                </pic:pic>
              </a:graphicData>
            </a:graphic>
          </wp:inline>
        </w:drawing>
      </w:r>
    </w:p>
    <w:p w:rsidR="00D422FB" w:rsidRDefault="00D422FB" w:rsidP="00D422FB">
      <w:pPr>
        <w:widowControl w:val="0"/>
        <w:spacing w:line="240" w:lineRule="auto"/>
        <w:ind w:firstLine="0"/>
        <w:jc w:val="center"/>
        <w:rPr>
          <w:rFonts w:eastAsia="Cambria"/>
          <w:b/>
          <w:bCs/>
          <w:sz w:val="30"/>
          <w:szCs w:val="30"/>
        </w:rPr>
      </w:pPr>
      <w:r>
        <w:rPr>
          <w:rFonts w:eastAsia="Cambria"/>
          <w:b/>
          <w:bCs/>
          <w:sz w:val="30"/>
          <w:szCs w:val="30"/>
        </w:rPr>
        <w:t xml:space="preserve"> </w:t>
      </w: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1F4996" w:rsidRPr="00616C59" w:rsidRDefault="001F4996" w:rsidP="00616C59">
      <w:pPr>
        <w:widowControl w:val="0"/>
        <w:spacing w:line="480" w:lineRule="auto"/>
        <w:ind w:firstLine="0"/>
        <w:jc w:val="center"/>
        <w:rPr>
          <w:rFonts w:eastAsia="Cambria"/>
          <w:b/>
          <w:bCs/>
          <w:sz w:val="30"/>
          <w:szCs w:val="30"/>
        </w:rPr>
      </w:pPr>
      <w:r>
        <w:rPr>
          <w:rFonts w:eastAsia="Cambria"/>
          <w:b/>
          <w:bCs/>
          <w:sz w:val="30"/>
          <w:szCs w:val="30"/>
        </w:rPr>
        <w:t>PROJE</w:t>
      </w:r>
      <w:r w:rsidRPr="004F17AD">
        <w:rPr>
          <w:rFonts w:eastAsia="Cambria"/>
          <w:b/>
          <w:bCs/>
          <w:sz w:val="30"/>
          <w:szCs w:val="30"/>
        </w:rPr>
        <w:t xml:space="preserve"> BAŞLIĞI</w:t>
      </w:r>
      <w:r w:rsidR="00616C59">
        <w:rPr>
          <w:rFonts w:eastAsia="Cambria"/>
          <w:b/>
          <w:bCs/>
          <w:sz w:val="30"/>
          <w:szCs w:val="30"/>
        </w:rPr>
        <w:t xml:space="preserve"> </w:t>
      </w:r>
      <w:r w:rsidRPr="00616C59">
        <w:rPr>
          <w:rFonts w:eastAsia="Cambria"/>
          <w:b/>
          <w:bCs/>
          <w:szCs w:val="24"/>
        </w:rPr>
        <w:t>(MAKSİMUM 10 KELİME)</w:t>
      </w:r>
    </w:p>
    <w:p w:rsidR="001F4996" w:rsidRPr="004F17AD" w:rsidRDefault="004453A3" w:rsidP="001F4996">
      <w:pPr>
        <w:widowControl w:val="0"/>
        <w:spacing w:line="480" w:lineRule="auto"/>
        <w:ind w:firstLine="0"/>
        <w:jc w:val="center"/>
        <w:rPr>
          <w:rFonts w:eastAsia="Cambria"/>
          <w:b/>
          <w:bCs/>
        </w:rPr>
      </w:pPr>
      <w:r>
        <w:rPr>
          <w:rFonts w:eastAsia="Cambria"/>
          <w:b/>
          <w:bCs/>
        </w:rPr>
        <w:t>TEZ</w:t>
      </w:r>
      <w:r w:rsidR="001F4996">
        <w:rPr>
          <w:rFonts w:eastAsia="Cambria"/>
          <w:b/>
          <w:bCs/>
        </w:rPr>
        <w:t>SİZ YÜKSEK LİSANS BİTİRME PROJESİ</w:t>
      </w:r>
    </w:p>
    <w:p w:rsidR="00D422FB" w:rsidRDefault="00D422FB" w:rsidP="00D422FB">
      <w:pPr>
        <w:widowControl w:val="0"/>
        <w:spacing w:line="480" w:lineRule="auto"/>
        <w:ind w:firstLine="0"/>
        <w:jc w:val="center"/>
        <w:rPr>
          <w:rFonts w:eastAsia="Cambria"/>
          <w:b/>
          <w:bCs/>
        </w:rPr>
      </w:pPr>
    </w:p>
    <w:p w:rsidR="00616C59" w:rsidRDefault="00616C59" w:rsidP="00D422FB">
      <w:pPr>
        <w:widowControl w:val="0"/>
        <w:spacing w:line="480" w:lineRule="auto"/>
        <w:ind w:firstLine="0"/>
        <w:jc w:val="center"/>
        <w:rPr>
          <w:rFonts w:eastAsia="Cambria"/>
          <w:b/>
          <w:bCs/>
        </w:rPr>
      </w:pPr>
    </w:p>
    <w:p w:rsidR="00D422FB" w:rsidRDefault="00D422FB" w:rsidP="00D422FB">
      <w:pPr>
        <w:widowControl w:val="0"/>
        <w:ind w:firstLine="0"/>
        <w:rPr>
          <w:rFonts w:eastAsia="Cambria"/>
          <w:b/>
          <w:bCs/>
        </w:rPr>
      </w:pPr>
    </w:p>
    <w:p w:rsidR="00D422FB" w:rsidRDefault="00D422FB" w:rsidP="00D422FB">
      <w:pPr>
        <w:widowControl w:val="0"/>
        <w:ind w:firstLine="0"/>
        <w:jc w:val="center"/>
        <w:rPr>
          <w:rFonts w:eastAsia="Cambria"/>
          <w:b/>
          <w:bCs/>
        </w:rPr>
      </w:pPr>
      <w:r>
        <w:rPr>
          <w:rFonts w:eastAsia="Cambria"/>
          <w:b/>
          <w:bCs/>
        </w:rPr>
        <w:t>ÖĞRENCİNİN TAM ADI</w:t>
      </w:r>
      <w:r w:rsidRPr="004F17AD">
        <w:rPr>
          <w:rFonts w:eastAsia="Cambria"/>
          <w:b/>
          <w:bCs/>
        </w:rPr>
        <w:t xml:space="preserve"> SOYADI</w:t>
      </w: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Pr="004F17AD" w:rsidRDefault="00D422FB" w:rsidP="00D422FB">
      <w:pPr>
        <w:widowControl w:val="0"/>
        <w:spacing w:line="240" w:lineRule="auto"/>
        <w:ind w:firstLine="0"/>
        <w:rPr>
          <w:rFonts w:eastAsia="Cambria"/>
          <w:b/>
          <w:bCs/>
        </w:rPr>
      </w:pPr>
    </w:p>
    <w:p w:rsidR="00D422FB" w:rsidRPr="004F17AD" w:rsidRDefault="00D422FB" w:rsidP="00D422FB">
      <w:pPr>
        <w:widowControl w:val="0"/>
        <w:spacing w:line="240" w:lineRule="auto"/>
        <w:ind w:firstLine="0"/>
        <w:jc w:val="center"/>
        <w:rPr>
          <w:rFonts w:eastAsia="Cambria"/>
          <w:b/>
          <w:bCs/>
        </w:rPr>
      </w:pPr>
      <w:r w:rsidRPr="004F17AD">
        <w:rPr>
          <w:rFonts w:eastAsia="Cambria"/>
          <w:b/>
          <w:bCs/>
        </w:rPr>
        <w:t>YIL</w:t>
      </w:r>
    </w:p>
    <w:p w:rsidR="00D422FB" w:rsidRDefault="00D422FB" w:rsidP="00D422FB">
      <w:pPr>
        <w:widowControl w:val="0"/>
        <w:spacing w:line="48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522C30" w:rsidRDefault="00522C30" w:rsidP="00D422FB">
      <w:pPr>
        <w:widowControl w:val="0"/>
        <w:spacing w:line="480" w:lineRule="auto"/>
        <w:ind w:firstLine="0"/>
        <w:jc w:val="center"/>
        <w:rPr>
          <w:rFonts w:eastAsia="Cambria"/>
        </w:rPr>
      </w:pPr>
    </w:p>
    <w:p w:rsidR="00522C30" w:rsidRDefault="00522C30" w:rsidP="00D422FB">
      <w:pPr>
        <w:widowControl w:val="0"/>
        <w:spacing w:line="480" w:lineRule="auto"/>
        <w:ind w:firstLine="0"/>
        <w:jc w:val="center"/>
        <w:rPr>
          <w:rFonts w:eastAsia="Cambria"/>
        </w:rPr>
      </w:pPr>
    </w:p>
    <w:p w:rsidR="00D422FB" w:rsidRDefault="00D422FB" w:rsidP="00D422FB">
      <w:pPr>
        <w:widowControl w:val="0"/>
        <w:spacing w:line="480" w:lineRule="auto"/>
        <w:ind w:firstLine="0"/>
        <w:jc w:val="center"/>
        <w:rPr>
          <w:rFonts w:eastAsia="Cambria"/>
        </w:rPr>
      </w:pPr>
      <w:r>
        <w:rPr>
          <w:rFonts w:eastAsia="Cambria"/>
          <w:noProof/>
          <w:lang w:eastAsia="tr-TR"/>
        </w:rPr>
        <w:drawing>
          <wp:inline distT="0" distB="0" distL="0" distR="0" wp14:anchorId="5ADAAE1D" wp14:editId="12567018">
            <wp:extent cx="3505200" cy="2472994"/>
            <wp:effectExtent l="0" t="0" r="0" b="0"/>
            <wp:docPr id="11" name="Resim 11"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6652" cy="2474018"/>
                    </a:xfrm>
                    <a:prstGeom prst="rect">
                      <a:avLst/>
                    </a:prstGeom>
                    <a:noFill/>
                    <a:ln>
                      <a:noFill/>
                    </a:ln>
                  </pic:spPr>
                </pic:pic>
              </a:graphicData>
            </a:graphic>
          </wp:inline>
        </w:drawing>
      </w:r>
    </w:p>
    <w:p w:rsidR="00D422FB" w:rsidRPr="004F17AD" w:rsidRDefault="00D422FB" w:rsidP="00522C30">
      <w:pPr>
        <w:widowControl w:val="0"/>
        <w:spacing w:line="240" w:lineRule="auto"/>
        <w:ind w:firstLine="0"/>
        <w:jc w:val="center"/>
        <w:rPr>
          <w:rFonts w:eastAsia="Cambria"/>
        </w:rPr>
      </w:pPr>
    </w:p>
    <w:p w:rsidR="00522C30" w:rsidRDefault="00522C30" w:rsidP="00522C30">
      <w:pPr>
        <w:widowControl w:val="0"/>
        <w:spacing w:line="240" w:lineRule="auto"/>
        <w:ind w:firstLine="0"/>
        <w:jc w:val="center"/>
        <w:rPr>
          <w:rFonts w:eastAsia="Cambria"/>
          <w:b/>
          <w:bCs/>
          <w:sz w:val="30"/>
          <w:szCs w:val="30"/>
        </w:rPr>
      </w:pPr>
    </w:p>
    <w:p w:rsidR="00D422FB" w:rsidRDefault="00D422FB" w:rsidP="00522C30">
      <w:pPr>
        <w:widowControl w:val="0"/>
        <w:spacing w:line="240" w:lineRule="auto"/>
        <w:ind w:firstLine="0"/>
        <w:jc w:val="center"/>
        <w:rPr>
          <w:rFonts w:eastAsia="Cambria"/>
          <w:b/>
          <w:bCs/>
          <w:sz w:val="30"/>
          <w:szCs w:val="30"/>
        </w:rPr>
      </w:pPr>
      <w:r>
        <w:rPr>
          <w:rFonts w:eastAsia="Cambria"/>
          <w:b/>
          <w:bCs/>
          <w:sz w:val="30"/>
          <w:szCs w:val="30"/>
        </w:rPr>
        <w:t xml:space="preserve"> </w:t>
      </w:r>
    </w:p>
    <w:p w:rsidR="00522C30" w:rsidRDefault="00522C30" w:rsidP="00522C30">
      <w:pPr>
        <w:widowControl w:val="0"/>
        <w:spacing w:line="240" w:lineRule="auto"/>
        <w:ind w:firstLine="0"/>
        <w:jc w:val="center"/>
        <w:rPr>
          <w:rFonts w:eastAsia="Cambria"/>
          <w:b/>
          <w:bCs/>
          <w:sz w:val="30"/>
          <w:szCs w:val="30"/>
        </w:rPr>
      </w:pPr>
    </w:p>
    <w:p w:rsidR="001F4996" w:rsidRPr="004F17AD" w:rsidRDefault="001F4996" w:rsidP="001F4996">
      <w:pPr>
        <w:widowControl w:val="0"/>
        <w:spacing w:line="480" w:lineRule="auto"/>
        <w:ind w:firstLine="0"/>
        <w:jc w:val="center"/>
        <w:rPr>
          <w:rFonts w:eastAsia="Cambria"/>
          <w:b/>
          <w:bCs/>
          <w:sz w:val="30"/>
          <w:szCs w:val="30"/>
        </w:rPr>
      </w:pPr>
      <w:r>
        <w:rPr>
          <w:rFonts w:eastAsia="Cambria"/>
          <w:b/>
          <w:bCs/>
          <w:sz w:val="30"/>
          <w:szCs w:val="30"/>
        </w:rPr>
        <w:t>PROJE</w:t>
      </w:r>
      <w:r w:rsidRPr="004F17AD">
        <w:rPr>
          <w:rFonts w:eastAsia="Cambria"/>
          <w:b/>
          <w:bCs/>
          <w:sz w:val="30"/>
          <w:szCs w:val="30"/>
        </w:rPr>
        <w:t xml:space="preserve"> BAŞLIĞI</w:t>
      </w:r>
    </w:p>
    <w:p w:rsidR="001F4996" w:rsidRPr="004F17AD" w:rsidRDefault="004453A3" w:rsidP="001F4996">
      <w:pPr>
        <w:widowControl w:val="0"/>
        <w:spacing w:line="480" w:lineRule="auto"/>
        <w:ind w:firstLine="0"/>
        <w:jc w:val="center"/>
        <w:rPr>
          <w:rFonts w:eastAsia="Cambria"/>
          <w:b/>
          <w:bCs/>
        </w:rPr>
      </w:pPr>
      <w:r>
        <w:rPr>
          <w:rFonts w:eastAsia="Cambria"/>
          <w:b/>
          <w:bCs/>
        </w:rPr>
        <w:t>TEZ</w:t>
      </w:r>
      <w:r w:rsidR="001F4996">
        <w:rPr>
          <w:rFonts w:eastAsia="Cambria"/>
          <w:b/>
          <w:bCs/>
        </w:rPr>
        <w:t>SİZ YÜKSEK LİSANS BİTİRME PROJESİ</w:t>
      </w: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D422FB" w:rsidRPr="004F17AD" w:rsidRDefault="00D422FB" w:rsidP="00D422FB">
      <w:pPr>
        <w:widowControl w:val="0"/>
        <w:spacing w:line="240" w:lineRule="auto"/>
        <w:ind w:firstLine="0"/>
        <w:jc w:val="center"/>
        <w:rPr>
          <w:rFonts w:eastAsia="Cambria"/>
          <w:b/>
          <w:bCs/>
        </w:rPr>
      </w:pPr>
      <w:r>
        <w:rPr>
          <w:rFonts w:eastAsia="Cambria"/>
          <w:b/>
          <w:bCs/>
        </w:rPr>
        <w:t>ÖĞRENCİ NUMARASI</w:t>
      </w: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522C30" w:rsidRDefault="00522C30"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r>
        <w:rPr>
          <w:rFonts w:eastAsia="Cambria"/>
          <w:b/>
          <w:bCs/>
        </w:rPr>
        <w:t>DANIŞMAN UNVANI ADI SOYADI</w:t>
      </w:r>
    </w:p>
    <w:p w:rsidR="00D422FB" w:rsidRPr="004F17AD"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ind w:firstLine="0"/>
        <w:jc w:val="center"/>
        <w:rPr>
          <w:rFonts w:eastAsia="Cambria"/>
          <w:b/>
          <w:bCs/>
        </w:rPr>
      </w:pPr>
    </w:p>
    <w:p w:rsidR="00D422FB" w:rsidRDefault="00D422FB" w:rsidP="00D422FB">
      <w:pPr>
        <w:widowControl w:val="0"/>
        <w:ind w:firstLine="0"/>
        <w:jc w:val="center"/>
        <w:rPr>
          <w:rFonts w:eastAsia="Cambria"/>
          <w:b/>
          <w:bCs/>
        </w:rPr>
      </w:pPr>
    </w:p>
    <w:p w:rsidR="00D422FB" w:rsidRPr="004F17AD" w:rsidRDefault="00D422FB" w:rsidP="00D422FB">
      <w:pPr>
        <w:widowControl w:val="0"/>
        <w:spacing w:line="240" w:lineRule="auto"/>
        <w:ind w:firstLine="0"/>
        <w:jc w:val="center"/>
        <w:rPr>
          <w:rFonts w:eastAsia="Cambria"/>
          <w:b/>
          <w:bCs/>
        </w:rPr>
      </w:pPr>
      <w:r w:rsidRPr="004F17AD">
        <w:rPr>
          <w:rFonts w:eastAsia="Cambria"/>
          <w:b/>
          <w:bCs/>
        </w:rPr>
        <w:t>YIL</w:t>
      </w:r>
      <w:bookmarkStart w:id="0" w:name="_GoBack"/>
      <w:bookmarkEnd w:id="0"/>
    </w:p>
    <w:p w:rsidR="00D422FB" w:rsidRDefault="00D422FB" w:rsidP="00D422FB">
      <w:pPr>
        <w:widowControl w:val="0"/>
        <w:spacing w:line="480" w:lineRule="auto"/>
        <w:ind w:firstLine="0"/>
        <w:jc w:val="center"/>
        <w:rPr>
          <w:rFonts w:eastAsia="Cambria"/>
        </w:rPr>
      </w:pPr>
    </w:p>
    <w:p w:rsidR="00D422FB" w:rsidRDefault="00D422FB" w:rsidP="00D422FB">
      <w:pPr>
        <w:widowControl w:val="0"/>
        <w:spacing w:line="240" w:lineRule="auto"/>
        <w:ind w:firstLine="0"/>
        <w:rPr>
          <w:rFonts w:eastAsia="Cambria"/>
        </w:rPr>
      </w:pPr>
    </w:p>
    <w:p w:rsidR="00D422FB" w:rsidRDefault="00D422FB" w:rsidP="00934A00">
      <w:pPr>
        <w:widowControl w:val="0"/>
        <w:spacing w:line="240" w:lineRule="auto"/>
        <w:ind w:firstLine="0"/>
        <w:jc w:val="center"/>
        <w:rPr>
          <w:rFonts w:eastAsia="Cambria"/>
        </w:rPr>
      </w:pPr>
    </w:p>
    <w:p w:rsidR="00D422FB" w:rsidRDefault="00D422FB" w:rsidP="00934A00">
      <w:pPr>
        <w:widowControl w:val="0"/>
        <w:spacing w:line="240" w:lineRule="auto"/>
        <w:ind w:firstLine="0"/>
        <w:jc w:val="center"/>
        <w:rPr>
          <w:rFonts w:eastAsia="Cambria"/>
        </w:rPr>
      </w:pPr>
    </w:p>
    <w:p w:rsidR="00D422FB" w:rsidRDefault="00D422FB" w:rsidP="00934A00">
      <w:pPr>
        <w:widowControl w:val="0"/>
        <w:spacing w:line="240" w:lineRule="auto"/>
        <w:ind w:firstLine="0"/>
        <w:jc w:val="center"/>
        <w:rPr>
          <w:rFonts w:eastAsia="Cambria"/>
        </w:rPr>
      </w:pPr>
    </w:p>
    <w:p w:rsidR="00D422FB" w:rsidRDefault="00D422FB" w:rsidP="00934A00">
      <w:pPr>
        <w:widowControl w:val="0"/>
        <w:spacing w:line="240" w:lineRule="auto"/>
        <w:ind w:firstLine="0"/>
        <w:rPr>
          <w:rFonts w:eastAsia="Cambria"/>
        </w:rPr>
      </w:pPr>
    </w:p>
    <w:p w:rsidR="00522C30" w:rsidRDefault="00522C30" w:rsidP="00934A00">
      <w:pPr>
        <w:widowControl w:val="0"/>
        <w:spacing w:line="240" w:lineRule="auto"/>
        <w:ind w:firstLine="0"/>
        <w:rPr>
          <w:rFonts w:eastAsia="Cambria"/>
          <w:noProof/>
          <w:lang w:eastAsia="tr-TR"/>
        </w:rPr>
      </w:pPr>
    </w:p>
    <w:p w:rsidR="00D422FB" w:rsidRDefault="00D422FB" w:rsidP="00D422FB">
      <w:pPr>
        <w:widowControl w:val="0"/>
        <w:spacing w:line="240" w:lineRule="auto"/>
        <w:ind w:firstLine="0"/>
        <w:jc w:val="center"/>
        <w:rPr>
          <w:rFonts w:eastAsia="Cambria"/>
        </w:rPr>
      </w:pPr>
      <w:r>
        <w:rPr>
          <w:rFonts w:eastAsia="Cambria"/>
          <w:noProof/>
          <w:lang w:eastAsia="tr-TR"/>
        </w:rPr>
        <w:drawing>
          <wp:inline distT="0" distB="0" distL="0" distR="0" wp14:anchorId="19170F3B" wp14:editId="24AFFAFD">
            <wp:extent cx="3534463" cy="2551430"/>
            <wp:effectExtent l="0" t="0" r="0" b="0"/>
            <wp:docPr id="12" name="Resim 12"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5783" cy="2552383"/>
                    </a:xfrm>
                    <a:prstGeom prst="rect">
                      <a:avLst/>
                    </a:prstGeom>
                    <a:noFill/>
                    <a:ln>
                      <a:noFill/>
                    </a:ln>
                  </pic:spPr>
                </pic:pic>
              </a:graphicData>
            </a:graphic>
          </wp:inline>
        </w:drawing>
      </w:r>
    </w:p>
    <w:p w:rsidR="00D422FB" w:rsidRPr="004B2C09" w:rsidRDefault="00D422FB" w:rsidP="00D422FB">
      <w:pPr>
        <w:widowControl w:val="0"/>
        <w:spacing w:line="240" w:lineRule="auto"/>
        <w:ind w:firstLine="0"/>
        <w:jc w:val="center"/>
        <w:rPr>
          <w:rFonts w:eastAsia="Cambria"/>
          <w:b/>
        </w:rPr>
      </w:pPr>
      <w:r w:rsidRPr="004B2C09">
        <w:rPr>
          <w:rFonts w:eastAsia="Cambria"/>
          <w:b/>
        </w:rPr>
        <w:t>LİSANSÜSTÜ EĞİTİM ENSTİTÜSÜ</w:t>
      </w:r>
    </w:p>
    <w:p w:rsidR="00D422FB" w:rsidRPr="004B2C09" w:rsidRDefault="00D422FB" w:rsidP="00D422FB">
      <w:pPr>
        <w:widowControl w:val="0"/>
        <w:spacing w:line="240" w:lineRule="auto"/>
        <w:ind w:firstLine="0"/>
        <w:jc w:val="center"/>
        <w:rPr>
          <w:rFonts w:eastAsia="Cambria"/>
          <w:b/>
        </w:rPr>
      </w:pPr>
      <w:r w:rsidRPr="004B2C09">
        <w:rPr>
          <w:rFonts w:eastAsia="Cambria"/>
          <w:b/>
        </w:rPr>
        <w:t>ANA BİLİM DALI TAM ADI</w:t>
      </w:r>
    </w:p>
    <w:p w:rsidR="00D422FB" w:rsidRPr="004B2C09" w:rsidRDefault="00D422FB" w:rsidP="00D422FB">
      <w:pPr>
        <w:widowControl w:val="0"/>
        <w:spacing w:line="240" w:lineRule="auto"/>
        <w:ind w:firstLine="0"/>
        <w:jc w:val="center"/>
        <w:rPr>
          <w:rFonts w:eastAsia="Cambria"/>
          <w:b/>
        </w:rPr>
      </w:pPr>
      <w:r w:rsidRPr="004B2C09">
        <w:rPr>
          <w:rFonts w:eastAsia="Cambria"/>
          <w:b/>
        </w:rPr>
        <w:t>BİLİM DALI TAM ADI (VARSA)</w:t>
      </w:r>
    </w:p>
    <w:p w:rsidR="00D422FB" w:rsidRDefault="00D422FB" w:rsidP="00D422FB">
      <w:pPr>
        <w:widowControl w:val="0"/>
        <w:spacing w:line="48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6744B3" w:rsidRDefault="006744B3" w:rsidP="00D422FB">
      <w:pPr>
        <w:widowControl w:val="0"/>
        <w:spacing w:line="240" w:lineRule="auto"/>
        <w:ind w:firstLine="0"/>
        <w:jc w:val="center"/>
        <w:rPr>
          <w:rFonts w:eastAsia="Cambria"/>
          <w:b/>
          <w:bCs/>
          <w:sz w:val="30"/>
          <w:szCs w:val="30"/>
        </w:rPr>
      </w:pPr>
    </w:p>
    <w:p w:rsidR="001F4996" w:rsidRPr="004F17AD" w:rsidRDefault="001F4996" w:rsidP="001F4996">
      <w:pPr>
        <w:widowControl w:val="0"/>
        <w:spacing w:line="480" w:lineRule="auto"/>
        <w:ind w:firstLine="0"/>
        <w:jc w:val="center"/>
        <w:rPr>
          <w:rFonts w:eastAsia="Cambria"/>
          <w:b/>
          <w:bCs/>
          <w:sz w:val="30"/>
          <w:szCs w:val="30"/>
        </w:rPr>
      </w:pPr>
      <w:r>
        <w:rPr>
          <w:rFonts w:eastAsia="Cambria"/>
          <w:b/>
          <w:bCs/>
          <w:sz w:val="30"/>
          <w:szCs w:val="30"/>
        </w:rPr>
        <w:t>PROJE</w:t>
      </w:r>
      <w:r w:rsidRPr="004F17AD">
        <w:rPr>
          <w:rFonts w:eastAsia="Cambria"/>
          <w:b/>
          <w:bCs/>
          <w:sz w:val="30"/>
          <w:szCs w:val="30"/>
        </w:rPr>
        <w:t xml:space="preserve"> BAŞLIĞI</w:t>
      </w:r>
    </w:p>
    <w:p w:rsidR="001F4996" w:rsidRPr="004F17AD" w:rsidRDefault="004453A3" w:rsidP="001F4996">
      <w:pPr>
        <w:widowControl w:val="0"/>
        <w:spacing w:line="480" w:lineRule="auto"/>
        <w:ind w:firstLine="0"/>
        <w:jc w:val="center"/>
        <w:rPr>
          <w:rFonts w:eastAsia="Cambria"/>
          <w:b/>
          <w:bCs/>
        </w:rPr>
      </w:pPr>
      <w:r>
        <w:rPr>
          <w:rFonts w:eastAsia="Cambria"/>
          <w:b/>
          <w:bCs/>
        </w:rPr>
        <w:t>TEZ</w:t>
      </w:r>
      <w:r w:rsidR="001F4996">
        <w:rPr>
          <w:rFonts w:eastAsia="Cambria"/>
          <w:b/>
          <w:bCs/>
        </w:rPr>
        <w:t>SİZ YÜKSEK LİSANS BİTİRME PROJESİ</w:t>
      </w:r>
    </w:p>
    <w:p w:rsidR="00D422FB" w:rsidRDefault="00D422FB" w:rsidP="006744B3">
      <w:pPr>
        <w:widowControl w:val="0"/>
        <w:spacing w:line="240" w:lineRule="auto"/>
        <w:ind w:firstLine="0"/>
        <w:jc w:val="center"/>
        <w:rPr>
          <w:rFonts w:eastAsia="Cambria"/>
          <w:b/>
          <w:bCs/>
        </w:rPr>
      </w:pPr>
    </w:p>
    <w:p w:rsidR="006744B3" w:rsidRDefault="006744B3" w:rsidP="006744B3">
      <w:pPr>
        <w:widowControl w:val="0"/>
        <w:spacing w:line="240" w:lineRule="auto"/>
        <w:ind w:firstLine="0"/>
        <w:jc w:val="center"/>
        <w:rPr>
          <w:rFonts w:eastAsia="Cambria"/>
          <w:b/>
          <w:bCs/>
        </w:rPr>
      </w:pPr>
    </w:p>
    <w:p w:rsidR="006744B3" w:rsidRPr="004F17AD" w:rsidRDefault="006744B3" w:rsidP="006744B3">
      <w:pPr>
        <w:widowControl w:val="0"/>
        <w:spacing w:line="240" w:lineRule="auto"/>
        <w:ind w:firstLine="0"/>
        <w:jc w:val="center"/>
        <w:rPr>
          <w:rFonts w:eastAsia="Cambria"/>
          <w:b/>
          <w:bCs/>
        </w:rPr>
      </w:pPr>
    </w:p>
    <w:p w:rsidR="006744B3" w:rsidRPr="004F17AD" w:rsidRDefault="006744B3" w:rsidP="006744B3">
      <w:pPr>
        <w:widowControl w:val="0"/>
        <w:spacing w:line="240" w:lineRule="auto"/>
        <w:ind w:firstLine="0"/>
        <w:jc w:val="center"/>
        <w:rPr>
          <w:rFonts w:eastAsia="Cambria"/>
          <w:b/>
          <w:bCs/>
        </w:rPr>
      </w:pPr>
    </w:p>
    <w:p w:rsidR="00D422FB" w:rsidRDefault="00D422FB" w:rsidP="006744B3">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D422FB" w:rsidRPr="004F17AD" w:rsidRDefault="00D422FB" w:rsidP="006744B3">
      <w:pPr>
        <w:widowControl w:val="0"/>
        <w:spacing w:line="240" w:lineRule="auto"/>
        <w:ind w:firstLine="0"/>
        <w:jc w:val="center"/>
        <w:rPr>
          <w:rFonts w:eastAsia="Cambria"/>
          <w:b/>
          <w:bCs/>
        </w:rPr>
      </w:pPr>
      <w:r>
        <w:rPr>
          <w:rFonts w:eastAsia="Cambria"/>
          <w:b/>
          <w:bCs/>
        </w:rPr>
        <w:t>ÖĞRENCİ NUMARASI</w:t>
      </w:r>
    </w:p>
    <w:p w:rsidR="00D422FB" w:rsidRDefault="00D422FB" w:rsidP="006744B3">
      <w:pPr>
        <w:widowControl w:val="0"/>
        <w:spacing w:line="240" w:lineRule="auto"/>
        <w:ind w:firstLine="0"/>
        <w:jc w:val="center"/>
        <w:rPr>
          <w:rFonts w:eastAsia="Cambria"/>
          <w:b/>
          <w:bCs/>
        </w:rPr>
      </w:pPr>
    </w:p>
    <w:p w:rsidR="006744B3" w:rsidRPr="004F17AD" w:rsidRDefault="006744B3" w:rsidP="006744B3">
      <w:pPr>
        <w:widowControl w:val="0"/>
        <w:spacing w:line="240" w:lineRule="auto"/>
        <w:ind w:firstLine="0"/>
        <w:jc w:val="center"/>
        <w:rPr>
          <w:rFonts w:eastAsia="Cambria"/>
          <w:b/>
          <w:bCs/>
        </w:rPr>
      </w:pPr>
    </w:p>
    <w:p w:rsidR="00D422FB" w:rsidRDefault="00D422FB" w:rsidP="006744B3">
      <w:pPr>
        <w:widowControl w:val="0"/>
        <w:spacing w:line="240" w:lineRule="auto"/>
        <w:ind w:firstLine="0"/>
        <w:jc w:val="center"/>
        <w:rPr>
          <w:rFonts w:eastAsia="Cambria"/>
          <w:b/>
          <w:bCs/>
        </w:rPr>
      </w:pPr>
      <w:r>
        <w:rPr>
          <w:rFonts w:eastAsia="Cambria"/>
          <w:b/>
          <w:bCs/>
        </w:rPr>
        <w:t>DANIŞMAN UNVANI ADI SOYADI</w:t>
      </w:r>
    </w:p>
    <w:p w:rsidR="00D422FB" w:rsidRDefault="00D422FB" w:rsidP="006744B3">
      <w:pPr>
        <w:widowControl w:val="0"/>
        <w:spacing w:line="240" w:lineRule="auto"/>
        <w:ind w:firstLine="0"/>
        <w:jc w:val="center"/>
        <w:rPr>
          <w:rFonts w:eastAsia="Cambria"/>
          <w:b/>
          <w:bCs/>
        </w:rPr>
      </w:pPr>
    </w:p>
    <w:p w:rsidR="00D422FB" w:rsidRDefault="00D422FB" w:rsidP="006744B3">
      <w:pPr>
        <w:widowControl w:val="0"/>
        <w:spacing w:line="240" w:lineRule="auto"/>
        <w:ind w:firstLine="0"/>
        <w:jc w:val="center"/>
        <w:rPr>
          <w:rFonts w:eastAsia="Cambria"/>
          <w:b/>
          <w:bCs/>
        </w:rPr>
      </w:pPr>
    </w:p>
    <w:p w:rsidR="00D422FB" w:rsidRDefault="00D422FB" w:rsidP="006744B3">
      <w:pPr>
        <w:widowControl w:val="0"/>
        <w:spacing w:line="240" w:lineRule="auto"/>
        <w:ind w:firstLine="0"/>
        <w:jc w:val="center"/>
        <w:rPr>
          <w:rFonts w:eastAsia="Cambria"/>
          <w:b/>
          <w:bCs/>
        </w:rPr>
      </w:pPr>
    </w:p>
    <w:p w:rsidR="00E909F3" w:rsidRDefault="00E909F3" w:rsidP="006744B3">
      <w:pPr>
        <w:widowControl w:val="0"/>
        <w:spacing w:line="240" w:lineRule="auto"/>
        <w:ind w:firstLine="0"/>
        <w:jc w:val="center"/>
        <w:rPr>
          <w:rFonts w:eastAsia="Cambria"/>
          <w:b/>
          <w:bCs/>
        </w:rPr>
      </w:pPr>
    </w:p>
    <w:p w:rsidR="00D422FB" w:rsidRDefault="00D422FB" w:rsidP="006744B3">
      <w:pPr>
        <w:widowControl w:val="0"/>
        <w:spacing w:line="240" w:lineRule="auto"/>
        <w:ind w:firstLine="0"/>
        <w:rPr>
          <w:rFonts w:eastAsia="Cambria"/>
          <w:b/>
          <w:bCs/>
        </w:rPr>
      </w:pPr>
    </w:p>
    <w:p w:rsidR="006744B3" w:rsidRDefault="006744B3" w:rsidP="006744B3">
      <w:pPr>
        <w:widowControl w:val="0"/>
        <w:spacing w:line="240" w:lineRule="auto"/>
        <w:ind w:firstLine="0"/>
        <w:rPr>
          <w:rFonts w:eastAsia="Cambria"/>
          <w:b/>
          <w:bCs/>
        </w:rPr>
      </w:pPr>
    </w:p>
    <w:p w:rsidR="006744B3" w:rsidRDefault="006744B3" w:rsidP="006744B3">
      <w:pPr>
        <w:widowControl w:val="0"/>
        <w:spacing w:line="240" w:lineRule="auto"/>
        <w:ind w:firstLine="0"/>
        <w:rPr>
          <w:rFonts w:eastAsia="Cambria"/>
          <w:b/>
          <w:bCs/>
        </w:rPr>
      </w:pPr>
    </w:p>
    <w:p w:rsidR="00D422FB" w:rsidRPr="00B222CB" w:rsidRDefault="006744B3" w:rsidP="006744B3">
      <w:pPr>
        <w:widowControl w:val="0"/>
        <w:spacing w:line="240" w:lineRule="auto"/>
        <w:ind w:firstLine="0"/>
        <w:jc w:val="center"/>
        <w:rPr>
          <w:rStyle w:val="Gl"/>
          <w:rFonts w:eastAsia="Cambria"/>
        </w:rPr>
        <w:sectPr w:rsidR="00D422FB" w:rsidRPr="00B222CB" w:rsidSect="009112B8">
          <w:footerReference w:type="default" r:id="rId9"/>
          <w:pgSz w:w="12240" w:h="15840"/>
          <w:pgMar w:top="0" w:right="1418" w:bottom="0" w:left="1985" w:header="720" w:footer="720" w:gutter="0"/>
          <w:pgNumType w:fmt="lowerRoman" w:start="1"/>
          <w:cols w:space="720"/>
          <w:docGrid w:linePitch="360"/>
        </w:sectPr>
      </w:pPr>
      <w:r>
        <w:rPr>
          <w:rFonts w:eastAsia="Cambria"/>
          <w:b/>
          <w:bCs/>
        </w:rPr>
        <w:t>YI</w:t>
      </w:r>
      <w:r w:rsidR="002E7FBF">
        <w:rPr>
          <w:rFonts w:eastAsia="Cambria"/>
          <w:b/>
          <w:bCs/>
        </w:rPr>
        <w:t>L</w:t>
      </w:r>
    </w:p>
    <w:p w:rsidR="006744B3" w:rsidRPr="001F4996" w:rsidRDefault="006744B3" w:rsidP="006744B3">
      <w:pPr>
        <w:pStyle w:val="Stil1"/>
        <w:spacing w:line="240" w:lineRule="auto"/>
        <w:jc w:val="both"/>
        <w:rPr>
          <w:rStyle w:val="Gl"/>
          <w:b/>
          <w:bCs w:val="0"/>
        </w:rPr>
        <w:sectPr w:rsidR="006744B3" w:rsidRPr="001F4996" w:rsidSect="00B07AB4">
          <w:footerReference w:type="default" r:id="rId10"/>
          <w:type w:val="continuous"/>
          <w:pgSz w:w="12240" w:h="15840"/>
          <w:pgMar w:top="1984" w:right="1417" w:bottom="1417" w:left="1984" w:header="720" w:footer="720" w:gutter="0"/>
          <w:pgNumType w:fmt="lowerRoman" w:start="5"/>
          <w:cols w:space="720"/>
          <w:docGrid w:linePitch="360"/>
        </w:sectPr>
      </w:pPr>
    </w:p>
    <w:p w:rsidR="003B1888" w:rsidRPr="002E7FBF" w:rsidRDefault="003B1888" w:rsidP="002E7FBF">
      <w:pPr>
        <w:pStyle w:val="Stil1"/>
        <w:rPr>
          <w:rStyle w:val="Gl"/>
          <w:b/>
          <w:bCs w:val="0"/>
        </w:rPr>
      </w:pPr>
      <w:bookmarkStart w:id="1" w:name="_Toc237336827"/>
      <w:r w:rsidRPr="002E7FBF">
        <w:rPr>
          <w:rStyle w:val="Gl"/>
          <w:b/>
          <w:bCs w:val="0"/>
        </w:rPr>
        <w:lastRenderedPageBreak/>
        <w:t>DÜRÜSTLÜK BEYANI</w:t>
      </w:r>
      <w:bookmarkEnd w:id="1"/>
    </w:p>
    <w:p w:rsidR="001F4996" w:rsidRPr="000E1FF5" w:rsidRDefault="001F4996" w:rsidP="001F4996">
      <w:pPr>
        <w:pStyle w:val="NormalWeb"/>
        <w:spacing w:line="480" w:lineRule="auto"/>
        <w:jc w:val="both"/>
        <w:rPr>
          <w:bCs/>
        </w:rPr>
      </w:pPr>
      <w:r>
        <w:t>Proje</w:t>
      </w:r>
      <w:r w:rsidRPr="000E1FF5">
        <w:t xml:space="preserve"> çalışmamda intihal yapmadığımı; tüm bilgi ve belgeleri akademik ahlak ve kurallar çerçevesinde elde ederek sunduğumu; yararlandığım kaynaklara bilimsel normlara uygun biçimde eksiksiz ve doğru şekilde atıfta bulunduğumu; yararlandığım tüm eserleri kaynakçada gösterdiğimi; kullandığım verilerde herhangi bir tahrifat yapmadığımı; üçüncü şahısların haklarını ihlal etmediğimi; </w:t>
      </w:r>
      <w:r>
        <w:t>projenin</w:t>
      </w:r>
      <w:r w:rsidRPr="000E1FF5">
        <w:t xml:space="preserve">, kaynak gösterilen durumlar dışında özgün olduğunu; </w:t>
      </w:r>
      <w:r w:rsidRPr="00E341D4">
        <w:rPr>
          <w:rStyle w:val="whitespace-normal"/>
          <w:b/>
        </w:rPr>
        <w:t>İstanbul Okan Üniversitesi Lisansüstü Eğitim Enstitüsü</w:t>
      </w:r>
      <w:r w:rsidRPr="00E341D4">
        <w:rPr>
          <w:b/>
        </w:rPr>
        <w:t xml:space="preserve"> Lisansüstü </w:t>
      </w:r>
      <w:r>
        <w:rPr>
          <w:b/>
        </w:rPr>
        <w:t>Proje</w:t>
      </w:r>
      <w:r w:rsidRPr="00E341D4">
        <w:rPr>
          <w:b/>
        </w:rPr>
        <w:t xml:space="preserve"> Yazım Kılavuzu</w:t>
      </w:r>
      <w:r w:rsidRPr="000E1FF5">
        <w:t xml:space="preserve">’na uygun olarak hazırlandığını; ayrıca basılı, ciltlenmiş ve onaylanmış </w:t>
      </w:r>
      <w:r>
        <w:t>proje</w:t>
      </w:r>
      <w:r w:rsidRPr="000E1FF5">
        <w:t xml:space="preserve"> ile elektronik kopyasının birebir aynı olduğunu beyan ve taahhüt ederim.</w:t>
      </w:r>
    </w:p>
    <w:p w:rsidR="003B1888" w:rsidRPr="00DC3488" w:rsidRDefault="003B1888" w:rsidP="003B1888">
      <w:pPr>
        <w:tabs>
          <w:tab w:val="left" w:pos="5387"/>
          <w:tab w:val="left" w:pos="7088"/>
          <w:tab w:val="left" w:pos="7230"/>
        </w:tabs>
        <w:spacing w:line="480" w:lineRule="auto"/>
        <w:rPr>
          <w:rFonts w:cs="Times New Roman"/>
          <w:bCs/>
          <w:szCs w:val="24"/>
        </w:rPr>
      </w:pPr>
      <w:r w:rsidRPr="00DC3488">
        <w:rPr>
          <w:rFonts w:cs="Times New Roman"/>
          <w:bCs/>
          <w:szCs w:val="24"/>
        </w:rPr>
        <w:tab/>
      </w:r>
      <w:r w:rsidRPr="00DC3488">
        <w:rPr>
          <w:rFonts w:cs="Times New Roman"/>
          <w:bCs/>
          <w:szCs w:val="24"/>
        </w:rPr>
        <w:tab/>
        <w:t>İmza</w:t>
      </w:r>
    </w:p>
    <w:p w:rsidR="003B1888" w:rsidRPr="00DC3488" w:rsidRDefault="003B1888" w:rsidP="003B1888">
      <w:pPr>
        <w:tabs>
          <w:tab w:val="left" w:pos="6663"/>
          <w:tab w:val="left" w:pos="6946"/>
          <w:tab w:val="left" w:pos="7088"/>
        </w:tabs>
        <w:spacing w:line="480" w:lineRule="auto"/>
        <w:rPr>
          <w:rFonts w:cs="Times New Roman"/>
          <w:bCs/>
          <w:szCs w:val="24"/>
        </w:rPr>
      </w:pPr>
      <w:r w:rsidRPr="00DC3488">
        <w:rPr>
          <w:rFonts w:cs="Times New Roman"/>
          <w:bCs/>
          <w:szCs w:val="24"/>
        </w:rPr>
        <w:tab/>
        <w:t xml:space="preserve">       Ad Soyad</w:t>
      </w:r>
    </w:p>
    <w:p w:rsidR="003B1888" w:rsidRPr="00B50BB5" w:rsidRDefault="003B1888" w:rsidP="003B1888">
      <w:pPr>
        <w:spacing w:line="480" w:lineRule="auto"/>
      </w:pPr>
      <w:r w:rsidRPr="00B50BB5">
        <w:br w:type="page"/>
      </w:r>
    </w:p>
    <w:p w:rsidR="003B1888" w:rsidRDefault="003B1888" w:rsidP="00DC3488">
      <w:pPr>
        <w:pStyle w:val="Stil1"/>
      </w:pPr>
      <w:bookmarkStart w:id="2" w:name="_Toc237336828"/>
      <w:r w:rsidRPr="004E30B3">
        <w:lastRenderedPageBreak/>
        <w:t>ÖZET</w:t>
      </w:r>
      <w:bookmarkEnd w:id="2"/>
    </w:p>
    <w:p w:rsidR="003B1888" w:rsidRDefault="003B1888" w:rsidP="003B1888">
      <w:pPr>
        <w:spacing w:line="480" w:lineRule="auto"/>
        <w:ind w:firstLine="0"/>
      </w:pPr>
      <w:r>
        <w:t xml:space="preserve">Özet, </w:t>
      </w:r>
      <w:r w:rsidR="004453A3">
        <w:t>proje</w:t>
      </w:r>
      <w:r>
        <w:t xml:space="preserve">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3B1888" w:rsidRDefault="003B1888" w:rsidP="003B1888">
      <w:pPr>
        <w:spacing w:line="480" w:lineRule="auto"/>
      </w:pPr>
    </w:p>
    <w:p w:rsidR="003B1888" w:rsidRPr="004E30B3" w:rsidRDefault="003B1888" w:rsidP="003B1888">
      <w:pPr>
        <w:spacing w:line="480" w:lineRule="auto"/>
        <w:ind w:firstLine="0"/>
        <w:rPr>
          <w:b/>
        </w:rPr>
      </w:pPr>
      <w:r>
        <w:rPr>
          <w:rStyle w:val="Gl"/>
        </w:rPr>
        <w:t>Anahtar Sözcükler:</w:t>
      </w:r>
      <w:r>
        <w:t xml:space="preserve"> </w:t>
      </w:r>
      <w:r w:rsidR="004453A3">
        <w:t>Proje i</w:t>
      </w:r>
      <w:r>
        <w:t>le ilgili anahtar sözcük veya deyim (en az 3, en fazla 5), alfabetik sırayla, “,” virgül ile ayrılarak, baş harfleri küçük olarak yazılmalıdır.</w:t>
      </w:r>
    </w:p>
    <w:p w:rsidR="003B1888" w:rsidRPr="00B50BB5" w:rsidRDefault="003B1888" w:rsidP="003B1888">
      <w:pPr>
        <w:spacing w:line="480" w:lineRule="auto"/>
      </w:pPr>
      <w:r w:rsidRPr="00B50BB5">
        <w:br w:type="page"/>
      </w:r>
    </w:p>
    <w:p w:rsidR="003B1888" w:rsidRPr="00B50BB5" w:rsidRDefault="003B1888" w:rsidP="00DC3488">
      <w:pPr>
        <w:pStyle w:val="Stil1"/>
        <w:rPr>
          <w:lang w:val="en-GB"/>
        </w:rPr>
      </w:pPr>
      <w:bookmarkStart w:id="3" w:name="_Toc237336829"/>
      <w:r w:rsidRPr="00B50BB5">
        <w:rPr>
          <w:lang w:val="en-GB"/>
        </w:rPr>
        <w:lastRenderedPageBreak/>
        <w:t>ABSTRACT</w:t>
      </w:r>
      <w:bookmarkEnd w:id="3"/>
    </w:p>
    <w:p w:rsidR="003B1888" w:rsidRDefault="003B1888" w:rsidP="003B1888">
      <w:pPr>
        <w:spacing w:line="480" w:lineRule="auto"/>
        <w:ind w:firstLine="0"/>
      </w:pPr>
      <w:r>
        <w:t>Abstract is written to provide the reader with concise information by briefly explaining the purpose, scope, methodology/meth</w:t>
      </w:r>
      <w:r w:rsidR="004453A3">
        <w:t>odologies employed in the project</w:t>
      </w:r>
      <w:r>
        <w:t>,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data.</w:t>
      </w:r>
    </w:p>
    <w:p w:rsidR="003B1888" w:rsidRDefault="003B1888" w:rsidP="003B1888">
      <w:pPr>
        <w:spacing w:line="480" w:lineRule="auto"/>
      </w:pPr>
    </w:p>
    <w:p w:rsidR="003B1888" w:rsidRDefault="003B1888" w:rsidP="003B1888">
      <w:pPr>
        <w:spacing w:line="480" w:lineRule="auto"/>
        <w:ind w:firstLine="0"/>
      </w:pPr>
      <w:r>
        <w:rPr>
          <w:rStyle w:val="Gl"/>
        </w:rPr>
        <w:t>Keywords:</w:t>
      </w:r>
      <w:r>
        <w:t xml:space="preserve"> Keywords or phrases related to the </w:t>
      </w:r>
      <w:r w:rsidR="004453A3">
        <w:t>project</w:t>
      </w:r>
      <w:r>
        <w:t xml:space="preserve"> (minimum 3, maximum 5) should be written in alphabetical order, separated by commas, and with lowercase initial letters.</w:t>
      </w:r>
    </w:p>
    <w:p w:rsidR="003B1888" w:rsidRDefault="003B1888" w:rsidP="003B1888">
      <w:pPr>
        <w:spacing w:line="480" w:lineRule="auto"/>
      </w:pPr>
    </w:p>
    <w:p w:rsidR="003B1888" w:rsidRDefault="003B1888" w:rsidP="003B1888">
      <w:pPr>
        <w:spacing w:line="480" w:lineRule="auto"/>
      </w:pPr>
    </w:p>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Pr>
        <w:ind w:firstLine="0"/>
      </w:pPr>
    </w:p>
    <w:p w:rsidR="00E909F3" w:rsidRDefault="00E909F3" w:rsidP="003B1888">
      <w:pPr>
        <w:ind w:firstLine="0"/>
      </w:pPr>
    </w:p>
    <w:p w:rsidR="003B1888" w:rsidRPr="00B2068E" w:rsidRDefault="003B1888" w:rsidP="00DC3488">
      <w:pPr>
        <w:pStyle w:val="Stil1"/>
        <w:rPr>
          <w:i/>
        </w:rPr>
      </w:pPr>
      <w:bookmarkStart w:id="4" w:name="_Toc237336830"/>
      <w:r>
        <w:lastRenderedPageBreak/>
        <w:t>TEŞEKKÜR</w:t>
      </w:r>
      <w:bookmarkEnd w:id="4"/>
      <w:r>
        <w:t xml:space="preserve"> </w:t>
      </w:r>
    </w:p>
    <w:p w:rsidR="003B1888" w:rsidRPr="004F17AD" w:rsidRDefault="003B1888" w:rsidP="003B1888">
      <w:pPr>
        <w:widowControl w:val="0"/>
        <w:spacing w:line="480" w:lineRule="auto"/>
        <w:ind w:firstLine="720"/>
      </w:pPr>
      <w:r w:rsidRPr="004F17AD">
        <w:t xml:space="preserve">Teşekkür sayfası isteğe bağlıdır. Ancak </w:t>
      </w:r>
      <w:r w:rsidR="004453A3">
        <w:t>proje</w:t>
      </w:r>
      <w:r w:rsidRPr="004F17AD">
        <w:t xml:space="preserve"> çalışmasının yürütülmesi ve düzenlenmesi sırasında varsa katkısı bulunan kişi ve kurumlara teşekkür ve/veya telif hakkıyla korunan bir materyal izinle kullanılıyorsa, bu desteği sağlayan tarafa teşekkür edilmesi tavsiye edilir. Teşekkür sayfası, </w:t>
      </w:r>
      <w:r w:rsidR="004453A3">
        <w:t>projen</w:t>
      </w:r>
      <w:r w:rsidRPr="004F17AD">
        <w:t xml:space="preserve">in hazırlanmasında öğrenciye destek veren kişilere teşekkürü de içerir. Teşekkür sayfası yalın dille kısa ve öz olarak yazılmalı ve mümkünse tek bir sayfa olmalıdır. </w:t>
      </w:r>
    </w:p>
    <w:p w:rsidR="003B1888" w:rsidRPr="004F17AD" w:rsidRDefault="003B1888" w:rsidP="003B1888">
      <w:pPr>
        <w:widowControl w:val="0"/>
        <w:spacing w:line="480" w:lineRule="auto"/>
        <w:ind w:firstLine="720"/>
      </w:pPr>
      <w:r w:rsidRPr="004F17AD">
        <w:t>“</w:t>
      </w:r>
      <w:r w:rsidRPr="004F17AD">
        <w:rPr>
          <w:b/>
          <w:bCs/>
        </w:rPr>
        <w:t>TEŞEKKÜR</w:t>
      </w:r>
      <w:r w:rsidRPr="004F17AD">
        <w:rPr>
          <w:bCs/>
        </w:rPr>
        <w:t>”</w:t>
      </w:r>
      <w:r w:rsidRPr="004F17AD">
        <w:t xml:space="preserve"> başlığı, kalın yazılmalı ve metin kenar boşlukları arasında ortalanmalıdır. Teşekkür metni çift satır aralıklı olmalıdır. B</w:t>
      </w:r>
      <w:r w:rsidR="00E909F3">
        <w:t xml:space="preserve">aşlık ile metin arasında 12 nk. </w:t>
      </w:r>
      <w:r w:rsidRPr="004F17AD">
        <w:t xml:space="preserve">boşluk bırakılmalıdır. </w:t>
      </w:r>
    </w:p>
    <w:p w:rsidR="003B1888" w:rsidRPr="004F17AD" w:rsidRDefault="003B1888" w:rsidP="003B1888">
      <w:pPr>
        <w:widowControl w:val="0"/>
        <w:spacing w:line="480" w:lineRule="auto"/>
        <w:ind w:firstLine="720"/>
      </w:pPr>
      <w:r w:rsidRPr="004F17AD">
        <w:t xml:space="preserve">Teşekkür sayfası birden fazla paragraftan oluşabilir. Her paragrafın ilk satırı 1,25 cm içeriden başlar. </w:t>
      </w:r>
    </w:p>
    <w:p w:rsidR="003B1888" w:rsidRDefault="003B1888" w:rsidP="003B1888">
      <w:pPr>
        <w:spacing w:line="480" w:lineRule="auto"/>
        <w:ind w:firstLine="0"/>
        <w:rPr>
          <w:rFonts w:eastAsia="Times New Roman" w:cs="Times New Roman"/>
          <w:b/>
          <w:szCs w:val="24"/>
        </w:rPr>
      </w:pPr>
      <w:r w:rsidRPr="004F17AD">
        <w:t xml:space="preserve">Teşekkür sayfası sonunda, ad soyad, </w:t>
      </w:r>
      <w:r w:rsidR="004453A3">
        <w:t>projen</w:t>
      </w:r>
      <w:r w:rsidRPr="004F17AD">
        <w:t>in tarihi, şehir adı vb. bilgiler yazılmaz.</w:t>
      </w:r>
    </w:p>
    <w:p w:rsidR="003B1888" w:rsidRDefault="003B1888" w:rsidP="003B1888">
      <w:pPr>
        <w:spacing w:after="200" w:line="276" w:lineRule="auto"/>
        <w:ind w:firstLine="0"/>
        <w:jc w:val="left"/>
        <w:rPr>
          <w:rFonts w:eastAsia="Times New Roman" w:cs="Times New Roman"/>
          <w:b/>
          <w:szCs w:val="24"/>
        </w:rPr>
      </w:pPr>
      <w:r>
        <w:rPr>
          <w:rFonts w:eastAsia="Times New Roman" w:cs="Times New Roman"/>
          <w:b/>
          <w:szCs w:val="24"/>
        </w:rPr>
        <w:br w:type="page"/>
      </w:r>
    </w:p>
    <w:p w:rsidR="002004E4" w:rsidRDefault="003B1888" w:rsidP="002004E4">
      <w:pPr>
        <w:pStyle w:val="Stil1"/>
        <w:rPr>
          <w:noProof/>
        </w:rPr>
      </w:pPr>
      <w:bookmarkStart w:id="5" w:name="_Toc237336831"/>
      <w:r w:rsidRPr="002045D8">
        <w:lastRenderedPageBreak/>
        <w:t>İÇİNDEKİLER</w:t>
      </w:r>
      <w:bookmarkEnd w:id="5"/>
      <w:r w:rsidR="002004E4">
        <w:fldChar w:fldCharType="begin"/>
      </w:r>
      <w:r w:rsidR="002004E4">
        <w:instrText xml:space="preserve"> TOC \h \z \t "Stil1;1;Stil2;2;Stil3;3;Stil4;4;Stil5;5" </w:instrText>
      </w:r>
      <w:r w:rsidR="002004E4">
        <w:fldChar w:fldCharType="separate"/>
      </w:r>
    </w:p>
    <w:p w:rsidR="002004E4" w:rsidRDefault="002004E4" w:rsidP="00CA18A0">
      <w:pPr>
        <w:pStyle w:val="T1"/>
        <w:rPr>
          <w:noProof/>
          <w:lang w:eastAsia="tr-TR"/>
        </w:rPr>
      </w:pPr>
    </w:p>
    <w:p w:rsidR="002004E4" w:rsidRDefault="009C6D51" w:rsidP="00CA18A0">
      <w:pPr>
        <w:pStyle w:val="T1"/>
        <w:rPr>
          <w:rFonts w:asciiTheme="minorHAnsi" w:hAnsiTheme="minorHAnsi"/>
          <w:noProof/>
          <w:sz w:val="22"/>
          <w:lang w:eastAsia="tr-TR"/>
        </w:rPr>
      </w:pPr>
      <w:hyperlink w:anchor="_Toc237336827" w:history="1">
        <w:r w:rsidR="002004E4" w:rsidRPr="00D671AF">
          <w:rPr>
            <w:rStyle w:val="Kpr"/>
            <w:noProof/>
          </w:rPr>
          <w:t>DÜRÜSTLÜK BEYANI</w:t>
        </w:r>
        <w:r w:rsidR="002004E4">
          <w:rPr>
            <w:noProof/>
            <w:webHidden/>
          </w:rPr>
          <w:tab/>
        </w:r>
        <w:r w:rsidR="002004E4">
          <w:rPr>
            <w:noProof/>
            <w:webHidden/>
          </w:rPr>
          <w:fldChar w:fldCharType="begin"/>
        </w:r>
        <w:r w:rsidR="002004E4">
          <w:rPr>
            <w:noProof/>
            <w:webHidden/>
          </w:rPr>
          <w:instrText xml:space="preserve"> PAGEREF _Toc237336827 \h </w:instrText>
        </w:r>
        <w:r w:rsidR="002004E4">
          <w:rPr>
            <w:noProof/>
            <w:webHidden/>
          </w:rPr>
        </w:r>
        <w:r w:rsidR="002004E4">
          <w:rPr>
            <w:noProof/>
            <w:webHidden/>
          </w:rPr>
          <w:fldChar w:fldCharType="separate"/>
        </w:r>
        <w:r w:rsidR="002004E4">
          <w:rPr>
            <w:noProof/>
            <w:webHidden/>
          </w:rPr>
          <w:t>v</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28" w:history="1">
        <w:r w:rsidR="002004E4" w:rsidRPr="00D671AF">
          <w:rPr>
            <w:rStyle w:val="Kpr"/>
            <w:noProof/>
          </w:rPr>
          <w:t>ÖZET</w:t>
        </w:r>
        <w:r w:rsidR="002004E4">
          <w:rPr>
            <w:noProof/>
            <w:webHidden/>
          </w:rPr>
          <w:tab/>
        </w:r>
        <w:r w:rsidR="002004E4">
          <w:rPr>
            <w:noProof/>
            <w:webHidden/>
          </w:rPr>
          <w:fldChar w:fldCharType="begin"/>
        </w:r>
        <w:r w:rsidR="002004E4">
          <w:rPr>
            <w:noProof/>
            <w:webHidden/>
          </w:rPr>
          <w:instrText xml:space="preserve"> PAGEREF _Toc237336828 \h </w:instrText>
        </w:r>
        <w:r w:rsidR="002004E4">
          <w:rPr>
            <w:noProof/>
            <w:webHidden/>
          </w:rPr>
        </w:r>
        <w:r w:rsidR="002004E4">
          <w:rPr>
            <w:noProof/>
            <w:webHidden/>
          </w:rPr>
          <w:fldChar w:fldCharType="separate"/>
        </w:r>
        <w:r w:rsidR="002004E4">
          <w:rPr>
            <w:noProof/>
            <w:webHidden/>
          </w:rPr>
          <w:t>vi</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29" w:history="1">
        <w:r w:rsidR="002004E4" w:rsidRPr="00D671AF">
          <w:rPr>
            <w:rStyle w:val="Kpr"/>
            <w:noProof/>
            <w:lang w:val="en-GB"/>
          </w:rPr>
          <w:t>ABSTRACT</w:t>
        </w:r>
        <w:r w:rsidR="002004E4">
          <w:rPr>
            <w:noProof/>
            <w:webHidden/>
          </w:rPr>
          <w:tab/>
        </w:r>
        <w:r w:rsidR="002004E4">
          <w:rPr>
            <w:noProof/>
            <w:webHidden/>
          </w:rPr>
          <w:fldChar w:fldCharType="begin"/>
        </w:r>
        <w:r w:rsidR="002004E4">
          <w:rPr>
            <w:noProof/>
            <w:webHidden/>
          </w:rPr>
          <w:instrText xml:space="preserve"> PAGEREF _Toc237336829 \h </w:instrText>
        </w:r>
        <w:r w:rsidR="002004E4">
          <w:rPr>
            <w:noProof/>
            <w:webHidden/>
          </w:rPr>
        </w:r>
        <w:r w:rsidR="002004E4">
          <w:rPr>
            <w:noProof/>
            <w:webHidden/>
          </w:rPr>
          <w:fldChar w:fldCharType="separate"/>
        </w:r>
        <w:r w:rsidR="002004E4">
          <w:rPr>
            <w:noProof/>
            <w:webHidden/>
          </w:rPr>
          <w:t>vii</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0" w:history="1">
        <w:r w:rsidR="002004E4" w:rsidRPr="00D671AF">
          <w:rPr>
            <w:rStyle w:val="Kpr"/>
            <w:noProof/>
          </w:rPr>
          <w:t>TEŞEKKÜR</w:t>
        </w:r>
        <w:r w:rsidR="002004E4">
          <w:rPr>
            <w:noProof/>
            <w:webHidden/>
          </w:rPr>
          <w:tab/>
        </w:r>
        <w:r w:rsidR="002004E4">
          <w:rPr>
            <w:noProof/>
            <w:webHidden/>
          </w:rPr>
          <w:fldChar w:fldCharType="begin"/>
        </w:r>
        <w:r w:rsidR="002004E4">
          <w:rPr>
            <w:noProof/>
            <w:webHidden/>
          </w:rPr>
          <w:instrText xml:space="preserve"> PAGEREF _Toc237336830 \h </w:instrText>
        </w:r>
        <w:r w:rsidR="002004E4">
          <w:rPr>
            <w:noProof/>
            <w:webHidden/>
          </w:rPr>
        </w:r>
        <w:r w:rsidR="002004E4">
          <w:rPr>
            <w:noProof/>
            <w:webHidden/>
          </w:rPr>
          <w:fldChar w:fldCharType="separate"/>
        </w:r>
        <w:r w:rsidR="002004E4">
          <w:rPr>
            <w:noProof/>
            <w:webHidden/>
          </w:rPr>
          <w:t>viii</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1" w:history="1">
        <w:r w:rsidR="002004E4" w:rsidRPr="00D671AF">
          <w:rPr>
            <w:rStyle w:val="Kpr"/>
            <w:noProof/>
          </w:rPr>
          <w:t>İÇİNDEKİLER</w:t>
        </w:r>
        <w:r w:rsidR="002004E4">
          <w:rPr>
            <w:noProof/>
            <w:webHidden/>
          </w:rPr>
          <w:tab/>
        </w:r>
        <w:r w:rsidR="002004E4">
          <w:rPr>
            <w:noProof/>
            <w:webHidden/>
          </w:rPr>
          <w:fldChar w:fldCharType="begin"/>
        </w:r>
        <w:r w:rsidR="002004E4">
          <w:rPr>
            <w:noProof/>
            <w:webHidden/>
          </w:rPr>
          <w:instrText xml:space="preserve"> PAGEREF _Toc237336831 \h </w:instrText>
        </w:r>
        <w:r w:rsidR="002004E4">
          <w:rPr>
            <w:noProof/>
            <w:webHidden/>
          </w:rPr>
        </w:r>
        <w:r w:rsidR="002004E4">
          <w:rPr>
            <w:noProof/>
            <w:webHidden/>
          </w:rPr>
          <w:fldChar w:fldCharType="separate"/>
        </w:r>
        <w:r w:rsidR="002004E4">
          <w:rPr>
            <w:noProof/>
            <w:webHidden/>
          </w:rPr>
          <w:t>ix</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2" w:history="1">
        <w:r w:rsidR="002004E4" w:rsidRPr="00D671AF">
          <w:rPr>
            <w:rStyle w:val="Kpr"/>
            <w:noProof/>
          </w:rPr>
          <w:t>TABLO DİZİNİ</w:t>
        </w:r>
        <w:r w:rsidR="002004E4">
          <w:rPr>
            <w:noProof/>
            <w:webHidden/>
          </w:rPr>
          <w:tab/>
        </w:r>
        <w:r w:rsidR="002004E4">
          <w:rPr>
            <w:noProof/>
            <w:webHidden/>
          </w:rPr>
          <w:fldChar w:fldCharType="begin"/>
        </w:r>
        <w:r w:rsidR="002004E4">
          <w:rPr>
            <w:noProof/>
            <w:webHidden/>
          </w:rPr>
          <w:instrText xml:space="preserve"> PAGEREF _Toc237336832 \h </w:instrText>
        </w:r>
        <w:r w:rsidR="002004E4">
          <w:rPr>
            <w:noProof/>
            <w:webHidden/>
          </w:rPr>
        </w:r>
        <w:r w:rsidR="002004E4">
          <w:rPr>
            <w:noProof/>
            <w:webHidden/>
          </w:rPr>
          <w:fldChar w:fldCharType="separate"/>
        </w:r>
        <w:r w:rsidR="002004E4">
          <w:rPr>
            <w:noProof/>
            <w:webHidden/>
          </w:rPr>
          <w:t>xi</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3" w:history="1">
        <w:r w:rsidR="002004E4" w:rsidRPr="00D671AF">
          <w:rPr>
            <w:rStyle w:val="Kpr"/>
            <w:noProof/>
          </w:rPr>
          <w:t>ŞEKİL DİZİNİ</w:t>
        </w:r>
        <w:r w:rsidR="002004E4">
          <w:rPr>
            <w:noProof/>
            <w:webHidden/>
          </w:rPr>
          <w:tab/>
        </w:r>
        <w:r w:rsidR="002004E4">
          <w:rPr>
            <w:noProof/>
            <w:webHidden/>
          </w:rPr>
          <w:fldChar w:fldCharType="begin"/>
        </w:r>
        <w:r w:rsidR="002004E4">
          <w:rPr>
            <w:noProof/>
            <w:webHidden/>
          </w:rPr>
          <w:instrText xml:space="preserve"> PAGEREF _Toc237336833 \h </w:instrText>
        </w:r>
        <w:r w:rsidR="002004E4">
          <w:rPr>
            <w:noProof/>
            <w:webHidden/>
          </w:rPr>
        </w:r>
        <w:r w:rsidR="002004E4">
          <w:rPr>
            <w:noProof/>
            <w:webHidden/>
          </w:rPr>
          <w:fldChar w:fldCharType="separate"/>
        </w:r>
        <w:r w:rsidR="002004E4">
          <w:rPr>
            <w:noProof/>
            <w:webHidden/>
          </w:rPr>
          <w:t>xii</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4" w:history="1">
        <w:r w:rsidR="002004E4" w:rsidRPr="00D671AF">
          <w:rPr>
            <w:rStyle w:val="Kpr"/>
            <w:noProof/>
          </w:rPr>
          <w:t>KISALTMALAR DİZİNİ</w:t>
        </w:r>
        <w:r w:rsidR="002004E4">
          <w:rPr>
            <w:noProof/>
            <w:webHidden/>
          </w:rPr>
          <w:tab/>
        </w:r>
        <w:r w:rsidR="002004E4">
          <w:rPr>
            <w:noProof/>
            <w:webHidden/>
          </w:rPr>
          <w:fldChar w:fldCharType="begin"/>
        </w:r>
        <w:r w:rsidR="002004E4">
          <w:rPr>
            <w:noProof/>
            <w:webHidden/>
          </w:rPr>
          <w:instrText xml:space="preserve"> PAGEREF _Toc237336834 \h </w:instrText>
        </w:r>
        <w:r w:rsidR="002004E4">
          <w:rPr>
            <w:noProof/>
            <w:webHidden/>
          </w:rPr>
        </w:r>
        <w:r w:rsidR="002004E4">
          <w:rPr>
            <w:noProof/>
            <w:webHidden/>
          </w:rPr>
          <w:fldChar w:fldCharType="separate"/>
        </w:r>
        <w:r w:rsidR="002004E4">
          <w:rPr>
            <w:noProof/>
            <w:webHidden/>
          </w:rPr>
          <w:t>xiii</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5" w:history="1">
        <w:r w:rsidR="002004E4" w:rsidRPr="00D671AF">
          <w:rPr>
            <w:rStyle w:val="Kpr"/>
            <w:noProof/>
          </w:rPr>
          <w:t>SEMBOL DİZİNİ</w:t>
        </w:r>
        <w:r w:rsidR="002004E4">
          <w:rPr>
            <w:noProof/>
            <w:webHidden/>
          </w:rPr>
          <w:tab/>
        </w:r>
        <w:r w:rsidR="002004E4">
          <w:rPr>
            <w:noProof/>
            <w:webHidden/>
          </w:rPr>
          <w:fldChar w:fldCharType="begin"/>
        </w:r>
        <w:r w:rsidR="002004E4">
          <w:rPr>
            <w:noProof/>
            <w:webHidden/>
          </w:rPr>
          <w:instrText xml:space="preserve"> PAGEREF _Toc237336835 \h </w:instrText>
        </w:r>
        <w:r w:rsidR="002004E4">
          <w:rPr>
            <w:noProof/>
            <w:webHidden/>
          </w:rPr>
        </w:r>
        <w:r w:rsidR="002004E4">
          <w:rPr>
            <w:noProof/>
            <w:webHidden/>
          </w:rPr>
          <w:fldChar w:fldCharType="separate"/>
        </w:r>
        <w:r w:rsidR="002004E4">
          <w:rPr>
            <w:noProof/>
            <w:webHidden/>
          </w:rPr>
          <w:t>xiv</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6" w:history="1">
        <w:r w:rsidR="002004E4" w:rsidRPr="00D671AF">
          <w:rPr>
            <w:rStyle w:val="Kpr"/>
            <w:noProof/>
          </w:rPr>
          <w:t>GİRİŞ</w:t>
        </w:r>
        <w:r w:rsidR="002004E4">
          <w:rPr>
            <w:noProof/>
            <w:webHidden/>
          </w:rPr>
          <w:tab/>
        </w:r>
        <w:r w:rsidR="002004E4">
          <w:rPr>
            <w:noProof/>
            <w:webHidden/>
          </w:rPr>
          <w:fldChar w:fldCharType="begin"/>
        </w:r>
        <w:r w:rsidR="002004E4">
          <w:rPr>
            <w:noProof/>
            <w:webHidden/>
          </w:rPr>
          <w:instrText xml:space="preserve"> PAGEREF _Toc237336836 \h </w:instrText>
        </w:r>
        <w:r w:rsidR="002004E4">
          <w:rPr>
            <w:noProof/>
            <w:webHidden/>
          </w:rPr>
        </w:r>
        <w:r w:rsidR="002004E4">
          <w:rPr>
            <w:noProof/>
            <w:webHidden/>
          </w:rPr>
          <w:fldChar w:fldCharType="separate"/>
        </w:r>
        <w:r w:rsidR="002004E4">
          <w:rPr>
            <w:noProof/>
            <w:webHidden/>
          </w:rPr>
          <w:t>2</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37" w:history="1">
        <w:r w:rsidR="002004E4" w:rsidRPr="00D671AF">
          <w:rPr>
            <w:rStyle w:val="Kpr"/>
            <w:noProof/>
          </w:rPr>
          <w:t>1. BÖLÜM BAŞLIĞI (BİRİNCİ DERECE BAŞLIK)</w:t>
        </w:r>
        <w:r w:rsidR="002004E4">
          <w:rPr>
            <w:noProof/>
            <w:webHidden/>
          </w:rPr>
          <w:tab/>
        </w:r>
        <w:r w:rsidR="002004E4">
          <w:rPr>
            <w:noProof/>
            <w:webHidden/>
          </w:rPr>
          <w:fldChar w:fldCharType="begin"/>
        </w:r>
        <w:r w:rsidR="002004E4">
          <w:rPr>
            <w:noProof/>
            <w:webHidden/>
          </w:rPr>
          <w:instrText xml:space="preserve"> PAGEREF _Toc237336837 \h </w:instrText>
        </w:r>
        <w:r w:rsidR="002004E4">
          <w:rPr>
            <w:noProof/>
            <w:webHidden/>
          </w:rPr>
        </w:r>
        <w:r w:rsidR="002004E4">
          <w:rPr>
            <w:noProof/>
            <w:webHidden/>
          </w:rPr>
          <w:fldChar w:fldCharType="separate"/>
        </w:r>
        <w:r w:rsidR="002004E4">
          <w:rPr>
            <w:noProof/>
            <w:webHidden/>
          </w:rPr>
          <w:t>3</w:t>
        </w:r>
        <w:r w:rsidR="002004E4">
          <w:rPr>
            <w:noProof/>
            <w:webHidden/>
          </w:rPr>
          <w:fldChar w:fldCharType="end"/>
        </w:r>
      </w:hyperlink>
    </w:p>
    <w:p w:rsidR="002004E4" w:rsidRDefault="009C6D51" w:rsidP="00CA18A0">
      <w:pPr>
        <w:pStyle w:val="T2"/>
        <w:rPr>
          <w:rFonts w:asciiTheme="minorHAnsi" w:hAnsiTheme="minorHAnsi"/>
          <w:noProof/>
          <w:sz w:val="22"/>
          <w:lang w:eastAsia="tr-TR"/>
        </w:rPr>
      </w:pPr>
      <w:hyperlink w:anchor="_Toc237336838" w:history="1">
        <w:r w:rsidR="002004E4" w:rsidRPr="00D671AF">
          <w:rPr>
            <w:rStyle w:val="Kpr"/>
            <w:noProof/>
          </w:rPr>
          <w:t>1.1 İkinci Derece Başlıklar</w:t>
        </w:r>
        <w:r w:rsidR="002004E4">
          <w:rPr>
            <w:noProof/>
            <w:webHidden/>
          </w:rPr>
          <w:tab/>
        </w:r>
        <w:r w:rsidR="002004E4">
          <w:rPr>
            <w:noProof/>
            <w:webHidden/>
          </w:rPr>
          <w:fldChar w:fldCharType="begin"/>
        </w:r>
        <w:r w:rsidR="002004E4">
          <w:rPr>
            <w:noProof/>
            <w:webHidden/>
          </w:rPr>
          <w:instrText xml:space="preserve"> PAGEREF _Toc237336838 \h </w:instrText>
        </w:r>
        <w:r w:rsidR="002004E4">
          <w:rPr>
            <w:noProof/>
            <w:webHidden/>
          </w:rPr>
        </w:r>
        <w:r w:rsidR="002004E4">
          <w:rPr>
            <w:noProof/>
            <w:webHidden/>
          </w:rPr>
          <w:fldChar w:fldCharType="separate"/>
        </w:r>
        <w:r w:rsidR="002004E4">
          <w:rPr>
            <w:noProof/>
            <w:webHidden/>
          </w:rPr>
          <w:t>3</w:t>
        </w:r>
        <w:r w:rsidR="002004E4">
          <w:rPr>
            <w:noProof/>
            <w:webHidden/>
          </w:rPr>
          <w:fldChar w:fldCharType="end"/>
        </w:r>
      </w:hyperlink>
    </w:p>
    <w:p w:rsidR="002004E4" w:rsidRDefault="009C6D51" w:rsidP="00CA18A0">
      <w:pPr>
        <w:pStyle w:val="T3"/>
        <w:rPr>
          <w:rFonts w:asciiTheme="minorHAnsi" w:hAnsiTheme="minorHAnsi"/>
          <w:noProof/>
          <w:sz w:val="22"/>
          <w:lang w:eastAsia="tr-TR"/>
        </w:rPr>
      </w:pPr>
      <w:hyperlink w:anchor="_Toc237336839" w:history="1">
        <w:r w:rsidR="002004E4" w:rsidRPr="00D671AF">
          <w:rPr>
            <w:rStyle w:val="Kpr"/>
            <w:noProof/>
          </w:rPr>
          <w:t>1.1.1 Üçüncü Derece Başlıklar</w:t>
        </w:r>
        <w:r w:rsidR="002004E4">
          <w:rPr>
            <w:noProof/>
            <w:webHidden/>
          </w:rPr>
          <w:tab/>
        </w:r>
        <w:r w:rsidR="002004E4">
          <w:rPr>
            <w:noProof/>
            <w:webHidden/>
          </w:rPr>
          <w:fldChar w:fldCharType="begin"/>
        </w:r>
        <w:r w:rsidR="002004E4">
          <w:rPr>
            <w:noProof/>
            <w:webHidden/>
          </w:rPr>
          <w:instrText xml:space="preserve"> PAGEREF _Toc237336839 \h </w:instrText>
        </w:r>
        <w:r w:rsidR="002004E4">
          <w:rPr>
            <w:noProof/>
            <w:webHidden/>
          </w:rPr>
        </w:r>
        <w:r w:rsidR="002004E4">
          <w:rPr>
            <w:noProof/>
            <w:webHidden/>
          </w:rPr>
          <w:fldChar w:fldCharType="separate"/>
        </w:r>
        <w:r w:rsidR="002004E4">
          <w:rPr>
            <w:noProof/>
            <w:webHidden/>
          </w:rPr>
          <w:t>3</w:t>
        </w:r>
        <w:r w:rsidR="002004E4">
          <w:rPr>
            <w:noProof/>
            <w:webHidden/>
          </w:rPr>
          <w:fldChar w:fldCharType="end"/>
        </w:r>
      </w:hyperlink>
    </w:p>
    <w:p w:rsidR="002004E4" w:rsidRDefault="009C6D51" w:rsidP="00CA18A0">
      <w:pPr>
        <w:pStyle w:val="T4"/>
        <w:rPr>
          <w:noProof/>
        </w:rPr>
      </w:pPr>
      <w:hyperlink w:anchor="_Toc237336840" w:history="1">
        <w:r w:rsidR="002004E4" w:rsidRPr="00D671AF">
          <w:rPr>
            <w:rStyle w:val="Kpr"/>
            <w:noProof/>
          </w:rPr>
          <w:t>1.1.1.1 Dördüncü Derece Başlıklar</w:t>
        </w:r>
        <w:r w:rsidR="002004E4">
          <w:rPr>
            <w:noProof/>
            <w:webHidden/>
          </w:rPr>
          <w:tab/>
        </w:r>
        <w:r w:rsidR="002004E4">
          <w:rPr>
            <w:noProof/>
            <w:webHidden/>
          </w:rPr>
          <w:fldChar w:fldCharType="begin"/>
        </w:r>
        <w:r w:rsidR="002004E4">
          <w:rPr>
            <w:noProof/>
            <w:webHidden/>
          </w:rPr>
          <w:instrText xml:space="preserve"> PAGEREF _Toc237336840 \h </w:instrText>
        </w:r>
        <w:r w:rsidR="002004E4">
          <w:rPr>
            <w:noProof/>
            <w:webHidden/>
          </w:rPr>
        </w:r>
        <w:r w:rsidR="002004E4">
          <w:rPr>
            <w:noProof/>
            <w:webHidden/>
          </w:rPr>
          <w:fldChar w:fldCharType="separate"/>
        </w:r>
        <w:r w:rsidR="002004E4">
          <w:rPr>
            <w:noProof/>
            <w:webHidden/>
          </w:rPr>
          <w:t>4</w:t>
        </w:r>
        <w:r w:rsidR="002004E4">
          <w:rPr>
            <w:noProof/>
            <w:webHidden/>
          </w:rPr>
          <w:fldChar w:fldCharType="end"/>
        </w:r>
      </w:hyperlink>
    </w:p>
    <w:p w:rsidR="002004E4" w:rsidRDefault="009C6D51" w:rsidP="00CA18A0">
      <w:pPr>
        <w:pStyle w:val="T5"/>
        <w:rPr>
          <w:noProof/>
        </w:rPr>
      </w:pPr>
      <w:hyperlink w:anchor="_Toc237336841" w:history="1">
        <w:r w:rsidR="002004E4" w:rsidRPr="00D671AF">
          <w:rPr>
            <w:rStyle w:val="Kpr"/>
            <w:noProof/>
          </w:rPr>
          <w:t>1.1.1.1.1 Beşinci Derece Başlıklar</w:t>
        </w:r>
        <w:r w:rsidR="002004E4">
          <w:rPr>
            <w:noProof/>
            <w:webHidden/>
          </w:rPr>
          <w:tab/>
        </w:r>
        <w:r w:rsidR="002004E4">
          <w:rPr>
            <w:noProof/>
            <w:webHidden/>
          </w:rPr>
          <w:fldChar w:fldCharType="begin"/>
        </w:r>
        <w:r w:rsidR="002004E4">
          <w:rPr>
            <w:noProof/>
            <w:webHidden/>
          </w:rPr>
          <w:instrText xml:space="preserve"> PAGEREF _Toc237336841 \h </w:instrText>
        </w:r>
        <w:r w:rsidR="002004E4">
          <w:rPr>
            <w:noProof/>
            <w:webHidden/>
          </w:rPr>
        </w:r>
        <w:r w:rsidR="002004E4">
          <w:rPr>
            <w:noProof/>
            <w:webHidden/>
          </w:rPr>
          <w:fldChar w:fldCharType="separate"/>
        </w:r>
        <w:r w:rsidR="002004E4">
          <w:rPr>
            <w:noProof/>
            <w:webHidden/>
          </w:rPr>
          <w:t>4</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42" w:history="1">
        <w:r w:rsidR="002004E4" w:rsidRPr="00D671AF">
          <w:rPr>
            <w:rStyle w:val="Kpr"/>
            <w:noProof/>
          </w:rPr>
          <w:t>2. BÖLÜM BAŞLIĞI (BİRİNCİ DERECE BAŞLIK)</w:t>
        </w:r>
        <w:r w:rsidR="002004E4">
          <w:rPr>
            <w:noProof/>
            <w:webHidden/>
          </w:rPr>
          <w:tab/>
        </w:r>
        <w:r w:rsidR="002004E4">
          <w:rPr>
            <w:noProof/>
            <w:webHidden/>
          </w:rPr>
          <w:fldChar w:fldCharType="begin"/>
        </w:r>
        <w:r w:rsidR="002004E4">
          <w:rPr>
            <w:noProof/>
            <w:webHidden/>
          </w:rPr>
          <w:instrText xml:space="preserve"> PAGEREF _Toc237336842 \h </w:instrText>
        </w:r>
        <w:r w:rsidR="002004E4">
          <w:rPr>
            <w:noProof/>
            <w:webHidden/>
          </w:rPr>
        </w:r>
        <w:r w:rsidR="002004E4">
          <w:rPr>
            <w:noProof/>
            <w:webHidden/>
          </w:rPr>
          <w:fldChar w:fldCharType="separate"/>
        </w:r>
        <w:r w:rsidR="002004E4">
          <w:rPr>
            <w:noProof/>
            <w:webHidden/>
          </w:rPr>
          <w:t>5</w:t>
        </w:r>
        <w:r w:rsidR="002004E4">
          <w:rPr>
            <w:noProof/>
            <w:webHidden/>
          </w:rPr>
          <w:fldChar w:fldCharType="end"/>
        </w:r>
      </w:hyperlink>
    </w:p>
    <w:p w:rsidR="002004E4" w:rsidRDefault="009C6D51" w:rsidP="00CA18A0">
      <w:pPr>
        <w:pStyle w:val="T2"/>
        <w:rPr>
          <w:rFonts w:asciiTheme="minorHAnsi" w:hAnsiTheme="minorHAnsi"/>
          <w:noProof/>
          <w:sz w:val="22"/>
          <w:lang w:eastAsia="tr-TR"/>
        </w:rPr>
      </w:pPr>
      <w:hyperlink w:anchor="_Toc237336843" w:history="1">
        <w:r w:rsidR="002004E4" w:rsidRPr="00D671AF">
          <w:rPr>
            <w:rStyle w:val="Kpr"/>
            <w:noProof/>
          </w:rPr>
          <w:t>2.1 İkinci Derece Başlıklar</w:t>
        </w:r>
        <w:r w:rsidR="002004E4">
          <w:rPr>
            <w:noProof/>
            <w:webHidden/>
          </w:rPr>
          <w:tab/>
        </w:r>
        <w:r w:rsidR="002004E4">
          <w:rPr>
            <w:noProof/>
            <w:webHidden/>
          </w:rPr>
          <w:fldChar w:fldCharType="begin"/>
        </w:r>
        <w:r w:rsidR="002004E4">
          <w:rPr>
            <w:noProof/>
            <w:webHidden/>
          </w:rPr>
          <w:instrText xml:space="preserve"> PAGEREF _Toc237336843 \h </w:instrText>
        </w:r>
        <w:r w:rsidR="002004E4">
          <w:rPr>
            <w:noProof/>
            <w:webHidden/>
          </w:rPr>
        </w:r>
        <w:r w:rsidR="002004E4">
          <w:rPr>
            <w:noProof/>
            <w:webHidden/>
          </w:rPr>
          <w:fldChar w:fldCharType="separate"/>
        </w:r>
        <w:r w:rsidR="002004E4">
          <w:rPr>
            <w:noProof/>
            <w:webHidden/>
          </w:rPr>
          <w:t>5</w:t>
        </w:r>
        <w:r w:rsidR="002004E4">
          <w:rPr>
            <w:noProof/>
            <w:webHidden/>
          </w:rPr>
          <w:fldChar w:fldCharType="end"/>
        </w:r>
      </w:hyperlink>
    </w:p>
    <w:p w:rsidR="002004E4" w:rsidRDefault="009C6D51" w:rsidP="00CA18A0">
      <w:pPr>
        <w:pStyle w:val="T3"/>
        <w:rPr>
          <w:rFonts w:asciiTheme="minorHAnsi" w:hAnsiTheme="minorHAnsi"/>
          <w:noProof/>
          <w:sz w:val="22"/>
          <w:lang w:eastAsia="tr-TR"/>
        </w:rPr>
      </w:pPr>
      <w:hyperlink w:anchor="_Toc237336844" w:history="1">
        <w:r w:rsidR="002004E4" w:rsidRPr="00D671AF">
          <w:rPr>
            <w:rStyle w:val="Kpr"/>
            <w:noProof/>
          </w:rPr>
          <w:t>2.1.1 Üçüncü Derece Başlıklar</w:t>
        </w:r>
        <w:r w:rsidR="002004E4">
          <w:rPr>
            <w:noProof/>
            <w:webHidden/>
          </w:rPr>
          <w:tab/>
        </w:r>
        <w:r w:rsidR="002004E4">
          <w:rPr>
            <w:noProof/>
            <w:webHidden/>
          </w:rPr>
          <w:fldChar w:fldCharType="begin"/>
        </w:r>
        <w:r w:rsidR="002004E4">
          <w:rPr>
            <w:noProof/>
            <w:webHidden/>
          </w:rPr>
          <w:instrText xml:space="preserve"> PAGEREF _Toc237336844 \h </w:instrText>
        </w:r>
        <w:r w:rsidR="002004E4">
          <w:rPr>
            <w:noProof/>
            <w:webHidden/>
          </w:rPr>
        </w:r>
        <w:r w:rsidR="002004E4">
          <w:rPr>
            <w:noProof/>
            <w:webHidden/>
          </w:rPr>
          <w:fldChar w:fldCharType="separate"/>
        </w:r>
        <w:r w:rsidR="002004E4">
          <w:rPr>
            <w:noProof/>
            <w:webHidden/>
          </w:rPr>
          <w:t>5</w:t>
        </w:r>
        <w:r w:rsidR="002004E4">
          <w:rPr>
            <w:noProof/>
            <w:webHidden/>
          </w:rPr>
          <w:fldChar w:fldCharType="end"/>
        </w:r>
      </w:hyperlink>
    </w:p>
    <w:p w:rsidR="002004E4" w:rsidRDefault="009C6D51" w:rsidP="00CA18A0">
      <w:pPr>
        <w:pStyle w:val="T4"/>
        <w:rPr>
          <w:noProof/>
        </w:rPr>
      </w:pPr>
      <w:hyperlink w:anchor="_Toc237336845" w:history="1">
        <w:r w:rsidR="002004E4" w:rsidRPr="00D671AF">
          <w:rPr>
            <w:rStyle w:val="Kpr"/>
            <w:noProof/>
          </w:rPr>
          <w:t>2.1.1.1 Dördüncü Derece Başlıklar</w:t>
        </w:r>
        <w:r w:rsidR="002004E4">
          <w:rPr>
            <w:noProof/>
            <w:webHidden/>
          </w:rPr>
          <w:tab/>
        </w:r>
        <w:r w:rsidR="002004E4">
          <w:rPr>
            <w:noProof/>
            <w:webHidden/>
          </w:rPr>
          <w:fldChar w:fldCharType="begin"/>
        </w:r>
        <w:r w:rsidR="002004E4">
          <w:rPr>
            <w:noProof/>
            <w:webHidden/>
          </w:rPr>
          <w:instrText xml:space="preserve"> PAGEREF _Toc237336845 \h </w:instrText>
        </w:r>
        <w:r w:rsidR="002004E4">
          <w:rPr>
            <w:noProof/>
            <w:webHidden/>
          </w:rPr>
        </w:r>
        <w:r w:rsidR="002004E4">
          <w:rPr>
            <w:noProof/>
            <w:webHidden/>
          </w:rPr>
          <w:fldChar w:fldCharType="separate"/>
        </w:r>
        <w:r w:rsidR="002004E4">
          <w:rPr>
            <w:noProof/>
            <w:webHidden/>
          </w:rPr>
          <w:t>6</w:t>
        </w:r>
        <w:r w:rsidR="002004E4">
          <w:rPr>
            <w:noProof/>
            <w:webHidden/>
          </w:rPr>
          <w:fldChar w:fldCharType="end"/>
        </w:r>
      </w:hyperlink>
    </w:p>
    <w:p w:rsidR="002004E4" w:rsidRDefault="009C6D51" w:rsidP="00CA18A0">
      <w:pPr>
        <w:pStyle w:val="T5"/>
        <w:rPr>
          <w:noProof/>
        </w:rPr>
      </w:pPr>
      <w:hyperlink w:anchor="_Toc237336846" w:history="1">
        <w:r w:rsidR="002004E4" w:rsidRPr="00D671AF">
          <w:rPr>
            <w:rStyle w:val="Kpr"/>
            <w:noProof/>
          </w:rPr>
          <w:t>2.1.1.1.1 Beşinci Derece Başlıklar</w:t>
        </w:r>
        <w:r w:rsidR="002004E4">
          <w:rPr>
            <w:noProof/>
            <w:webHidden/>
          </w:rPr>
          <w:tab/>
        </w:r>
        <w:r w:rsidR="002004E4">
          <w:rPr>
            <w:noProof/>
            <w:webHidden/>
          </w:rPr>
          <w:fldChar w:fldCharType="begin"/>
        </w:r>
        <w:r w:rsidR="002004E4">
          <w:rPr>
            <w:noProof/>
            <w:webHidden/>
          </w:rPr>
          <w:instrText xml:space="preserve"> PAGEREF _Toc237336846 \h </w:instrText>
        </w:r>
        <w:r w:rsidR="002004E4">
          <w:rPr>
            <w:noProof/>
            <w:webHidden/>
          </w:rPr>
        </w:r>
        <w:r w:rsidR="002004E4">
          <w:rPr>
            <w:noProof/>
            <w:webHidden/>
          </w:rPr>
          <w:fldChar w:fldCharType="separate"/>
        </w:r>
        <w:r w:rsidR="002004E4">
          <w:rPr>
            <w:noProof/>
            <w:webHidden/>
          </w:rPr>
          <w:t>6</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47" w:history="1">
        <w:r w:rsidR="002004E4" w:rsidRPr="00D671AF">
          <w:rPr>
            <w:rStyle w:val="Kpr"/>
            <w:noProof/>
          </w:rPr>
          <w:t>3. BÖLÜM BAŞLIĞI (BİRİNCİ DERECE BAŞLIK)</w:t>
        </w:r>
        <w:r w:rsidR="002004E4">
          <w:rPr>
            <w:noProof/>
            <w:webHidden/>
          </w:rPr>
          <w:tab/>
        </w:r>
        <w:r w:rsidR="002004E4">
          <w:rPr>
            <w:noProof/>
            <w:webHidden/>
          </w:rPr>
          <w:fldChar w:fldCharType="begin"/>
        </w:r>
        <w:r w:rsidR="002004E4">
          <w:rPr>
            <w:noProof/>
            <w:webHidden/>
          </w:rPr>
          <w:instrText xml:space="preserve"> PAGEREF _Toc237336847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9C6D51" w:rsidP="00CA18A0">
      <w:pPr>
        <w:pStyle w:val="T2"/>
        <w:rPr>
          <w:rFonts w:asciiTheme="minorHAnsi" w:hAnsiTheme="minorHAnsi"/>
          <w:noProof/>
          <w:sz w:val="22"/>
          <w:lang w:eastAsia="tr-TR"/>
        </w:rPr>
      </w:pPr>
      <w:hyperlink w:anchor="_Toc237336848" w:history="1">
        <w:r w:rsidR="002004E4" w:rsidRPr="00D671AF">
          <w:rPr>
            <w:rStyle w:val="Kpr"/>
            <w:noProof/>
          </w:rPr>
          <w:t>3.1 İkinci Derece Başlıklar</w:t>
        </w:r>
        <w:r w:rsidR="002004E4">
          <w:rPr>
            <w:noProof/>
            <w:webHidden/>
          </w:rPr>
          <w:tab/>
        </w:r>
        <w:r w:rsidR="002004E4">
          <w:rPr>
            <w:noProof/>
            <w:webHidden/>
          </w:rPr>
          <w:fldChar w:fldCharType="begin"/>
        </w:r>
        <w:r w:rsidR="002004E4">
          <w:rPr>
            <w:noProof/>
            <w:webHidden/>
          </w:rPr>
          <w:instrText xml:space="preserve"> PAGEREF _Toc237336848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9C6D51" w:rsidP="00CA18A0">
      <w:pPr>
        <w:pStyle w:val="T3"/>
        <w:rPr>
          <w:rFonts w:asciiTheme="minorHAnsi" w:hAnsiTheme="minorHAnsi"/>
          <w:noProof/>
          <w:sz w:val="22"/>
          <w:lang w:eastAsia="tr-TR"/>
        </w:rPr>
      </w:pPr>
      <w:hyperlink w:anchor="_Toc237336849" w:history="1">
        <w:r w:rsidR="002004E4" w:rsidRPr="00D671AF">
          <w:rPr>
            <w:rStyle w:val="Kpr"/>
            <w:noProof/>
          </w:rPr>
          <w:t>3.1.1 Üçüncü Derece Başlıklar</w:t>
        </w:r>
        <w:r w:rsidR="002004E4">
          <w:rPr>
            <w:noProof/>
            <w:webHidden/>
          </w:rPr>
          <w:tab/>
        </w:r>
        <w:r w:rsidR="002004E4">
          <w:rPr>
            <w:noProof/>
            <w:webHidden/>
          </w:rPr>
          <w:fldChar w:fldCharType="begin"/>
        </w:r>
        <w:r w:rsidR="002004E4">
          <w:rPr>
            <w:noProof/>
            <w:webHidden/>
          </w:rPr>
          <w:instrText xml:space="preserve"> PAGEREF _Toc237336849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9C6D51" w:rsidP="00CA18A0">
      <w:pPr>
        <w:pStyle w:val="T4"/>
        <w:rPr>
          <w:noProof/>
        </w:rPr>
      </w:pPr>
      <w:hyperlink w:anchor="_Toc237336850" w:history="1">
        <w:r w:rsidR="002004E4" w:rsidRPr="00D671AF">
          <w:rPr>
            <w:rStyle w:val="Kpr"/>
            <w:noProof/>
          </w:rPr>
          <w:t>3.1.1.1 Dördüncü Derece Başlıklar</w:t>
        </w:r>
        <w:r w:rsidR="002004E4">
          <w:rPr>
            <w:noProof/>
            <w:webHidden/>
          </w:rPr>
          <w:tab/>
        </w:r>
        <w:r w:rsidR="002004E4">
          <w:rPr>
            <w:noProof/>
            <w:webHidden/>
          </w:rPr>
          <w:fldChar w:fldCharType="begin"/>
        </w:r>
        <w:r w:rsidR="002004E4">
          <w:rPr>
            <w:noProof/>
            <w:webHidden/>
          </w:rPr>
          <w:instrText xml:space="preserve"> PAGEREF _Toc237336850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9C6D51" w:rsidP="00CA18A0">
      <w:pPr>
        <w:pStyle w:val="T5"/>
        <w:rPr>
          <w:noProof/>
        </w:rPr>
      </w:pPr>
      <w:hyperlink w:anchor="_Toc237336851" w:history="1">
        <w:r w:rsidR="002004E4" w:rsidRPr="00D671AF">
          <w:rPr>
            <w:rStyle w:val="Kpr"/>
            <w:noProof/>
          </w:rPr>
          <w:t>3.1.1.1.1 Beşinci Derece Başlıklar</w:t>
        </w:r>
        <w:r w:rsidR="002004E4">
          <w:rPr>
            <w:noProof/>
            <w:webHidden/>
          </w:rPr>
          <w:tab/>
        </w:r>
        <w:r w:rsidR="002004E4">
          <w:rPr>
            <w:noProof/>
            <w:webHidden/>
          </w:rPr>
          <w:fldChar w:fldCharType="begin"/>
        </w:r>
        <w:r w:rsidR="002004E4">
          <w:rPr>
            <w:noProof/>
            <w:webHidden/>
          </w:rPr>
          <w:instrText xml:space="preserve"> PAGEREF _Toc237336851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52" w:history="1">
        <w:r w:rsidR="002004E4" w:rsidRPr="00D671AF">
          <w:rPr>
            <w:rStyle w:val="Kpr"/>
            <w:noProof/>
          </w:rPr>
          <w:t>SONUÇ</w:t>
        </w:r>
        <w:r w:rsidR="002004E4">
          <w:rPr>
            <w:noProof/>
            <w:webHidden/>
          </w:rPr>
          <w:tab/>
        </w:r>
        <w:r w:rsidR="002004E4">
          <w:rPr>
            <w:noProof/>
            <w:webHidden/>
          </w:rPr>
          <w:fldChar w:fldCharType="begin"/>
        </w:r>
        <w:r w:rsidR="002004E4">
          <w:rPr>
            <w:noProof/>
            <w:webHidden/>
          </w:rPr>
          <w:instrText xml:space="preserve"> PAGEREF _Toc237336852 \h </w:instrText>
        </w:r>
        <w:r w:rsidR="002004E4">
          <w:rPr>
            <w:noProof/>
            <w:webHidden/>
          </w:rPr>
        </w:r>
        <w:r w:rsidR="002004E4">
          <w:rPr>
            <w:noProof/>
            <w:webHidden/>
          </w:rPr>
          <w:fldChar w:fldCharType="separate"/>
        </w:r>
        <w:r w:rsidR="002004E4">
          <w:rPr>
            <w:noProof/>
            <w:webHidden/>
          </w:rPr>
          <w:t>9</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53" w:history="1">
        <w:r w:rsidR="002004E4" w:rsidRPr="00D671AF">
          <w:rPr>
            <w:rStyle w:val="Kpr"/>
            <w:noProof/>
          </w:rPr>
          <w:t>KAYNAKÇA</w:t>
        </w:r>
        <w:r w:rsidR="002004E4">
          <w:rPr>
            <w:noProof/>
            <w:webHidden/>
          </w:rPr>
          <w:tab/>
        </w:r>
        <w:r w:rsidR="002004E4">
          <w:rPr>
            <w:noProof/>
            <w:webHidden/>
          </w:rPr>
          <w:fldChar w:fldCharType="begin"/>
        </w:r>
        <w:r w:rsidR="002004E4">
          <w:rPr>
            <w:noProof/>
            <w:webHidden/>
          </w:rPr>
          <w:instrText xml:space="preserve"> PAGEREF _Toc237336853 \h </w:instrText>
        </w:r>
        <w:r w:rsidR="002004E4">
          <w:rPr>
            <w:noProof/>
            <w:webHidden/>
          </w:rPr>
        </w:r>
        <w:r w:rsidR="002004E4">
          <w:rPr>
            <w:noProof/>
            <w:webHidden/>
          </w:rPr>
          <w:fldChar w:fldCharType="separate"/>
        </w:r>
        <w:r w:rsidR="002004E4">
          <w:rPr>
            <w:noProof/>
            <w:webHidden/>
          </w:rPr>
          <w:t>10</w:t>
        </w:r>
        <w:r w:rsidR="002004E4">
          <w:rPr>
            <w:noProof/>
            <w:webHidden/>
          </w:rPr>
          <w:fldChar w:fldCharType="end"/>
        </w:r>
      </w:hyperlink>
    </w:p>
    <w:p w:rsidR="002004E4" w:rsidRDefault="009C6D51" w:rsidP="00CA18A0">
      <w:pPr>
        <w:pStyle w:val="T1"/>
        <w:rPr>
          <w:rFonts w:asciiTheme="minorHAnsi" w:hAnsiTheme="minorHAnsi"/>
          <w:noProof/>
          <w:sz w:val="22"/>
          <w:lang w:eastAsia="tr-TR"/>
        </w:rPr>
      </w:pPr>
      <w:hyperlink w:anchor="_Toc237336854" w:history="1">
        <w:r w:rsidR="002004E4" w:rsidRPr="00D671AF">
          <w:rPr>
            <w:rStyle w:val="Kpr"/>
            <w:noProof/>
          </w:rPr>
          <w:t>EKLER</w:t>
        </w:r>
        <w:r w:rsidR="002004E4">
          <w:rPr>
            <w:noProof/>
            <w:webHidden/>
          </w:rPr>
          <w:tab/>
        </w:r>
        <w:r w:rsidR="002004E4">
          <w:rPr>
            <w:noProof/>
            <w:webHidden/>
          </w:rPr>
          <w:fldChar w:fldCharType="begin"/>
        </w:r>
        <w:r w:rsidR="002004E4">
          <w:rPr>
            <w:noProof/>
            <w:webHidden/>
          </w:rPr>
          <w:instrText xml:space="preserve"> PAGEREF _Toc237336854 \h </w:instrText>
        </w:r>
        <w:r w:rsidR="002004E4">
          <w:rPr>
            <w:noProof/>
            <w:webHidden/>
          </w:rPr>
        </w:r>
        <w:r w:rsidR="002004E4">
          <w:rPr>
            <w:noProof/>
            <w:webHidden/>
          </w:rPr>
          <w:fldChar w:fldCharType="separate"/>
        </w:r>
        <w:r w:rsidR="002004E4">
          <w:rPr>
            <w:noProof/>
            <w:webHidden/>
          </w:rPr>
          <w:t>11</w:t>
        </w:r>
        <w:r w:rsidR="002004E4">
          <w:rPr>
            <w:noProof/>
            <w:webHidden/>
          </w:rPr>
          <w:fldChar w:fldCharType="end"/>
        </w:r>
      </w:hyperlink>
    </w:p>
    <w:p w:rsidR="003B1888" w:rsidRDefault="002004E4" w:rsidP="002004E4">
      <w:pPr>
        <w:pStyle w:val="Stil1"/>
        <w:rPr>
          <w:rFonts w:eastAsia="Times New Roman" w:cs="Times New Roman"/>
          <w:noProof/>
          <w:szCs w:val="24"/>
        </w:rPr>
      </w:pPr>
      <w:r>
        <w:fldChar w:fldCharType="end"/>
      </w: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 w:rsidR="003B1888" w:rsidRDefault="003B1888" w:rsidP="003B1888"/>
    <w:p w:rsidR="003B1888" w:rsidRDefault="003B1888" w:rsidP="003B1888">
      <w:pPr>
        <w:ind w:left="360"/>
        <w:jc w:val="center"/>
      </w:pPr>
    </w:p>
    <w:p w:rsidR="003B1888" w:rsidRPr="00DC3488" w:rsidRDefault="003B1888" w:rsidP="00DC3488">
      <w:pPr>
        <w:pStyle w:val="Stil1"/>
        <w:rPr>
          <w:rStyle w:val="Gl"/>
          <w:b/>
          <w:bCs w:val="0"/>
        </w:rPr>
      </w:pPr>
      <w:bookmarkStart w:id="6" w:name="_Toc237336832"/>
      <w:r w:rsidRPr="00DC3488">
        <w:rPr>
          <w:rStyle w:val="Gl"/>
          <w:b/>
          <w:bCs w:val="0"/>
        </w:rPr>
        <w:lastRenderedPageBreak/>
        <w:t>TABLO DİZİNİ</w:t>
      </w:r>
      <w:bookmarkEnd w:id="6"/>
    </w:p>
    <w:p w:rsidR="003B1888" w:rsidRDefault="003B1888" w:rsidP="003B1888">
      <w:pPr>
        <w:ind w:firstLine="0"/>
        <w:rPr>
          <w:rStyle w:val="Gl"/>
          <w:b w:val="0"/>
        </w:rPr>
      </w:pPr>
      <w:r w:rsidRPr="00F318E3">
        <w:rPr>
          <w:rStyle w:val="Gl"/>
          <w:b w:val="0"/>
        </w:rPr>
        <w:t xml:space="preserve">Tablo </w:t>
      </w:r>
      <w:r>
        <w:rPr>
          <w:rStyle w:val="Gl"/>
          <w:b w:val="0"/>
        </w:rPr>
        <w:t>1</w:t>
      </w:r>
      <w:r w:rsidRPr="00F318E3">
        <w:rPr>
          <w:rStyle w:val="Gl"/>
          <w:b w:val="0"/>
        </w:rPr>
        <w:t>.1</w:t>
      </w:r>
      <w:r>
        <w:rPr>
          <w:rStyle w:val="Gl"/>
          <w:b w:val="0"/>
        </w:rPr>
        <w:t xml:space="preserve"> Tablo Başlığı………………………………………………………………</w:t>
      </w:r>
      <w:r w:rsidRPr="00924E53">
        <w:rPr>
          <w:rStyle w:val="Gl"/>
          <w:b w:val="0"/>
        </w:rPr>
        <w:t xml:space="preserve"> </w:t>
      </w:r>
      <w:r>
        <w:rPr>
          <w:rStyle w:val="Gl"/>
          <w:b w:val="0"/>
        </w:rPr>
        <w:t>sayfa no</w:t>
      </w:r>
    </w:p>
    <w:p w:rsidR="003B1888" w:rsidRDefault="003B1888" w:rsidP="003B1888">
      <w:pPr>
        <w:ind w:firstLine="0"/>
        <w:rPr>
          <w:rStyle w:val="Gl"/>
          <w:b w:val="0"/>
        </w:rPr>
      </w:pPr>
      <w:r>
        <w:rPr>
          <w:rStyle w:val="Gl"/>
          <w:b w:val="0"/>
        </w:rPr>
        <w:t>Tablo 2.1 Tablo Başlığı….…………………………………………………………...sayfa no</w:t>
      </w:r>
    </w:p>
    <w:p w:rsidR="003B1888" w:rsidRPr="00F318E3" w:rsidRDefault="003B1888" w:rsidP="003B1888">
      <w:pPr>
        <w:ind w:firstLine="0"/>
        <w:rPr>
          <w:rStyle w:val="Gl"/>
          <w:b w:val="0"/>
        </w:rPr>
      </w:pPr>
      <w:r>
        <w:rPr>
          <w:rStyle w:val="Gl"/>
          <w:b w:val="0"/>
        </w:rPr>
        <w:t>Tablo 3.1 Tablo Başlığı………………………………………………………………sayfa no</w:t>
      </w:r>
    </w:p>
    <w:p w:rsidR="003B1888" w:rsidRPr="00FE7B8F" w:rsidRDefault="003B1888" w:rsidP="003B1888">
      <w:pPr>
        <w:ind w:left="360"/>
        <w:jc w:val="center"/>
        <w:rPr>
          <w:rStyle w:val="Gl"/>
        </w:rPr>
      </w:pPr>
    </w:p>
    <w:p w:rsidR="003B1888" w:rsidRDefault="003B1888" w:rsidP="003B1888"/>
    <w:p w:rsidR="003B1888" w:rsidRDefault="003B1888" w:rsidP="003B1888">
      <w:pPr>
        <w:spacing w:after="200" w:line="276" w:lineRule="auto"/>
        <w:ind w:firstLine="0"/>
        <w:jc w:val="left"/>
      </w:pPr>
      <w:r>
        <w:br w:type="page"/>
      </w:r>
    </w:p>
    <w:p w:rsidR="003B1888" w:rsidRPr="00DC3488" w:rsidRDefault="003B1888" w:rsidP="00DC3488">
      <w:pPr>
        <w:pStyle w:val="Stil1"/>
      </w:pPr>
      <w:r w:rsidRPr="00DC3488">
        <w:rPr>
          <w:rStyle w:val="Gl"/>
          <w:b/>
          <w:bCs w:val="0"/>
        </w:rPr>
        <w:lastRenderedPageBreak/>
        <w:t xml:space="preserve"> </w:t>
      </w:r>
      <w:bookmarkStart w:id="7" w:name="_Toc237336833"/>
      <w:r w:rsidRPr="00DC3488">
        <w:rPr>
          <w:rStyle w:val="Gl"/>
          <w:b/>
          <w:bCs w:val="0"/>
        </w:rPr>
        <w:t>ŞEKİL DİZİNİ</w:t>
      </w:r>
      <w:bookmarkEnd w:id="7"/>
    </w:p>
    <w:p w:rsidR="003B1888" w:rsidRDefault="003B1888" w:rsidP="003B1888">
      <w:pPr>
        <w:ind w:firstLine="0"/>
        <w:rPr>
          <w:rStyle w:val="Gl"/>
          <w:b w:val="0"/>
        </w:rPr>
      </w:pPr>
      <w:r>
        <w:rPr>
          <w:rStyle w:val="Gl"/>
          <w:b w:val="0"/>
        </w:rPr>
        <w:t>Şekil</w:t>
      </w:r>
      <w:r w:rsidRPr="00F318E3">
        <w:rPr>
          <w:rStyle w:val="Gl"/>
          <w:b w:val="0"/>
        </w:rPr>
        <w:t xml:space="preserve"> </w:t>
      </w:r>
      <w:r>
        <w:rPr>
          <w:rStyle w:val="Gl"/>
          <w:b w:val="0"/>
        </w:rPr>
        <w:t>1</w:t>
      </w:r>
      <w:r w:rsidRPr="00F318E3">
        <w:rPr>
          <w:rStyle w:val="Gl"/>
          <w:b w:val="0"/>
        </w:rPr>
        <w:t>.1</w:t>
      </w:r>
      <w:r>
        <w:rPr>
          <w:rStyle w:val="Gl"/>
          <w:b w:val="0"/>
        </w:rPr>
        <w:t xml:space="preserve"> Şekil Başlığı…………………………………………………………….sayfa no</w:t>
      </w:r>
    </w:p>
    <w:p w:rsidR="003B1888" w:rsidRDefault="003B1888" w:rsidP="003B1888">
      <w:pPr>
        <w:ind w:firstLine="0"/>
        <w:rPr>
          <w:rStyle w:val="Gl"/>
          <w:b w:val="0"/>
        </w:rPr>
      </w:pPr>
      <w:r>
        <w:rPr>
          <w:rStyle w:val="Gl"/>
          <w:b w:val="0"/>
        </w:rPr>
        <w:t>Şekil 2.1 Şekil Başlığı….…………………………………………………………sayfa no</w:t>
      </w:r>
    </w:p>
    <w:p w:rsidR="003B1888" w:rsidRPr="00F318E3" w:rsidRDefault="003B1888" w:rsidP="003B1888">
      <w:pPr>
        <w:ind w:firstLine="0"/>
        <w:rPr>
          <w:rStyle w:val="Gl"/>
          <w:b w:val="0"/>
        </w:rPr>
      </w:pPr>
      <w:r>
        <w:rPr>
          <w:rStyle w:val="Gl"/>
          <w:b w:val="0"/>
        </w:rPr>
        <w:t>Şekil 3.1 Şekil Başlığı…………………………………………………………….sayfa no</w:t>
      </w:r>
    </w:p>
    <w:p w:rsidR="003B1888" w:rsidRPr="00FE7B8F" w:rsidRDefault="003B1888" w:rsidP="003B1888">
      <w:pPr>
        <w:ind w:left="360"/>
        <w:jc w:val="center"/>
        <w:rPr>
          <w:rStyle w:val="Gl"/>
        </w:rPr>
      </w:pPr>
    </w:p>
    <w:p w:rsidR="003B1888" w:rsidRDefault="003B1888" w:rsidP="003B1888">
      <w:pPr>
        <w:ind w:firstLine="0"/>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ind w:firstLine="0"/>
        <w:rPr>
          <w:b/>
          <w:sz w:val="20"/>
          <w:szCs w:val="20"/>
        </w:rPr>
      </w:pPr>
    </w:p>
    <w:p w:rsidR="003B1888" w:rsidRDefault="003B1888" w:rsidP="003B1888">
      <w:pPr>
        <w:jc w:val="center"/>
        <w:rPr>
          <w:b/>
          <w:sz w:val="20"/>
          <w:szCs w:val="20"/>
        </w:rPr>
      </w:pPr>
    </w:p>
    <w:p w:rsidR="003B1888" w:rsidRDefault="003B1888" w:rsidP="003B1888">
      <w:pPr>
        <w:spacing w:after="240" w:line="480" w:lineRule="auto"/>
        <w:ind w:firstLine="0"/>
        <w:rPr>
          <w:b/>
          <w:sz w:val="20"/>
          <w:szCs w:val="20"/>
        </w:rPr>
      </w:pPr>
    </w:p>
    <w:p w:rsidR="003B1888" w:rsidRDefault="003B1888" w:rsidP="00DC3488">
      <w:pPr>
        <w:pStyle w:val="Stil1"/>
      </w:pPr>
      <w:bookmarkStart w:id="8" w:name="_Toc237336834"/>
      <w:r w:rsidRPr="007307EB">
        <w:lastRenderedPageBreak/>
        <w:t>KISALTMA</w:t>
      </w:r>
      <w:r>
        <w:t>LAR DİZİNİ</w:t>
      </w:r>
      <w:bookmarkEnd w:id="8"/>
    </w:p>
    <w:p w:rsidR="002004E4" w:rsidRDefault="003B1888" w:rsidP="003B1888">
      <w:pPr>
        <w:spacing w:after="200"/>
        <w:ind w:firstLine="0"/>
        <w:jc w:val="left"/>
      </w:pPr>
      <w:r>
        <w:t>ABD</w:t>
      </w:r>
      <w:r>
        <w:t> </w:t>
      </w:r>
      <w:r>
        <w:t xml:space="preserve">   Anabilim Dalı</w:t>
      </w:r>
      <w:r>
        <w:br/>
        <w:t>APA</w:t>
      </w:r>
      <w:r>
        <w:t> </w:t>
      </w:r>
      <w:r>
        <w:t xml:space="preserve">   American Psychological Association</w:t>
      </w:r>
      <w:r>
        <w:br/>
        <w:t>BİÖ</w:t>
      </w:r>
      <w:r>
        <w:t> </w:t>
      </w:r>
      <w:r>
        <w:t> </w:t>
      </w:r>
      <w:r>
        <w:t>Beden İmajı Ölçeği</w:t>
      </w:r>
      <w:r>
        <w:br/>
        <w:t>SPSS</w:t>
      </w:r>
      <w:r>
        <w:t> </w:t>
      </w:r>
      <w:r>
        <w:t xml:space="preserve">  Statistical Package for the Social Sciences</w:t>
      </w:r>
      <w:r>
        <w:br/>
        <w:t>TÜİK</w:t>
      </w:r>
      <w:r>
        <w:t> </w:t>
      </w:r>
      <w:r>
        <w:t xml:space="preserve"> Türkiye İstatistik Kurumu</w:t>
      </w:r>
      <w:r>
        <w:br/>
        <w:t>DSÖ</w:t>
      </w:r>
      <w:r>
        <w:t> </w:t>
      </w:r>
      <w:r>
        <w:t xml:space="preserve">  Dünya Sağlık Örgütü</w:t>
      </w:r>
      <w:r>
        <w:br/>
        <w:t>YÖK</w:t>
      </w:r>
      <w:r>
        <w:t> </w:t>
      </w:r>
      <w:r>
        <w:t xml:space="preserve">  Yükseköğretim Kurulu</w:t>
      </w:r>
    </w:p>
    <w:p w:rsidR="003B1888" w:rsidRDefault="003B1888" w:rsidP="003B1888">
      <w:pPr>
        <w:spacing w:after="200"/>
        <w:ind w:firstLine="0"/>
        <w:jc w:val="left"/>
      </w:pPr>
      <w:r>
        <w:br w:type="page"/>
      </w:r>
    </w:p>
    <w:p w:rsidR="003B1888" w:rsidRDefault="003B1888" w:rsidP="00DC3488">
      <w:pPr>
        <w:pStyle w:val="Stil1"/>
      </w:pPr>
      <w:bookmarkStart w:id="9" w:name="_Toc237336835"/>
      <w:r w:rsidRPr="00AB38A7">
        <w:lastRenderedPageBreak/>
        <w:t>SEMBOL DİZİNİ</w:t>
      </w:r>
      <w:bookmarkEnd w:id="9"/>
    </w:p>
    <w:p w:rsidR="003B1888" w:rsidRPr="00AB38A7" w:rsidRDefault="003B1888" w:rsidP="003B1888">
      <w:pPr>
        <w:ind w:firstLine="0"/>
        <w:jc w:val="left"/>
        <w:rPr>
          <w:b/>
        </w:rPr>
      </w:pPr>
      <w:r>
        <w:t>n</w:t>
      </w:r>
      <w:r>
        <w:t> </w:t>
      </w:r>
      <w:r>
        <w:t> </w:t>
      </w:r>
      <w:r>
        <w:t>Örneklem büyüklüğü</w:t>
      </w:r>
      <w:r>
        <w:br/>
        <w:t>N</w:t>
      </w:r>
      <w:r>
        <w:t> </w:t>
      </w:r>
      <w:r>
        <w:t xml:space="preserve">   Evren büyüklüğü</w:t>
      </w:r>
      <w:r>
        <w:br/>
        <w:t>X̄</w:t>
      </w:r>
      <w:r>
        <w:t> </w:t>
      </w:r>
      <w:r>
        <w:t xml:space="preserve">  Aritmetik ortalama</w:t>
      </w:r>
      <w:r>
        <w:br/>
        <w:t>SS</w:t>
      </w:r>
      <w:r>
        <w:t> </w:t>
      </w:r>
      <w:r>
        <w:t>Standart sapma</w:t>
      </w:r>
      <w:r>
        <w:br/>
        <w:t>sd</w:t>
      </w:r>
      <w:r>
        <w:t> </w:t>
      </w:r>
      <w:r>
        <w:t xml:space="preserve"> Serbestlik derecesi</w:t>
      </w:r>
      <w:r>
        <w:br/>
        <w:t>p</w:t>
      </w:r>
      <w:r>
        <w:t> </w:t>
      </w:r>
      <w:r>
        <w:t xml:space="preserve">  Anlamlılık düzeyi</w:t>
      </w:r>
      <w:r>
        <w:br/>
        <w:t>r</w:t>
      </w:r>
      <w:r>
        <w:t> </w:t>
      </w:r>
      <w:r>
        <w:t xml:space="preserve">   Korelasyon katsayısı</w:t>
      </w:r>
      <w:r>
        <w:br/>
        <w:t>β</w:t>
      </w:r>
      <w:r>
        <w:t> </w:t>
      </w:r>
      <w:r>
        <w:t xml:space="preserve">  Standartlaştırılmış regresyon katsayısı</w:t>
      </w:r>
      <w:r>
        <w:br/>
        <w:t>t</w:t>
      </w:r>
      <w:r>
        <w:t> </w:t>
      </w:r>
      <w:r>
        <w:t xml:space="preserve">   t testi değeri</w:t>
      </w:r>
      <w:r>
        <w:br/>
        <w:t>F</w:t>
      </w:r>
      <w:r>
        <w:t> </w:t>
      </w:r>
      <w:r>
        <w:t xml:space="preserve">  ANOVA testi değeri</w:t>
      </w:r>
      <w:r>
        <w:br/>
        <w:t>χ²</w:t>
      </w:r>
      <w:r>
        <w:t> </w:t>
      </w:r>
      <w:r>
        <w:t xml:space="preserve"> Ki-kare değeri</w:t>
      </w:r>
    </w:p>
    <w:p w:rsidR="003B1888" w:rsidRPr="00086E50" w:rsidRDefault="003B1888" w:rsidP="003B1888">
      <w:pPr>
        <w:spacing w:after="200" w:line="276" w:lineRule="auto"/>
        <w:ind w:firstLine="0"/>
        <w:jc w:val="left"/>
        <w:sectPr w:rsidR="003B1888" w:rsidRPr="00086E50" w:rsidSect="002E7FBF">
          <w:footerReference w:type="default" r:id="rId11"/>
          <w:type w:val="continuous"/>
          <w:pgSz w:w="12240" w:h="15840"/>
          <w:pgMar w:top="1985" w:right="1418" w:bottom="1418" w:left="1985" w:header="720" w:footer="720" w:gutter="0"/>
          <w:pgNumType w:fmt="lowerRoman" w:start="5"/>
          <w:cols w:space="720"/>
          <w:docGrid w:linePitch="360"/>
        </w:sectPr>
      </w:pPr>
      <w:r>
        <w:t xml:space="preserve">              </w:t>
      </w:r>
      <w:r w:rsidR="002004E4">
        <w:t xml:space="preserve">                           </w:t>
      </w:r>
    </w:p>
    <w:p w:rsidR="003B1888" w:rsidRDefault="003B1888" w:rsidP="002004E4">
      <w:pPr>
        <w:ind w:firstLine="0"/>
      </w:pPr>
    </w:p>
    <w:p w:rsidR="003B1888" w:rsidRDefault="003B1888" w:rsidP="003B1888"/>
    <w:p w:rsidR="003B1888" w:rsidRDefault="003B1888" w:rsidP="003B1888"/>
    <w:p w:rsidR="003B1888" w:rsidRDefault="003B1888" w:rsidP="003B1888"/>
    <w:p w:rsidR="003B1888" w:rsidRPr="00086E50" w:rsidRDefault="003B1888" w:rsidP="003B1888"/>
    <w:p w:rsidR="003B1888" w:rsidRDefault="003B1888" w:rsidP="003B1888">
      <w:pPr>
        <w:pStyle w:val="Balk1"/>
        <w:spacing w:line="480" w:lineRule="auto"/>
        <w:rPr>
          <w:rFonts w:ascii="Times New Roman" w:hAnsi="Times New Roman"/>
        </w:rPr>
        <w:sectPr w:rsidR="003B1888" w:rsidSect="00AC070E">
          <w:footerReference w:type="default" r:id="rId12"/>
          <w:type w:val="continuous"/>
          <w:pgSz w:w="12240" w:h="15840"/>
          <w:pgMar w:top="1984" w:right="1417" w:bottom="1417" w:left="1984" w:header="720" w:footer="720" w:gutter="0"/>
          <w:pgNumType w:start="1"/>
          <w:cols w:space="720"/>
          <w:docGrid w:linePitch="360"/>
        </w:sectPr>
      </w:pPr>
    </w:p>
    <w:p w:rsidR="00DC3488" w:rsidRDefault="00DC3488" w:rsidP="00DC3488">
      <w:pPr>
        <w:pStyle w:val="Stil1"/>
      </w:pPr>
    </w:p>
    <w:p w:rsidR="002004E4" w:rsidRDefault="002004E4" w:rsidP="00DC3488">
      <w:pPr>
        <w:pStyle w:val="Stil1"/>
      </w:pPr>
    </w:p>
    <w:p w:rsidR="002004E4" w:rsidRDefault="002004E4" w:rsidP="00DC3488">
      <w:pPr>
        <w:pStyle w:val="Stil1"/>
      </w:pPr>
    </w:p>
    <w:p w:rsidR="002004E4" w:rsidRDefault="002004E4" w:rsidP="00DC3488">
      <w:pPr>
        <w:pStyle w:val="Stil1"/>
      </w:pPr>
    </w:p>
    <w:p w:rsidR="002004E4" w:rsidRDefault="002004E4" w:rsidP="00DC3488">
      <w:pPr>
        <w:pStyle w:val="Stil1"/>
      </w:pPr>
    </w:p>
    <w:p w:rsidR="00DC3488" w:rsidRDefault="00DC3488" w:rsidP="00DC3488">
      <w:pPr>
        <w:pStyle w:val="Stil1"/>
      </w:pPr>
    </w:p>
    <w:p w:rsidR="003B1888" w:rsidRPr="00DC3488" w:rsidRDefault="003B1888" w:rsidP="00DC3488">
      <w:pPr>
        <w:pStyle w:val="Stil1"/>
      </w:pPr>
      <w:bookmarkStart w:id="10" w:name="_Toc237336836"/>
      <w:r w:rsidRPr="00DC3488">
        <w:lastRenderedPageBreak/>
        <w:t>GİRİŞ</w:t>
      </w:r>
      <w:bookmarkEnd w:id="10"/>
    </w:p>
    <w:p w:rsidR="003B1888" w:rsidRPr="00B50BB5" w:rsidRDefault="003B1888" w:rsidP="003B1888">
      <w:r w:rsidRPr="00B50BB5">
        <w:t>GİRİŞ bölümünden itibaren sayfa numaraları (sayfa altı, ortalanmış şekilde) otomatik olarak Arap rakamlarına (1, 2, 3...) dönüştürülmüştür. Bu şablon</w:t>
      </w:r>
      <w:r>
        <w:t>,</w:t>
      </w:r>
      <w:r w:rsidRPr="00B50BB5">
        <w:t xml:space="preserve"> Lisansüstü Eğitim Enstitüsü kurallarını eksiksiz uygulamaktadır.</w:t>
      </w:r>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 xml:space="preserve">5 cm'dir. Metinler </w:t>
      </w:r>
      <w:r w:rsidR="003B1888">
        <w:t>12 punto Times New Roman ve 1,</w:t>
      </w:r>
      <w:r w:rsidR="003B1888" w:rsidRPr="00B50BB5">
        <w:t>5 satır aralıklıdır.</w:t>
      </w:r>
    </w:p>
    <w:p w:rsidR="003B1888" w:rsidRPr="00B50BB5" w:rsidRDefault="003B1888" w:rsidP="003B1888">
      <w:r w:rsidRPr="00B50BB5">
        <w:br w:type="page"/>
      </w:r>
    </w:p>
    <w:p w:rsidR="003B1888" w:rsidRPr="00E44599" w:rsidRDefault="00DC3488" w:rsidP="00DC3488">
      <w:pPr>
        <w:pStyle w:val="Stil1"/>
      </w:pPr>
      <w:bookmarkStart w:id="11" w:name="_Toc237336837"/>
      <w:r>
        <w:lastRenderedPageBreak/>
        <w:t>1. BÖLÜM BAŞLIĞI (</w:t>
      </w:r>
      <w:r w:rsidR="003B1888" w:rsidRPr="00E44599">
        <w:t>BİRİNCİ DERECE BAŞLIK)</w:t>
      </w:r>
      <w:bookmarkEnd w:id="11"/>
    </w:p>
    <w:p w:rsidR="003B1888" w:rsidRPr="00B50BB5" w:rsidRDefault="003B1888" w:rsidP="003B1888">
      <w:r w:rsidRPr="00B50BB5">
        <w:t>Ana metindeki paragrafların ilk satırı tam bu cümlede olduğu gibi 1</w:t>
      </w:r>
      <w:r>
        <w:t>,</w:t>
      </w:r>
      <w:r w:rsidRPr="00B50BB5">
        <w:t xml:space="preserve">25 cm (bir sekme) içeriden başlamak ZORUNDADIR. Paragraflar arasında enter tuşuna basılarak fazladan boşluk bırakılmaz. Şablondaki </w:t>
      </w:r>
      <w:r>
        <w:t>“</w:t>
      </w:r>
      <w:r w:rsidRPr="00B50BB5">
        <w:t>Normal</w:t>
      </w:r>
      <w:r>
        <w:t>”</w:t>
      </w:r>
      <w:r w:rsidRPr="00B50BB5">
        <w:t xml:space="preserve"> yazım stili tam olarak bu ayarlara sahiptir.</w:t>
      </w:r>
    </w:p>
    <w:p w:rsidR="003B1888" w:rsidRPr="00490CED" w:rsidRDefault="003B1888" w:rsidP="00DC3488">
      <w:pPr>
        <w:pStyle w:val="Stil2"/>
      </w:pPr>
      <w:bookmarkStart w:id="12" w:name="_Toc237336838"/>
      <w:r>
        <w:t>1.1 İkinci Derece Başlıklar</w:t>
      </w:r>
      <w:bookmarkEnd w:id="12"/>
      <w:r>
        <w:t xml:space="preserve"> </w:t>
      </w:r>
      <w:r w:rsidRPr="00442722">
        <w:t xml:space="preserve"> </w:t>
      </w:r>
    </w:p>
    <w:p w:rsidR="003B1888" w:rsidRPr="00086E50" w:rsidRDefault="003B1888" w:rsidP="003B1888">
      <w:pPr>
        <w:spacing w:after="240"/>
      </w:pPr>
      <w:r>
        <w:t xml:space="preserve">İkinci derece başlık sol kenar boşluğu ile hizalanarak kalın yazılır. </w:t>
      </w:r>
      <w:r w:rsidR="004453A3">
        <w:t>Proje</w:t>
      </w:r>
      <w:r w:rsidRPr="00B50BB5">
        <w:t xml:space="preserve"> Yazım Kılavuzu’na </w:t>
      </w:r>
      <w:r>
        <w:t>göre</w:t>
      </w:r>
      <w:r w:rsidRPr="00B50BB5">
        <w:t xml:space="preserve">: </w:t>
      </w:r>
      <w:r w:rsidR="004453A3">
        <w:t>Proje</w:t>
      </w:r>
      <w:r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Kenar boşluk</w:t>
      </w:r>
      <w:r>
        <w:t>ları sol ve üstten 3,5 cm, sağ ve alttan 2,</w:t>
      </w:r>
      <w:r w:rsidRPr="00B50BB5">
        <w:t>5 cm'dir. Metinle</w:t>
      </w:r>
      <w:r>
        <w:t>r 12 punto Times New Roman ve 1,</w:t>
      </w:r>
      <w:r w:rsidRPr="00B50BB5">
        <w:t>5 satır aralıklıdır.</w:t>
      </w:r>
    </w:p>
    <w:tbl>
      <w:tblPr>
        <w:tblW w:w="8785" w:type="dxa"/>
        <w:tblCellMar>
          <w:left w:w="70" w:type="dxa"/>
          <w:right w:w="70" w:type="dxa"/>
        </w:tblCellMar>
        <w:tblLook w:val="04A0" w:firstRow="1" w:lastRow="0" w:firstColumn="1" w:lastColumn="0" w:noHBand="0" w:noVBand="1"/>
      </w:tblPr>
      <w:tblGrid>
        <w:gridCol w:w="1480"/>
        <w:gridCol w:w="1760"/>
        <w:gridCol w:w="5545"/>
      </w:tblGrid>
      <w:tr w:rsidR="003B1888" w:rsidRPr="00983FBA" w:rsidTr="00B63420">
        <w:trPr>
          <w:trHeight w:val="312"/>
        </w:trPr>
        <w:tc>
          <w:tcPr>
            <w:tcW w:w="8785" w:type="dxa"/>
            <w:gridSpan w:val="3"/>
            <w:tcBorders>
              <w:top w:val="nil"/>
              <w:left w:val="nil"/>
              <w:bottom w:val="nil"/>
              <w:right w:val="nil"/>
            </w:tcBorders>
            <w:shd w:val="clear" w:color="auto" w:fill="auto"/>
            <w:noWrap/>
            <w:vAlign w:val="bottom"/>
            <w:hideMark/>
          </w:tcPr>
          <w:p w:rsidR="003B1888" w:rsidRPr="00983FBA" w:rsidRDefault="003B1888" w:rsidP="00B63420">
            <w:pPr>
              <w:jc w:val="center"/>
              <w:rPr>
                <w:b/>
                <w:bCs/>
                <w:color w:val="000000"/>
                <w:lang w:eastAsia="tr-TR"/>
              </w:rPr>
            </w:pPr>
            <w:r w:rsidRPr="00983FBA">
              <w:rPr>
                <w:b/>
                <w:bCs/>
                <w:color w:val="000000"/>
                <w:lang w:eastAsia="tr-TR"/>
              </w:rPr>
              <w:t>Tablo 1.</w:t>
            </w:r>
            <w:r>
              <w:rPr>
                <w:b/>
                <w:bCs/>
                <w:color w:val="000000"/>
                <w:lang w:eastAsia="tr-TR"/>
              </w:rPr>
              <w:t xml:space="preserve">1 </w:t>
            </w:r>
            <w:r w:rsidRPr="00983FBA">
              <w:rPr>
                <w:color w:val="000000"/>
                <w:lang w:eastAsia="tr-TR"/>
              </w:rPr>
              <w:t>Katılımcıların Cinsiyete Göre Dağılımı</w:t>
            </w:r>
          </w:p>
        </w:tc>
      </w:tr>
      <w:tr w:rsidR="003B1888" w:rsidRPr="00983FBA" w:rsidTr="00B63420">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1888" w:rsidRPr="00983FBA" w:rsidRDefault="003B1888" w:rsidP="00B63420">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b/>
                <w:bCs/>
                <w:color w:val="000000"/>
                <w:sz w:val="20"/>
                <w:szCs w:val="20"/>
                <w:lang w:eastAsia="tr-TR"/>
              </w:rPr>
            </w:pPr>
            <w:r w:rsidRPr="00983FBA">
              <w:rPr>
                <w:b/>
                <w:bCs/>
                <w:color w:val="000000"/>
                <w:sz w:val="20"/>
                <w:szCs w:val="20"/>
                <w:lang w:eastAsia="tr-TR"/>
              </w:rPr>
              <w:t>f</w:t>
            </w:r>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b/>
                <w:bCs/>
                <w:color w:val="000000"/>
                <w:sz w:val="20"/>
                <w:szCs w:val="20"/>
                <w:lang w:eastAsia="tr-TR"/>
              </w:rPr>
            </w:pPr>
            <w:r w:rsidRPr="00983FBA">
              <w:rPr>
                <w:b/>
                <w:bCs/>
                <w:color w:val="000000"/>
                <w:sz w:val="20"/>
                <w:szCs w:val="20"/>
                <w:lang w:eastAsia="tr-TR"/>
              </w:rPr>
              <w:t>%</w:t>
            </w:r>
          </w:p>
        </w:tc>
      </w:tr>
      <w:tr w:rsidR="003B1888" w:rsidRPr="00983FBA" w:rsidTr="00B63420">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3B1888" w:rsidRPr="00983FBA" w:rsidRDefault="003B1888" w:rsidP="00B63420">
            <w:pPr>
              <w:ind w:hanging="75"/>
              <w:jc w:val="center"/>
              <w:rPr>
                <w:color w:val="000000"/>
                <w:sz w:val="18"/>
                <w:szCs w:val="18"/>
                <w:lang w:eastAsia="tr-TR"/>
              </w:rPr>
            </w:pPr>
            <w:r w:rsidRPr="00983FBA">
              <w:rPr>
                <w:color w:val="000000"/>
                <w:sz w:val="18"/>
                <w:szCs w:val="18"/>
                <w:lang w:eastAsia="tr-TR"/>
              </w:rPr>
              <w:t>Kadın</w:t>
            </w:r>
          </w:p>
        </w:tc>
        <w:tc>
          <w:tcPr>
            <w:tcW w:w="1760"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color w:val="000000"/>
                <w:sz w:val="18"/>
                <w:szCs w:val="18"/>
                <w:lang w:eastAsia="tr-TR"/>
              </w:rPr>
            </w:pPr>
            <w:r w:rsidRPr="00983FBA">
              <w:rPr>
                <w:color w:val="000000"/>
                <w:sz w:val="18"/>
                <w:szCs w:val="18"/>
                <w:lang w:eastAsia="tr-TR"/>
              </w:rPr>
              <w:t>60.0</w:t>
            </w:r>
          </w:p>
        </w:tc>
      </w:tr>
      <w:tr w:rsidR="003B1888" w:rsidRPr="00983FBA" w:rsidTr="00B63420">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3B1888" w:rsidRPr="00983FBA" w:rsidRDefault="003B1888" w:rsidP="00B63420">
            <w:pPr>
              <w:ind w:hanging="75"/>
              <w:jc w:val="center"/>
              <w:rPr>
                <w:color w:val="000000"/>
                <w:sz w:val="18"/>
                <w:szCs w:val="18"/>
                <w:lang w:eastAsia="tr-TR"/>
              </w:rPr>
            </w:pPr>
            <w:r w:rsidRPr="00983FBA">
              <w:rPr>
                <w:color w:val="000000"/>
                <w:sz w:val="18"/>
                <w:szCs w:val="18"/>
                <w:lang w:eastAsia="tr-TR"/>
              </w:rPr>
              <w:t>Erkek</w:t>
            </w:r>
          </w:p>
        </w:tc>
        <w:tc>
          <w:tcPr>
            <w:tcW w:w="1760"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color w:val="000000"/>
                <w:sz w:val="18"/>
                <w:szCs w:val="18"/>
                <w:lang w:eastAsia="tr-TR"/>
              </w:rPr>
            </w:pPr>
            <w:r w:rsidRPr="00983FBA">
              <w:rPr>
                <w:color w:val="000000"/>
                <w:sz w:val="18"/>
                <w:szCs w:val="18"/>
                <w:lang w:eastAsia="tr-TR"/>
              </w:rPr>
              <w:t>40.0</w:t>
            </w:r>
          </w:p>
        </w:tc>
      </w:tr>
      <w:tr w:rsidR="003B1888" w:rsidRPr="00983FBA" w:rsidTr="00B63420">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3B1888" w:rsidRPr="00983FBA" w:rsidRDefault="003B1888" w:rsidP="00B63420">
            <w:pPr>
              <w:ind w:hanging="75"/>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Toplam</w:t>
            </w:r>
          </w:p>
        </w:tc>
        <w:tc>
          <w:tcPr>
            <w:tcW w:w="1760"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3B1888" w:rsidRPr="00983FBA" w:rsidTr="00B63420">
        <w:trPr>
          <w:trHeight w:val="288"/>
        </w:trPr>
        <w:tc>
          <w:tcPr>
            <w:tcW w:w="3240" w:type="dxa"/>
            <w:gridSpan w:val="2"/>
            <w:tcBorders>
              <w:top w:val="nil"/>
              <w:left w:val="nil"/>
              <w:bottom w:val="nil"/>
              <w:right w:val="nil"/>
            </w:tcBorders>
            <w:shd w:val="clear" w:color="auto" w:fill="auto"/>
            <w:noWrap/>
            <w:vAlign w:val="bottom"/>
            <w:hideMark/>
          </w:tcPr>
          <w:p w:rsidR="003B1888" w:rsidRPr="00086E50" w:rsidRDefault="003B1888" w:rsidP="00B63420">
            <w:pPr>
              <w:spacing w:line="240" w:lineRule="auto"/>
              <w:ind w:firstLine="0"/>
              <w:rPr>
                <w:rFonts w:cs="Times New Roman"/>
                <w:color w:val="000000"/>
                <w:sz w:val="20"/>
                <w:szCs w:val="20"/>
                <w:lang w:eastAsia="tr-TR"/>
              </w:rPr>
            </w:pPr>
            <w:r w:rsidRPr="00086E50">
              <w:rPr>
                <w:rFonts w:cs="Times New Roman"/>
                <w:b/>
                <w:bCs/>
                <w:color w:val="000000"/>
                <w:sz w:val="20"/>
                <w:szCs w:val="20"/>
                <w:lang w:eastAsia="tr-TR"/>
              </w:rPr>
              <w:t>Kaynak:</w:t>
            </w:r>
            <w:r w:rsidRPr="00086E50">
              <w:rPr>
                <w:rFonts w:cs="Times New Roman"/>
                <w:color w:val="000000"/>
                <w:sz w:val="20"/>
                <w:szCs w:val="20"/>
                <w:lang w:eastAsia="tr-TR"/>
              </w:rPr>
              <w:t xml:space="preserve"> Türkiye İstatistik</w:t>
            </w:r>
          </w:p>
        </w:tc>
        <w:tc>
          <w:tcPr>
            <w:tcW w:w="5545" w:type="dxa"/>
            <w:tcBorders>
              <w:top w:val="nil"/>
              <w:left w:val="nil"/>
              <w:bottom w:val="nil"/>
              <w:right w:val="nil"/>
            </w:tcBorders>
            <w:shd w:val="clear" w:color="auto" w:fill="auto"/>
            <w:noWrap/>
            <w:vAlign w:val="bottom"/>
            <w:hideMark/>
          </w:tcPr>
          <w:p w:rsidR="003B1888" w:rsidRPr="003A1178" w:rsidRDefault="003B1888" w:rsidP="00B63420">
            <w:pPr>
              <w:rPr>
                <w:rFonts w:ascii="Calibri" w:hAnsi="Calibri" w:cs="Calibri"/>
                <w:b/>
                <w:bCs/>
                <w:color w:val="000000"/>
                <w:sz w:val="20"/>
                <w:szCs w:val="20"/>
                <w:lang w:eastAsia="tr-TR"/>
              </w:rPr>
            </w:pPr>
          </w:p>
        </w:tc>
      </w:tr>
    </w:tbl>
    <w:p w:rsidR="003B1888" w:rsidRPr="00B50BB5" w:rsidRDefault="003B1888" w:rsidP="00DC3488">
      <w:pPr>
        <w:pStyle w:val="Stil3"/>
      </w:pPr>
      <w:bookmarkStart w:id="13" w:name="_Toc237336839"/>
      <w:r>
        <w:t>1</w:t>
      </w:r>
      <w:r w:rsidRPr="00B50BB5">
        <w:t xml:space="preserve">.1.1 </w:t>
      </w:r>
      <w:r>
        <w:t>Üçüncü Derece Başlıklar</w:t>
      </w:r>
      <w:bookmarkEnd w:id="13"/>
    </w:p>
    <w:p w:rsidR="003B1888" w:rsidRDefault="003B1888" w:rsidP="003B1888">
      <w:r>
        <w:t xml:space="preserve">Üçüncü derece başlık sol kenar boşluğu ile hizalanarak kalın yazılır. </w:t>
      </w:r>
      <w:r w:rsidR="004453A3">
        <w:t>Proje</w:t>
      </w:r>
      <w:r w:rsidRPr="00B50BB5">
        <w:t xml:space="preserve"> Yazım Kılavuzu’na </w:t>
      </w:r>
      <w:r>
        <w:t>göre</w:t>
      </w:r>
      <w:r w:rsidRPr="00B50BB5">
        <w:t xml:space="preserve">: </w:t>
      </w:r>
      <w:r w:rsidR="004453A3">
        <w:t>Proje</w:t>
      </w:r>
      <w:r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Default="003B1888" w:rsidP="003B1888"/>
    <w:p w:rsidR="00DC3488" w:rsidRDefault="00DC3488" w:rsidP="003B1888"/>
    <w:p w:rsidR="00DC3488" w:rsidRPr="00B50BB5" w:rsidRDefault="00DC3488" w:rsidP="003B1888"/>
    <w:p w:rsidR="003B1888" w:rsidRPr="00086E50" w:rsidRDefault="003B1888" w:rsidP="00DC3488">
      <w:pPr>
        <w:pStyle w:val="Stil4"/>
        <w:rPr>
          <w:i/>
        </w:rPr>
      </w:pPr>
      <w:bookmarkStart w:id="14" w:name="_Toc237336840"/>
      <w:r w:rsidRPr="00086E50">
        <w:lastRenderedPageBreak/>
        <w:t>1.1.1.1 Dördüncü Derece Başlıklar</w:t>
      </w:r>
      <w:bookmarkEnd w:id="14"/>
    </w:p>
    <w:p w:rsidR="003B1888" w:rsidRPr="00B50BB5" w:rsidRDefault="003B1888" w:rsidP="003B1888">
      <w:r>
        <w:t xml:space="preserve">Dördüncü derece başlık bir sekme girintili kalın yazılır. </w:t>
      </w:r>
      <w:r w:rsidR="004453A3">
        <w:t>Proje</w:t>
      </w:r>
      <w:r w:rsidRPr="00B50BB5">
        <w:t xml:space="preserve"> Yazım Kılavuzu’na </w:t>
      </w:r>
      <w:r>
        <w:t>göre</w:t>
      </w:r>
      <w:r w:rsidRPr="00B50BB5">
        <w:t xml:space="preserve">: </w:t>
      </w:r>
      <w:r w:rsidR="004453A3">
        <w:t>Proje</w:t>
      </w:r>
      <w:r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B50BB5" w:rsidRDefault="003B1888" w:rsidP="00DC3488">
      <w:pPr>
        <w:pStyle w:val="Stil5"/>
      </w:pPr>
      <w:bookmarkStart w:id="15" w:name="_Toc237336841"/>
      <w:r>
        <w:t>1</w:t>
      </w:r>
      <w:r w:rsidRPr="00B50BB5">
        <w:t>.1.1.1.1 Beşinci Derece Başlıklar</w:t>
      </w:r>
      <w:bookmarkEnd w:id="15"/>
    </w:p>
    <w:p w:rsidR="003B1888" w:rsidRPr="00B50BB5" w:rsidRDefault="003B1888" w:rsidP="003B1888">
      <w:r>
        <w:t xml:space="preserve">Beşinci derece başlık bir sekme girintili kalın yazılır. </w:t>
      </w:r>
      <w:r w:rsidR="004453A3">
        <w:t>Proje</w:t>
      </w:r>
      <w:r w:rsidRPr="00B50BB5">
        <w:t xml:space="preserve"> Yazım Kılavuzu’na </w:t>
      </w:r>
      <w:r>
        <w:t>göre</w:t>
      </w:r>
      <w:r w:rsidRPr="00B50BB5">
        <w:t xml:space="preserve">: </w:t>
      </w:r>
      <w:r w:rsidR="004453A3">
        <w:t>Proje</w:t>
      </w:r>
      <w:r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B50BB5" w:rsidRDefault="003B1888" w:rsidP="003B1888">
      <w:pPr>
        <w:ind w:firstLine="0"/>
      </w:pPr>
      <w:r w:rsidRPr="00B50BB5">
        <w:br w:type="page"/>
      </w:r>
    </w:p>
    <w:p w:rsidR="003B1888" w:rsidRPr="00E44599" w:rsidRDefault="003B1888" w:rsidP="00DC3488">
      <w:pPr>
        <w:pStyle w:val="Stil1"/>
      </w:pPr>
      <w:bookmarkStart w:id="16" w:name="_Toc237336842"/>
      <w:r>
        <w:lastRenderedPageBreak/>
        <w:t>2</w:t>
      </w:r>
      <w:r w:rsidR="00DC3488">
        <w:t>. BÖLÜM BAŞLIĞI (</w:t>
      </w:r>
      <w:r w:rsidRPr="00E44599">
        <w:t>BİRİNCİ DERECE BAŞLIK)</w:t>
      </w:r>
      <w:bookmarkEnd w:id="16"/>
    </w:p>
    <w:p w:rsidR="003B1888" w:rsidRPr="00B50BB5" w:rsidRDefault="003B1888" w:rsidP="003B1888">
      <w:r w:rsidRPr="00B50BB5">
        <w:t>Ana metindeki paragrafların ilk satırı tam bu cümlede olduğu gibi 1</w:t>
      </w:r>
      <w:r>
        <w:t>,</w:t>
      </w:r>
      <w:r w:rsidRPr="00B50BB5">
        <w:t xml:space="preserve">25 cm (bir sekme) içeriden başlamak ZORUNDADIR. Paragraflar arasında enter tuşuna basılarak fazladan boşluk bırakılmaz. Şablondaki </w:t>
      </w:r>
      <w:r>
        <w:t>“</w:t>
      </w:r>
      <w:r w:rsidRPr="00B50BB5">
        <w:t>Normal</w:t>
      </w:r>
      <w:r>
        <w:t>”</w:t>
      </w:r>
      <w:r w:rsidRPr="00B50BB5">
        <w:t xml:space="preserve"> yazım stili tam olarak bu ayarlara sahiptir.</w:t>
      </w:r>
    </w:p>
    <w:p w:rsidR="003B1888" w:rsidRPr="00490CED" w:rsidRDefault="003B1888" w:rsidP="00DC3488">
      <w:pPr>
        <w:pStyle w:val="Stil2"/>
      </w:pPr>
      <w:bookmarkStart w:id="17" w:name="_Toc237336843"/>
      <w:r>
        <w:t>2.1 İkinci Derece Başlıklar</w:t>
      </w:r>
      <w:bookmarkEnd w:id="17"/>
      <w:r>
        <w:t xml:space="preserve"> </w:t>
      </w:r>
      <w:r w:rsidRPr="00442722">
        <w:t xml:space="preserve"> </w:t>
      </w:r>
    </w:p>
    <w:p w:rsidR="003B1888" w:rsidRPr="00086E50" w:rsidRDefault="004453A3" w:rsidP="003B1888">
      <w:pPr>
        <w:spacing w:after="240"/>
        <w:rPr>
          <w:rStyle w:val="Gl"/>
          <w:b w:val="0"/>
          <w:bCs w:val="0"/>
        </w:rPr>
      </w:pPr>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5 cm'dir. Metinle</w:t>
      </w:r>
      <w:r w:rsidR="003B1888">
        <w:t>r 12 punto Times New Roman ve 1,</w:t>
      </w:r>
      <w:r w:rsidR="003B1888" w:rsidRPr="00B50BB5">
        <w:t>5 satır aralıklıdır.</w:t>
      </w:r>
    </w:p>
    <w:p w:rsidR="003B1888" w:rsidRPr="00F3118A" w:rsidRDefault="003B1888" w:rsidP="003B1888">
      <w:pPr>
        <w:ind w:left="360"/>
        <w:jc w:val="center"/>
        <w:rPr>
          <w:rStyle w:val="Gl"/>
          <w:color w:val="000000" w:themeColor="text1"/>
        </w:rPr>
      </w:pPr>
      <w:r>
        <w:rPr>
          <w:rStyle w:val="Gl"/>
          <w:color w:val="000000" w:themeColor="text1"/>
        </w:rPr>
        <w:t>Şekil 2</w:t>
      </w:r>
      <w:r w:rsidRPr="00F3118A">
        <w:rPr>
          <w:rStyle w:val="Gl"/>
          <w:color w:val="000000" w:themeColor="text1"/>
        </w:rPr>
        <w:t>.</w:t>
      </w:r>
      <w:r>
        <w:rPr>
          <w:rStyle w:val="Gl"/>
          <w:color w:val="000000" w:themeColor="text1"/>
        </w:rPr>
        <w:t>1</w:t>
      </w:r>
      <w:r w:rsidRPr="00F3118A">
        <w:rPr>
          <w:sz w:val="22"/>
        </w:rPr>
        <w:t xml:space="preserve"> Genel</w:t>
      </w:r>
      <w:r w:rsidRPr="00F3118A">
        <w:rPr>
          <w:spacing w:val="-1"/>
          <w:sz w:val="22"/>
        </w:rPr>
        <w:t xml:space="preserve"> </w:t>
      </w:r>
      <w:r w:rsidRPr="00F3118A">
        <w:rPr>
          <w:sz w:val="22"/>
        </w:rPr>
        <w:t>Adaptasyon</w:t>
      </w:r>
      <w:r w:rsidRPr="00F3118A">
        <w:rPr>
          <w:spacing w:val="-2"/>
          <w:sz w:val="22"/>
        </w:rPr>
        <w:t xml:space="preserve"> </w:t>
      </w:r>
      <w:r w:rsidRPr="00F3118A">
        <w:rPr>
          <w:sz w:val="22"/>
        </w:rPr>
        <w:t>Sendromu</w:t>
      </w:r>
      <w:r w:rsidRPr="00F3118A">
        <w:rPr>
          <w:spacing w:val="-1"/>
          <w:sz w:val="22"/>
        </w:rPr>
        <w:t xml:space="preserve"> </w:t>
      </w:r>
      <w:r w:rsidRPr="00F3118A">
        <w:rPr>
          <w:spacing w:val="-2"/>
          <w:sz w:val="22"/>
        </w:rPr>
        <w:t>aşamalar</w:t>
      </w:r>
    </w:p>
    <w:p w:rsidR="003B1888" w:rsidRPr="00E74ED6" w:rsidRDefault="003B1888" w:rsidP="003B1888">
      <w:pPr>
        <w:ind w:left="360"/>
        <w:rPr>
          <w:rStyle w:val="Gl"/>
          <w:color w:val="FF0000"/>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0A218997" wp14:editId="43A8094C">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3B1888" w:rsidRPr="00F3118A" w:rsidRDefault="003B1888" w:rsidP="003B1888">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3B1888" w:rsidRPr="00F3118A" w:rsidRDefault="003B1888" w:rsidP="003B1888">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3B1888" w:rsidRPr="00F3118A" w:rsidRDefault="003B1888" w:rsidP="003B1888">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218997"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3B1888" w:rsidRPr="00F3118A" w:rsidRDefault="003B1888" w:rsidP="003B1888">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3B1888" w:rsidRPr="00F3118A" w:rsidRDefault="003B1888" w:rsidP="003B1888">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3B1888" w:rsidRPr="00F3118A" w:rsidRDefault="003B1888" w:rsidP="003B1888">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3B1888" w:rsidRDefault="003B1888" w:rsidP="003B1888">
      <w:pPr>
        <w:ind w:left="360"/>
        <w:rPr>
          <w:rStyle w:val="Gl"/>
          <w:b w:val="0"/>
        </w:rPr>
      </w:pPr>
    </w:p>
    <w:p w:rsidR="003B1888" w:rsidRDefault="003B1888" w:rsidP="003B1888">
      <w:pPr>
        <w:ind w:left="360"/>
        <w:rPr>
          <w:rStyle w:val="Gl"/>
          <w:b w:val="0"/>
        </w:rPr>
      </w:pPr>
    </w:p>
    <w:p w:rsidR="003B1888" w:rsidRDefault="003B1888" w:rsidP="003B1888">
      <w:pPr>
        <w:ind w:left="360"/>
        <w:rPr>
          <w:rStyle w:val="Gl"/>
          <w:b w:val="0"/>
        </w:rPr>
      </w:pPr>
    </w:p>
    <w:p w:rsidR="003B1888" w:rsidRDefault="003B1888" w:rsidP="003B1888">
      <w:pPr>
        <w:spacing w:line="240" w:lineRule="auto"/>
        <w:ind w:left="360"/>
        <w:rPr>
          <w:rStyle w:val="Gl"/>
          <w:b w:val="0"/>
        </w:rPr>
      </w:pPr>
    </w:p>
    <w:p w:rsidR="003B1888" w:rsidRDefault="003B1888" w:rsidP="003B1888">
      <w:pPr>
        <w:widowControl w:val="0"/>
        <w:autoSpaceDE w:val="0"/>
        <w:autoSpaceDN w:val="0"/>
        <w:spacing w:line="240" w:lineRule="auto"/>
        <w:ind w:left="2427"/>
        <w:rPr>
          <w:b/>
          <w:sz w:val="20"/>
          <w:szCs w:val="20"/>
        </w:rPr>
      </w:pPr>
      <w:r>
        <w:rPr>
          <w:b/>
          <w:sz w:val="20"/>
          <w:szCs w:val="20"/>
        </w:rPr>
        <w:t xml:space="preserve">   </w:t>
      </w:r>
    </w:p>
    <w:p w:rsidR="003B1888" w:rsidRPr="00B00271" w:rsidRDefault="003B1888" w:rsidP="003B1888">
      <w:pPr>
        <w:widowControl w:val="0"/>
        <w:autoSpaceDE w:val="0"/>
        <w:autoSpaceDN w:val="0"/>
        <w:spacing w:line="240" w:lineRule="auto"/>
        <w:ind w:left="2427"/>
        <w:rPr>
          <w:sz w:val="20"/>
          <w:szCs w:val="20"/>
        </w:rPr>
      </w:pPr>
      <w:r>
        <w:rPr>
          <w:b/>
          <w:sz w:val="20"/>
          <w:szCs w:val="20"/>
        </w:rPr>
        <w:t xml:space="preserve">      </w:t>
      </w:r>
      <w:r w:rsidRPr="00F3118A">
        <w:rPr>
          <w:b/>
          <w:sz w:val="20"/>
          <w:szCs w:val="20"/>
        </w:rPr>
        <w:t>Kaynak:</w:t>
      </w:r>
      <w:r w:rsidRPr="00F3118A">
        <w:rPr>
          <w:b/>
          <w:spacing w:val="-7"/>
          <w:sz w:val="20"/>
          <w:szCs w:val="20"/>
        </w:rPr>
        <w:t xml:space="preserve"> </w:t>
      </w:r>
      <w:r w:rsidRPr="00F3118A">
        <w:rPr>
          <w:sz w:val="20"/>
          <w:szCs w:val="20"/>
        </w:rPr>
        <w:t>(Selye,</w:t>
      </w:r>
      <w:r w:rsidRPr="00F3118A">
        <w:rPr>
          <w:spacing w:val="-4"/>
          <w:sz w:val="20"/>
          <w:szCs w:val="20"/>
        </w:rPr>
        <w:t xml:space="preserve"> </w:t>
      </w:r>
      <w:r>
        <w:rPr>
          <w:spacing w:val="-2"/>
          <w:sz w:val="20"/>
          <w:szCs w:val="20"/>
        </w:rPr>
        <w:t>1976:53)</w:t>
      </w:r>
    </w:p>
    <w:p w:rsidR="003B1888" w:rsidRPr="00B50BB5" w:rsidRDefault="003B1888" w:rsidP="00DC3488">
      <w:pPr>
        <w:pStyle w:val="Stil3"/>
      </w:pPr>
      <w:bookmarkStart w:id="18" w:name="_Toc237336844"/>
      <w:r>
        <w:t>2</w:t>
      </w:r>
      <w:r w:rsidRPr="00B50BB5">
        <w:t xml:space="preserve">.1.1 </w:t>
      </w:r>
      <w:r>
        <w:t>Üçüncü Derece Başlıklar</w:t>
      </w:r>
      <w:bookmarkEnd w:id="18"/>
    </w:p>
    <w:p w:rsidR="003B1888"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 xml:space="preserve">5 cm'dir. Metinler 12 punto Times New </w:t>
      </w:r>
      <w:r w:rsidR="003B1888">
        <w:t>Roman ve 1,</w:t>
      </w:r>
      <w:r w:rsidR="003B1888" w:rsidRPr="00B50BB5">
        <w:t>5 satır aralıklıdır.</w:t>
      </w:r>
    </w:p>
    <w:p w:rsidR="003B1888" w:rsidRDefault="003B1888" w:rsidP="003B1888"/>
    <w:p w:rsidR="00DC3488" w:rsidRDefault="00DC3488" w:rsidP="003B1888"/>
    <w:p w:rsidR="00DC3488" w:rsidRPr="00B50BB5" w:rsidRDefault="00DC3488" w:rsidP="003B1888"/>
    <w:p w:rsidR="003B1888" w:rsidRPr="00086E50" w:rsidRDefault="003B1888" w:rsidP="00DC3488">
      <w:pPr>
        <w:pStyle w:val="Stil4"/>
        <w:rPr>
          <w:i/>
        </w:rPr>
      </w:pPr>
      <w:bookmarkStart w:id="19" w:name="_Toc237336845"/>
      <w:r w:rsidRPr="00086E50">
        <w:lastRenderedPageBreak/>
        <w:t>2.1.1.1 Dördüncü Derece Başlıklar</w:t>
      </w:r>
      <w:bookmarkEnd w:id="19"/>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5 cm'dir. Metinle</w:t>
      </w:r>
      <w:r w:rsidR="003B1888">
        <w:t>r 12 punto Times New Roman ve 1,</w:t>
      </w:r>
      <w:r w:rsidR="003B1888" w:rsidRPr="00B50BB5">
        <w:t>5 satır aralıklıdır.</w:t>
      </w:r>
    </w:p>
    <w:p w:rsidR="003B1888" w:rsidRPr="00B50BB5" w:rsidRDefault="003B1888" w:rsidP="00DC3488">
      <w:pPr>
        <w:pStyle w:val="Stil5"/>
      </w:pPr>
      <w:bookmarkStart w:id="20" w:name="_Toc237336846"/>
      <w:r w:rsidRPr="00B50BB5">
        <w:t>2.1.1.1.1 Beşinci Derece Başlıklar</w:t>
      </w:r>
      <w:bookmarkEnd w:id="20"/>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5 cm'dir. Metinle</w:t>
      </w:r>
      <w:r w:rsidR="003B1888">
        <w:t>r 12 punto Times New Roman ve 1,</w:t>
      </w:r>
      <w:r w:rsidR="003B1888" w:rsidRPr="00B50BB5">
        <w:t>5 satır aralıklıdır.</w:t>
      </w:r>
    </w:p>
    <w:p w:rsidR="003B1888" w:rsidRPr="00E44599" w:rsidRDefault="003B1888" w:rsidP="00DC3488">
      <w:pPr>
        <w:pStyle w:val="Stil1"/>
      </w:pPr>
      <w:r>
        <w:br w:type="page"/>
      </w:r>
      <w:bookmarkStart w:id="21" w:name="_Toc237336847"/>
      <w:r>
        <w:lastRenderedPageBreak/>
        <w:t>3</w:t>
      </w:r>
      <w:r w:rsidRPr="00E44599">
        <w:t>. BÖLÜM</w:t>
      </w:r>
      <w:r w:rsidR="00DC3488">
        <w:t xml:space="preserve"> BAŞLIĞI (</w:t>
      </w:r>
      <w:r w:rsidRPr="00E44599">
        <w:t>BİRİNCİ DERECE BAŞLIK)</w:t>
      </w:r>
      <w:bookmarkEnd w:id="21"/>
    </w:p>
    <w:p w:rsidR="003B1888" w:rsidRPr="00B50BB5" w:rsidRDefault="003B1888" w:rsidP="003B1888">
      <w:r w:rsidRPr="00B50BB5">
        <w:t>Ana metindeki paragrafların ilk satı</w:t>
      </w:r>
      <w:r>
        <w:t>rı tam bu cümlede olduğu gibi 1,</w:t>
      </w:r>
      <w:r w:rsidRPr="00B50BB5">
        <w:t xml:space="preserve">25 cm (bir sekme) içeriden başlamak ZORUNDADIR. Paragraflar arasında enter tuşuna basılarak fazladan boşluk bırakılmaz. Şablondaki </w:t>
      </w:r>
      <w:r>
        <w:t>“</w:t>
      </w:r>
      <w:r w:rsidRPr="00B50BB5">
        <w:t>Normal</w:t>
      </w:r>
      <w:r>
        <w:t>”</w:t>
      </w:r>
      <w:r w:rsidRPr="00B50BB5">
        <w:t xml:space="preserve"> yazım stili tam olarak bu ayarlara sahiptir.</w:t>
      </w:r>
    </w:p>
    <w:p w:rsidR="003B1888" w:rsidRPr="00490CED" w:rsidRDefault="003B1888" w:rsidP="00DC3488">
      <w:pPr>
        <w:pStyle w:val="Stil2"/>
      </w:pPr>
      <w:bookmarkStart w:id="22" w:name="_Toc237336848"/>
      <w:r>
        <w:t>3.1 İkinci Derece Başlıklar</w:t>
      </w:r>
      <w:bookmarkEnd w:id="22"/>
      <w:r>
        <w:t xml:space="preserve"> </w:t>
      </w:r>
      <w:r w:rsidRPr="00442722">
        <w:t xml:space="preserve"> </w:t>
      </w:r>
    </w:p>
    <w:p w:rsidR="003B1888"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5 cm'dir. Metinle</w:t>
      </w:r>
      <w:r w:rsidR="003B1888">
        <w:t>r 12 punto Times New Roman ve 1,</w:t>
      </w:r>
      <w:r w:rsidR="003B1888" w:rsidRPr="00B50BB5">
        <w:t>5 satır aralıklıdır.</w:t>
      </w:r>
    </w:p>
    <w:p w:rsidR="003B1888" w:rsidRPr="00B50BB5" w:rsidRDefault="003B1888" w:rsidP="00DC3488">
      <w:pPr>
        <w:pStyle w:val="Stil3"/>
      </w:pPr>
      <w:bookmarkStart w:id="23" w:name="_Toc237336849"/>
      <w:r>
        <w:t>3</w:t>
      </w:r>
      <w:r w:rsidRPr="00B50BB5">
        <w:t xml:space="preserve">.1.1 </w:t>
      </w:r>
      <w:r>
        <w:t>Üçüncü Derece Başlıklar</w:t>
      </w:r>
      <w:bookmarkEnd w:id="23"/>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5 cm'dir. Metinle</w:t>
      </w:r>
      <w:r w:rsidR="003B1888">
        <w:t>r 12 punto Times New Roman ve 1,</w:t>
      </w:r>
      <w:r w:rsidR="003B1888" w:rsidRPr="00B50BB5">
        <w:t>5 satır aralıklıdır.</w:t>
      </w:r>
    </w:p>
    <w:p w:rsidR="003B1888" w:rsidRPr="00086E50" w:rsidRDefault="003B1888" w:rsidP="00DC3488">
      <w:pPr>
        <w:pStyle w:val="Stil4"/>
        <w:rPr>
          <w:i/>
        </w:rPr>
      </w:pPr>
      <w:bookmarkStart w:id="24" w:name="_Toc237336850"/>
      <w:r w:rsidRPr="00086E50">
        <w:t>3.1.1.1 Dördüncü Derece Başlıklar</w:t>
      </w:r>
      <w:bookmarkEnd w:id="24"/>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w:t>
      </w:r>
      <w:r w:rsidR="003B1888" w:rsidRPr="00B50BB5">
        <w:t>5 cm, sağ ve</w:t>
      </w:r>
      <w:r w:rsidR="003B1888">
        <w:t xml:space="preserve"> alttan 2,</w:t>
      </w:r>
      <w:r w:rsidR="003B1888" w:rsidRPr="00B50BB5">
        <w:t>5 cm'dir. Metinle</w:t>
      </w:r>
      <w:r w:rsidR="003B1888">
        <w:t>r 12 punto Times New Roman ve 1,</w:t>
      </w:r>
      <w:r w:rsidR="003B1888" w:rsidRPr="00B50BB5">
        <w:t>5 satır aralıklıdır.</w:t>
      </w:r>
    </w:p>
    <w:p w:rsidR="003B1888" w:rsidRPr="00B50BB5" w:rsidRDefault="003B1888" w:rsidP="00DC3488">
      <w:pPr>
        <w:pStyle w:val="Stil5"/>
      </w:pPr>
      <w:bookmarkStart w:id="25" w:name="_Toc237336851"/>
      <w:r>
        <w:t>3</w:t>
      </w:r>
      <w:r w:rsidRPr="00B50BB5">
        <w:t>.1.1.1.1 Beşinci Derece Başlıklar</w:t>
      </w:r>
      <w:bookmarkEnd w:id="25"/>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xml:space="preserve">, sade, açık, anlaşılır bir dille ve Türk dilbilgisi kurallarına uygun, üçüncü şahıs ifade eden edilgen kelimeler (yapıldı, görüldü, analiz edildi </w:t>
      </w:r>
      <w:r w:rsidR="003B1888" w:rsidRPr="00B50BB5">
        <w:lastRenderedPageBreak/>
        <w:t>vb.) tercih edilerek yazılmalıdır. Cümleler, kurum kısaltmaları haricinde kısaltma, sembol veya rakamla başlamamalıdır. K</w:t>
      </w:r>
      <w:r w:rsidR="003B1888">
        <w:t>enar boşlukları sol ve üstten 3,5 cm, sağ ve alttan 2,</w:t>
      </w:r>
      <w:r w:rsidR="003B1888" w:rsidRPr="00B50BB5">
        <w:t xml:space="preserve">5 cm'dir. Metinler 12 punto Times New Roman </w:t>
      </w:r>
      <w:r w:rsidR="003B1888">
        <w:t>ve 1,</w:t>
      </w:r>
      <w:r w:rsidR="003B1888" w:rsidRPr="00B50BB5">
        <w:t>5 satır aralıklıdır.</w:t>
      </w: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DC3488">
      <w:pPr>
        <w:pStyle w:val="Stil1"/>
      </w:pPr>
      <w:bookmarkStart w:id="26" w:name="_Toc237336852"/>
      <w:r w:rsidRPr="009C7A70">
        <w:lastRenderedPageBreak/>
        <w:t>SONUÇ</w:t>
      </w:r>
      <w:bookmarkEnd w:id="26"/>
    </w:p>
    <w:p w:rsidR="003B1888" w:rsidRPr="00B50BB5" w:rsidRDefault="004453A3" w:rsidP="003B1888">
      <w:r>
        <w:t>Proje</w:t>
      </w:r>
      <w:r w:rsidR="003B1888" w:rsidRPr="00B50BB5">
        <w:t xml:space="preserve"> Yazım Kılavuzu’na </w:t>
      </w:r>
      <w:r w:rsidR="003B1888">
        <w:t>göre</w:t>
      </w:r>
      <w:r w:rsidR="003B1888" w:rsidRPr="00B50BB5">
        <w:t xml:space="preserve">: </w:t>
      </w:r>
      <w:r>
        <w:t>Proje</w:t>
      </w:r>
      <w:r w:rsidR="003B1888"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3B1888">
        <w:t>enar boşlukları sol ve üstten 3,5 cm, sağ ve alttan 2,</w:t>
      </w:r>
      <w:r w:rsidR="003B1888" w:rsidRPr="00B50BB5">
        <w:t>5 cm'dir. Metinle</w:t>
      </w:r>
      <w:r w:rsidR="003B1888">
        <w:t>r 12 punto Times New Roman ve 1,</w:t>
      </w:r>
      <w:r w:rsidR="003B1888" w:rsidRPr="00B50BB5">
        <w:t>5 satır aralıklıdır.</w:t>
      </w:r>
    </w:p>
    <w:p w:rsidR="003B1888" w:rsidRDefault="003B1888" w:rsidP="003B1888">
      <w:pPr>
        <w:spacing w:after="200" w:line="276" w:lineRule="auto"/>
        <w:ind w:firstLine="0"/>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Pr="009C7A70" w:rsidRDefault="003B1888" w:rsidP="003B1888">
      <w:pPr>
        <w:spacing w:after="200" w:line="276" w:lineRule="auto"/>
        <w:ind w:firstLine="0"/>
        <w:rPr>
          <w:rFonts w:eastAsiaTheme="majorEastAsia" w:cstheme="majorBidi"/>
          <w:b/>
          <w:bCs/>
          <w:color w:val="000000"/>
          <w:szCs w:val="28"/>
        </w:rPr>
      </w:pPr>
    </w:p>
    <w:p w:rsidR="003B1888" w:rsidRPr="00FE7B8F" w:rsidRDefault="003B1888" w:rsidP="00DC3488">
      <w:pPr>
        <w:pStyle w:val="Stil1"/>
      </w:pPr>
      <w:bookmarkStart w:id="27" w:name="_Toc237336853"/>
      <w:r w:rsidRPr="00B50BB5">
        <w:lastRenderedPageBreak/>
        <w:t>KAYNAKÇA</w:t>
      </w:r>
      <w:bookmarkEnd w:id="27"/>
    </w:p>
    <w:p w:rsidR="003B1888" w:rsidRDefault="00DC3488" w:rsidP="00551B1C">
      <w:pPr>
        <w:jc w:val="left"/>
        <w:rPr>
          <w:rStyle w:val="Gl"/>
          <w:b w:val="0"/>
        </w:rPr>
      </w:pPr>
      <w:r w:rsidRPr="00DC3488">
        <w:rPr>
          <w:rStyle w:val="Gl"/>
        </w:rPr>
        <w:t xml:space="preserve">Mühendislik ve Fen Bilimleri, Diş Hekimliği, Eczacılık, Tıp ve Sağlık Bilimleri alanları/disiplinleri, </w:t>
      </w:r>
      <w:r w:rsidRPr="00DC3488">
        <w:rPr>
          <w:rStyle w:val="Gl"/>
          <w:b w:val="0"/>
        </w:rPr>
        <w:t>güncel/son sürüm</w:t>
      </w:r>
      <w:r w:rsidRPr="00DC3488">
        <w:rPr>
          <w:rStyle w:val="Gl"/>
        </w:rPr>
        <w:t xml:space="preserve"> Vancouver </w:t>
      </w:r>
      <w:r w:rsidRPr="00DC3488">
        <w:rPr>
          <w:rStyle w:val="Gl"/>
          <w:b w:val="0"/>
        </w:rPr>
        <w:t>atıf stilini kullanır.</w:t>
      </w: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Pr="002004E4" w:rsidRDefault="002004E4" w:rsidP="002004E4">
      <w:pPr>
        <w:ind w:firstLine="0"/>
        <w:jc w:val="left"/>
        <w:rPr>
          <w:bCs/>
        </w:rPr>
      </w:pPr>
    </w:p>
    <w:p w:rsidR="003B1888" w:rsidRPr="00B50BB5" w:rsidRDefault="003B1888" w:rsidP="002004E4">
      <w:pPr>
        <w:pStyle w:val="Stil1"/>
      </w:pPr>
      <w:bookmarkStart w:id="28" w:name="_Toc237336854"/>
      <w:r w:rsidRPr="00B50BB5">
        <w:lastRenderedPageBreak/>
        <w:t>EKLER</w:t>
      </w:r>
      <w:bookmarkEnd w:id="28"/>
    </w:p>
    <w:p w:rsidR="003B1888" w:rsidRPr="00B50BB5" w:rsidRDefault="004453A3" w:rsidP="003B1888">
      <w:r>
        <w:t>Projen</w:t>
      </w:r>
      <w:r w:rsidR="003B1888" w:rsidRPr="00B50BB5">
        <w:t>in ana bölümünde yer aldığında okumayı ve algılamayı zorlaştıran uzun anketler, formlar, geniş veri tabloları veya çalışmada resmi zorunluluk gereği sunulması gereken etik kurul onay yazıları bu bölüme Ek-A, Ek-B sırasıyla eklenmelidir.</w:t>
      </w:r>
    </w:p>
    <w:p w:rsidR="008E65B1" w:rsidRPr="00B50BB5" w:rsidRDefault="008E65B1" w:rsidP="00846E4B"/>
    <w:sectPr w:rsidR="008E65B1" w:rsidRPr="00B50BB5" w:rsidSect="004453A3">
      <w:type w:val="continuous"/>
      <w:pgSz w:w="12240" w:h="15840"/>
      <w:pgMar w:top="1984" w:right="1417" w:bottom="1417" w:left="1984"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D51" w:rsidRDefault="009C6D51">
      <w:pPr>
        <w:spacing w:line="240" w:lineRule="auto"/>
      </w:pPr>
      <w:r>
        <w:separator/>
      </w:r>
    </w:p>
  </w:endnote>
  <w:endnote w:type="continuationSeparator" w:id="0">
    <w:p w:rsidR="009C6D51" w:rsidRDefault="009C6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FB" w:rsidRDefault="00D422FB">
    <w:pPr>
      <w:pStyle w:val="AltBilgi"/>
      <w:jc w:val="center"/>
    </w:pPr>
  </w:p>
  <w:p w:rsidR="00D422FB" w:rsidRDefault="00D422FB">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A70" w:rsidRDefault="009C7A7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182657"/>
      <w:docPartObj>
        <w:docPartGallery w:val="Page Numbers (Bottom of Page)"/>
        <w:docPartUnique/>
      </w:docPartObj>
    </w:sdtPr>
    <w:sdtEndPr/>
    <w:sdtContent>
      <w:p w:rsidR="003B1888" w:rsidRDefault="003B1888">
        <w:pPr>
          <w:pStyle w:val="AltBilgi"/>
          <w:jc w:val="center"/>
        </w:pPr>
        <w:r>
          <w:fldChar w:fldCharType="begin"/>
        </w:r>
        <w:r>
          <w:instrText>PAGE   \* MERGEFORMAT</w:instrText>
        </w:r>
        <w:r>
          <w:fldChar w:fldCharType="separate"/>
        </w:r>
        <w:r w:rsidR="00616C59">
          <w:rPr>
            <w:noProof/>
          </w:rPr>
          <w:t>xiv</w:t>
        </w:r>
        <w:r>
          <w:fldChar w:fldCharType="end"/>
        </w:r>
      </w:p>
    </w:sdtContent>
  </w:sdt>
  <w:p w:rsidR="003B1888" w:rsidRDefault="003B1888">
    <w:pPr>
      <w:pStyle w:val="AltBilgi"/>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496041"/>
      <w:docPartObj>
        <w:docPartGallery w:val="Page Numbers (Bottom of Page)"/>
        <w:docPartUnique/>
      </w:docPartObj>
    </w:sdtPr>
    <w:sdtEndPr/>
    <w:sdtContent>
      <w:p w:rsidR="003B1888" w:rsidRDefault="003B1888">
        <w:pPr>
          <w:pStyle w:val="AltBilgi"/>
          <w:jc w:val="center"/>
        </w:pPr>
        <w:r>
          <w:fldChar w:fldCharType="begin"/>
        </w:r>
        <w:r>
          <w:instrText>PAGE   \* MERGEFORMAT</w:instrText>
        </w:r>
        <w:r>
          <w:fldChar w:fldCharType="separate"/>
        </w:r>
        <w:r w:rsidR="00616C59">
          <w:rPr>
            <w:noProof/>
          </w:rPr>
          <w:t>8</w:t>
        </w:r>
        <w:r>
          <w:fldChar w:fldCharType="end"/>
        </w:r>
      </w:p>
    </w:sdtContent>
  </w:sdt>
  <w:p w:rsidR="003B1888" w:rsidRDefault="003B1888">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D51" w:rsidRDefault="009C6D51">
      <w:pPr>
        <w:spacing w:line="240" w:lineRule="auto"/>
      </w:pPr>
      <w:r>
        <w:separator/>
      </w:r>
    </w:p>
  </w:footnote>
  <w:footnote w:type="continuationSeparator" w:id="0">
    <w:p w:rsidR="009C6D51" w:rsidRDefault="009C6D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1B59"/>
    <w:rsid w:val="0006063C"/>
    <w:rsid w:val="000806F5"/>
    <w:rsid w:val="00086B4B"/>
    <w:rsid w:val="000C59AD"/>
    <w:rsid w:val="000E1FF5"/>
    <w:rsid w:val="00130E24"/>
    <w:rsid w:val="0015074B"/>
    <w:rsid w:val="001B570E"/>
    <w:rsid w:val="001D4DFA"/>
    <w:rsid w:val="001F4996"/>
    <w:rsid w:val="002004E4"/>
    <w:rsid w:val="00202580"/>
    <w:rsid w:val="002045D8"/>
    <w:rsid w:val="00216992"/>
    <w:rsid w:val="00216B12"/>
    <w:rsid w:val="00233CA0"/>
    <w:rsid w:val="002821FE"/>
    <w:rsid w:val="0029639D"/>
    <w:rsid w:val="002D19CC"/>
    <w:rsid w:val="002E2FD8"/>
    <w:rsid w:val="002E6F90"/>
    <w:rsid w:val="002E7FBF"/>
    <w:rsid w:val="002F5305"/>
    <w:rsid w:val="00315C75"/>
    <w:rsid w:val="0031634E"/>
    <w:rsid w:val="00326F90"/>
    <w:rsid w:val="003271AE"/>
    <w:rsid w:val="00330D0C"/>
    <w:rsid w:val="00335597"/>
    <w:rsid w:val="00347EDD"/>
    <w:rsid w:val="00366D8B"/>
    <w:rsid w:val="00391225"/>
    <w:rsid w:val="003A1178"/>
    <w:rsid w:val="003B1888"/>
    <w:rsid w:val="003B7A7F"/>
    <w:rsid w:val="003D1FFE"/>
    <w:rsid w:val="003E18B6"/>
    <w:rsid w:val="003F3087"/>
    <w:rsid w:val="00442722"/>
    <w:rsid w:val="004453A3"/>
    <w:rsid w:val="00490CED"/>
    <w:rsid w:val="004B6595"/>
    <w:rsid w:val="004D4DC7"/>
    <w:rsid w:val="00510854"/>
    <w:rsid w:val="00520F48"/>
    <w:rsid w:val="00522C30"/>
    <w:rsid w:val="00523EDD"/>
    <w:rsid w:val="005316DA"/>
    <w:rsid w:val="00535C61"/>
    <w:rsid w:val="00551B1C"/>
    <w:rsid w:val="00551E89"/>
    <w:rsid w:val="00571DFF"/>
    <w:rsid w:val="005C4121"/>
    <w:rsid w:val="005F3EBA"/>
    <w:rsid w:val="00610C58"/>
    <w:rsid w:val="00616C59"/>
    <w:rsid w:val="006249D4"/>
    <w:rsid w:val="00654E9C"/>
    <w:rsid w:val="00656C9A"/>
    <w:rsid w:val="006744B3"/>
    <w:rsid w:val="00682805"/>
    <w:rsid w:val="00683A75"/>
    <w:rsid w:val="00687689"/>
    <w:rsid w:val="006913B6"/>
    <w:rsid w:val="0071160A"/>
    <w:rsid w:val="00716123"/>
    <w:rsid w:val="00726DB5"/>
    <w:rsid w:val="007307EB"/>
    <w:rsid w:val="007A7F21"/>
    <w:rsid w:val="007B3C05"/>
    <w:rsid w:val="007C7F69"/>
    <w:rsid w:val="007E7EAE"/>
    <w:rsid w:val="008212FE"/>
    <w:rsid w:val="0082538D"/>
    <w:rsid w:val="00846E4B"/>
    <w:rsid w:val="008641A0"/>
    <w:rsid w:val="00876A1F"/>
    <w:rsid w:val="008A3D89"/>
    <w:rsid w:val="008B4F0B"/>
    <w:rsid w:val="008C108B"/>
    <w:rsid w:val="008D6013"/>
    <w:rsid w:val="008E65B1"/>
    <w:rsid w:val="009112B8"/>
    <w:rsid w:val="00924E53"/>
    <w:rsid w:val="00934A00"/>
    <w:rsid w:val="00945B60"/>
    <w:rsid w:val="00952F35"/>
    <w:rsid w:val="0096213F"/>
    <w:rsid w:val="00990C14"/>
    <w:rsid w:val="009B0E67"/>
    <w:rsid w:val="009B5922"/>
    <w:rsid w:val="009C6D51"/>
    <w:rsid w:val="009C7A70"/>
    <w:rsid w:val="00A724BA"/>
    <w:rsid w:val="00A770A3"/>
    <w:rsid w:val="00A8404F"/>
    <w:rsid w:val="00AA1D8D"/>
    <w:rsid w:val="00AB38A7"/>
    <w:rsid w:val="00AC070E"/>
    <w:rsid w:val="00AC370A"/>
    <w:rsid w:val="00AD01D8"/>
    <w:rsid w:val="00B07AB4"/>
    <w:rsid w:val="00B2068E"/>
    <w:rsid w:val="00B21F5F"/>
    <w:rsid w:val="00B222CB"/>
    <w:rsid w:val="00B369BC"/>
    <w:rsid w:val="00B43123"/>
    <w:rsid w:val="00B474E0"/>
    <w:rsid w:val="00B47730"/>
    <w:rsid w:val="00B47F61"/>
    <w:rsid w:val="00B50BB5"/>
    <w:rsid w:val="00B5344B"/>
    <w:rsid w:val="00B6605A"/>
    <w:rsid w:val="00B660D7"/>
    <w:rsid w:val="00BA4A5E"/>
    <w:rsid w:val="00C16D3C"/>
    <w:rsid w:val="00C50BBC"/>
    <w:rsid w:val="00C614AF"/>
    <w:rsid w:val="00C72E51"/>
    <w:rsid w:val="00C934FC"/>
    <w:rsid w:val="00CA18A0"/>
    <w:rsid w:val="00CA4ADD"/>
    <w:rsid w:val="00CB0664"/>
    <w:rsid w:val="00CE606C"/>
    <w:rsid w:val="00D042CA"/>
    <w:rsid w:val="00D30E01"/>
    <w:rsid w:val="00D422FB"/>
    <w:rsid w:val="00D6417E"/>
    <w:rsid w:val="00DA138E"/>
    <w:rsid w:val="00DB72AB"/>
    <w:rsid w:val="00DC0788"/>
    <w:rsid w:val="00DC3488"/>
    <w:rsid w:val="00DF0C29"/>
    <w:rsid w:val="00DF2780"/>
    <w:rsid w:val="00E224D3"/>
    <w:rsid w:val="00E44599"/>
    <w:rsid w:val="00E449A2"/>
    <w:rsid w:val="00E513FE"/>
    <w:rsid w:val="00E63BDA"/>
    <w:rsid w:val="00E909F3"/>
    <w:rsid w:val="00EA24B7"/>
    <w:rsid w:val="00EA7E93"/>
    <w:rsid w:val="00EB20F7"/>
    <w:rsid w:val="00EB7037"/>
    <w:rsid w:val="00ED4461"/>
    <w:rsid w:val="00ED543C"/>
    <w:rsid w:val="00ED718A"/>
    <w:rsid w:val="00F03F5A"/>
    <w:rsid w:val="00F318E3"/>
    <w:rsid w:val="00F334D2"/>
    <w:rsid w:val="00F44C19"/>
    <w:rsid w:val="00F85F07"/>
    <w:rsid w:val="00F87B83"/>
    <w:rsid w:val="00FA7A64"/>
    <w:rsid w:val="00FC693F"/>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1B050D"/>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488"/>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CA18A0"/>
    <w:pPr>
      <w:tabs>
        <w:tab w:val="right" w:leader="dot" w:pos="8827"/>
      </w:tabs>
      <w:spacing w:after="100"/>
      <w:ind w:firstLine="0"/>
    </w:pPr>
  </w:style>
  <w:style w:type="paragraph" w:styleId="T2">
    <w:name w:val="toc 2"/>
    <w:basedOn w:val="Normal"/>
    <w:next w:val="Normal"/>
    <w:autoRedefine/>
    <w:uiPriority w:val="39"/>
    <w:unhideWhenUsed/>
    <w:rsid w:val="00CA18A0"/>
    <w:pPr>
      <w:tabs>
        <w:tab w:val="right" w:leader="dot" w:pos="8827"/>
      </w:tabs>
      <w:spacing w:after="100"/>
      <w:ind w:left="240" w:firstLine="44"/>
    </w:pPr>
  </w:style>
  <w:style w:type="paragraph" w:styleId="T3">
    <w:name w:val="toc 3"/>
    <w:basedOn w:val="Normal"/>
    <w:next w:val="Normal"/>
    <w:autoRedefine/>
    <w:uiPriority w:val="39"/>
    <w:unhideWhenUsed/>
    <w:rsid w:val="00CA18A0"/>
    <w:pPr>
      <w:tabs>
        <w:tab w:val="right" w:leader="dot" w:pos="8827"/>
      </w:tabs>
      <w:spacing w:after="100"/>
      <w:ind w:left="480" w:firstLine="87"/>
    </w:pPr>
  </w:style>
  <w:style w:type="paragraph" w:styleId="T4">
    <w:name w:val="toc 4"/>
    <w:basedOn w:val="Normal"/>
    <w:next w:val="Normal"/>
    <w:autoRedefine/>
    <w:uiPriority w:val="39"/>
    <w:unhideWhenUsed/>
    <w:rsid w:val="00CA18A0"/>
    <w:pPr>
      <w:tabs>
        <w:tab w:val="right" w:leader="dot" w:pos="8827"/>
      </w:tabs>
      <w:spacing w:after="100"/>
      <w:ind w:left="720" w:firstLine="131"/>
    </w:pPr>
  </w:style>
  <w:style w:type="paragraph" w:customStyle="1" w:styleId="Stil1">
    <w:name w:val="Stil1"/>
    <w:basedOn w:val="Normal"/>
    <w:qFormat/>
    <w:rsid w:val="00DC3488"/>
    <w:pPr>
      <w:widowControl w:val="0"/>
      <w:spacing w:after="240" w:line="480" w:lineRule="auto"/>
      <w:ind w:firstLine="0"/>
      <w:jc w:val="center"/>
    </w:pPr>
    <w:rPr>
      <w:rFonts w:eastAsia="Cambria"/>
      <w:b/>
    </w:rPr>
  </w:style>
  <w:style w:type="paragraph" w:customStyle="1" w:styleId="Stil2">
    <w:name w:val="Stil2"/>
    <w:basedOn w:val="Normal"/>
    <w:qFormat/>
    <w:rsid w:val="00DC3488"/>
    <w:pPr>
      <w:widowControl w:val="0"/>
      <w:spacing w:before="240" w:line="480" w:lineRule="auto"/>
      <w:ind w:firstLine="0"/>
      <w:jc w:val="left"/>
    </w:pPr>
    <w:rPr>
      <w:rFonts w:eastAsia="Cambria"/>
      <w:b/>
    </w:rPr>
  </w:style>
  <w:style w:type="paragraph" w:customStyle="1" w:styleId="Stil3">
    <w:name w:val="Stil3"/>
    <w:basedOn w:val="Normal"/>
    <w:qFormat/>
    <w:rsid w:val="00DC3488"/>
    <w:pPr>
      <w:widowControl w:val="0"/>
      <w:spacing w:before="240" w:line="480" w:lineRule="auto"/>
      <w:ind w:firstLine="0"/>
      <w:jc w:val="left"/>
    </w:pPr>
    <w:rPr>
      <w:rFonts w:eastAsia="Cambria"/>
      <w:b/>
      <w:i/>
    </w:rPr>
  </w:style>
  <w:style w:type="paragraph" w:customStyle="1" w:styleId="Stil4">
    <w:name w:val="Stil4"/>
    <w:basedOn w:val="Normal"/>
    <w:qFormat/>
    <w:rsid w:val="00DC3488"/>
    <w:pPr>
      <w:widowControl w:val="0"/>
      <w:spacing w:before="240" w:line="480" w:lineRule="auto"/>
      <w:jc w:val="left"/>
    </w:pPr>
    <w:rPr>
      <w:rFonts w:eastAsia="Cambria"/>
      <w:b/>
    </w:rPr>
  </w:style>
  <w:style w:type="paragraph" w:customStyle="1" w:styleId="Stil5">
    <w:name w:val="Stil5"/>
    <w:basedOn w:val="Normal"/>
    <w:qFormat/>
    <w:rsid w:val="00DC3488"/>
    <w:pPr>
      <w:widowControl w:val="0"/>
      <w:spacing w:before="240" w:line="480" w:lineRule="auto"/>
      <w:jc w:val="left"/>
    </w:pPr>
    <w:rPr>
      <w:rFonts w:eastAsia="Cambria"/>
      <w:b/>
      <w:i/>
    </w:rPr>
  </w:style>
  <w:style w:type="paragraph" w:styleId="T5">
    <w:name w:val="toc 5"/>
    <w:basedOn w:val="Normal"/>
    <w:next w:val="Normal"/>
    <w:autoRedefine/>
    <w:uiPriority w:val="39"/>
    <w:unhideWhenUsed/>
    <w:rsid w:val="00CA18A0"/>
    <w:pPr>
      <w:tabs>
        <w:tab w:val="right" w:leader="dot" w:pos="8827"/>
      </w:tabs>
      <w:spacing w:after="100"/>
      <w:ind w:left="960" w:firstLine="1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5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FC5AC-F6AE-4712-ADF6-026E5FAAE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23</Pages>
  <Words>2288</Words>
  <Characters>13046</Characters>
  <Application>Microsoft Office Word</Application>
  <DocSecurity>0</DocSecurity>
  <Lines>108</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36</cp:revision>
  <cp:lastPrinted>2026-04-27T08:21:00Z</cp:lastPrinted>
  <dcterms:created xsi:type="dcterms:W3CDTF">2026-04-27T08:42:00Z</dcterms:created>
  <dcterms:modified xsi:type="dcterms:W3CDTF">2026-09-01T07:52:00Z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