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533"/>
      </w:tblGrid>
      <w:tr w:rsidR="000A55BE" w:rsidRPr="00AF74C3" w:rsidT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Öğrenci Ad </w:t>
            </w:r>
            <w:proofErr w:type="spellStart"/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Soyad</w:t>
            </w:r>
            <w:proofErr w:type="spellEnd"/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:</w:t>
            </w:r>
          </w:p>
        </w:tc>
        <w:tc>
          <w:tcPr>
            <w:tcW w:w="7533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0A55BE" w:rsidRPr="00AF74C3" w:rsidT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Öğrenci No:</w:t>
            </w:r>
          </w:p>
        </w:tc>
        <w:tc>
          <w:tcPr>
            <w:tcW w:w="7533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0A55BE" w:rsidRPr="00AF74C3" w:rsidRDefault="006B23CA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481"/>
      </w:tblGrid>
      <w:tr w:rsidR="000A55BE" w:rsidRPr="00AF74C3" w:rsidTr="00AF74C3">
        <w:trPr>
          <w:jc w:val="center"/>
        </w:trPr>
        <w:tc>
          <w:tcPr>
            <w:tcW w:w="10481" w:type="dxa"/>
            <w:shd w:val="clear" w:color="auto" w:fill="0B2D78"/>
            <w:vAlign w:val="center"/>
          </w:tcPr>
          <w:p w:rsidR="000A55BE" w:rsidRPr="00AF74C3" w:rsidRDefault="006B23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tr-TR"/>
              </w:rPr>
              <w:t>BİLGİLENDİRME</w:t>
            </w:r>
          </w:p>
        </w:tc>
      </w:tr>
    </w:tbl>
    <w:p w:rsidR="000A55BE" w:rsidRPr="00AF74C3" w:rsidRDefault="006B23CA" w:rsidP="00AF74C3">
      <w:pPr>
        <w:spacing w:before="40" w:after="60"/>
        <w:ind w:left="142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>Aşağıda belirttiğim kişi/kurum ile yalnızca belirttiğim amaç, bilgi kapsamı ve süre ile sınırlı olmak üzere bilgi paylaş</w:t>
      </w:r>
      <w:r w:rsidR="00AF74C3">
        <w:rPr>
          <w:rFonts w:ascii="Times New Roman" w:hAnsi="Times New Roman" w:cs="Times New Roman"/>
          <w:sz w:val="24"/>
          <w:szCs w:val="24"/>
          <w:lang w:val="tr-TR"/>
        </w:rPr>
        <w:t xml:space="preserve">ılmasına ilişkin </w:t>
      </w:r>
      <w:r w:rsidRPr="00AF74C3">
        <w:rPr>
          <w:rFonts w:ascii="Times New Roman" w:hAnsi="Times New Roman" w:cs="Times New Roman"/>
          <w:sz w:val="24"/>
          <w:szCs w:val="24"/>
          <w:lang w:val="tr-TR"/>
        </w:rPr>
        <w:t>tercihimin özgür irademe dayandığı; verdiğim açık rızayı ilgili mevzuat çerçevesinde geri alabileceğim konusunda bilgilendirildim.</w:t>
      </w:r>
    </w:p>
    <w:p w:rsidR="000A55BE" w:rsidRPr="00AF74C3" w:rsidRDefault="006B23CA" w:rsidP="00AF74C3">
      <w:pPr>
        <w:spacing w:after="60"/>
        <w:ind w:left="142" w:hanging="142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 xml:space="preserve">   Bu form genel veya sınırsız bir bilgi paylaşımı izni oluşturmaz. Paylaşım yal</w:t>
      </w:r>
      <w:r w:rsidR="00AF74C3">
        <w:rPr>
          <w:rFonts w:ascii="Times New Roman" w:hAnsi="Times New Roman" w:cs="Times New Roman"/>
          <w:sz w:val="24"/>
          <w:szCs w:val="24"/>
          <w:lang w:val="tr-TR"/>
        </w:rPr>
        <w:t>nızca aşağıda açıkça belirtilen</w:t>
      </w:r>
      <w:bookmarkStart w:id="0" w:name="_GoBack"/>
      <w:bookmarkEnd w:id="0"/>
      <w:r w:rsidR="00AF74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AF74C3">
        <w:rPr>
          <w:rFonts w:ascii="Times New Roman" w:hAnsi="Times New Roman" w:cs="Times New Roman"/>
          <w:sz w:val="24"/>
          <w:szCs w:val="24"/>
          <w:lang w:val="tr-TR"/>
        </w:rPr>
        <w:t>kapsamla sınırlıdır.</w:t>
      </w:r>
    </w:p>
    <w:p w:rsidR="000A55BE" w:rsidRPr="00AF74C3" w:rsidRDefault="006B23CA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0A55BE" w:rsidRPr="00AF74C3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0A55BE" w:rsidRPr="00AF74C3" w:rsidRDefault="006B23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tr-TR"/>
              </w:rPr>
              <w:t>1. BİLGİ PAYLAŞILACAK KİŞİ / KURUM</w:t>
            </w:r>
          </w:p>
        </w:tc>
      </w:tr>
      <w:tr w:rsidR="000A55BE" w:rsidRP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Kişi / Kurum Adı:</w:t>
            </w:r>
          </w:p>
        </w:tc>
        <w:tc>
          <w:tcPr>
            <w:tcW w:w="7370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0A55BE" w:rsidRP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İlgili Kişi / Birim (varsa):</w:t>
            </w:r>
          </w:p>
        </w:tc>
        <w:tc>
          <w:tcPr>
            <w:tcW w:w="7370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0A55BE" w:rsidRP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İletişim Bilgisi:</w:t>
            </w:r>
          </w:p>
        </w:tc>
        <w:tc>
          <w:tcPr>
            <w:tcW w:w="7370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0A55BE" w:rsidRPr="00AF74C3" w:rsidRDefault="006B23CA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0A55BE" w:rsidRPr="00AF74C3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0A55BE" w:rsidRPr="00AF74C3" w:rsidRDefault="006B23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tr-TR"/>
              </w:rPr>
              <w:t>2. PAYLAŞILMASINA İZİN VERİLEN BİLGİLER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OPDEM'e</w:t>
            </w:r>
            <w:proofErr w:type="spellEnd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başvuru / hizmet alma bilgisi     </w:t>
            </w: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Görüşme sürecine ilişkin sınırlı bilgi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Değerlendirme / yönlendirme bilgisi       </w:t>
            </w:r>
            <w:r w:rsidR="00703CBA"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</w:t>
            </w: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Devam / izlem bilgisi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Belirli belge / kayıt: </w:t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........................................................................................................................</w:t>
            </w:r>
            <w:proofErr w:type="gramEnd"/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Diğer: </w:t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.............................................................................................................................................</w:t>
            </w:r>
            <w:proofErr w:type="gramEnd"/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Paylaşım kapsamının açıklaması / sınırı: </w:t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...........................................................................................................</w:t>
            </w:r>
            <w:proofErr w:type="gramEnd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br/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........................................................................................................................................................</w:t>
            </w:r>
            <w:proofErr w:type="gramEnd"/>
          </w:p>
        </w:tc>
      </w:tr>
    </w:tbl>
    <w:p w:rsidR="000A55BE" w:rsidRPr="00AF74C3" w:rsidRDefault="006B23CA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0A55BE" w:rsidRPr="00AF74C3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0A55BE" w:rsidRPr="00AF74C3" w:rsidRDefault="006B23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tr-TR"/>
              </w:rPr>
              <w:t>3. PAYLAŞIM AMACI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Sağlık / psikiyatrik değerlendirme veya yönlendirme     </w:t>
            </w: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Hizmet koordinasyonu / sürekliliği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 w:rsidP="00703CB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Öğrencinin talebi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Diğer: </w:t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.............................................................................................................................................</w:t>
            </w:r>
            <w:proofErr w:type="gramEnd"/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Amaç açıklaması: </w:t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...................................................................................................................................</w:t>
            </w:r>
            <w:proofErr w:type="gramEnd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br/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........................................................................................................................................................</w:t>
            </w:r>
            <w:proofErr w:type="gramEnd"/>
          </w:p>
        </w:tc>
      </w:tr>
    </w:tbl>
    <w:p w:rsidR="000A55BE" w:rsidRPr="00AF74C3" w:rsidRDefault="006B23CA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0A55BE" w:rsidRPr="00AF74C3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0A55BE" w:rsidRPr="00AF74C3" w:rsidRDefault="006B23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tr-TR"/>
              </w:rPr>
              <w:t>4. BİLGİ PAYLAŞIM YÖNTEMİ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Yazılı belge / form     </w:t>
            </w: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Kurumsal e-posta     </w:t>
            </w: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Telefon / sözlü görüşme     </w:t>
            </w: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Yüz yüze görüşme     </w:t>
            </w: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Diğer: </w:t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</w:t>
            </w:r>
            <w:proofErr w:type="gramEnd"/>
          </w:p>
        </w:tc>
      </w:tr>
    </w:tbl>
    <w:p w:rsidR="000A55BE" w:rsidRPr="00AF74C3" w:rsidRDefault="006B23CA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lastRenderedPageBreak/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0A55BE" w:rsidRPr="00AF74C3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0A55BE" w:rsidRPr="00AF74C3" w:rsidRDefault="006B23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tr-TR"/>
              </w:rPr>
              <w:t>5. RIZANIN GEÇERLİLİK SÜRESİ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Yalnızca tek seferlik paylaşım için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Belirli tarihe kadar: </w:t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</w:t>
            </w:r>
            <w:proofErr w:type="gramEnd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/....../..........</w:t>
            </w:r>
          </w:p>
        </w:tc>
      </w:tr>
      <w:tr w:rsidR="000A55BE" w:rsidRPr="00AF74C3">
        <w:trPr>
          <w:jc w:val="center"/>
        </w:trPr>
        <w:tc>
          <w:tcPr>
            <w:tcW w:w="1031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Belirli süreç / amaç tamamlanıncaya kadar: </w:t>
            </w: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.................................................................................................</w:t>
            </w:r>
            <w:proofErr w:type="gramEnd"/>
          </w:p>
        </w:tc>
      </w:tr>
    </w:tbl>
    <w:p w:rsidR="000A55BE" w:rsidRPr="00AF74C3" w:rsidRDefault="006B23CA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0A55BE" w:rsidRPr="00AF74C3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0A55BE" w:rsidRPr="00AF74C3" w:rsidRDefault="006B23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tr-TR"/>
              </w:rPr>
              <w:t>6. AÇIK RIZA BEYANI</w:t>
            </w:r>
          </w:p>
        </w:tc>
      </w:tr>
    </w:tbl>
    <w:p w:rsidR="000A55BE" w:rsidRPr="00AF74C3" w:rsidRDefault="006B23CA">
      <w:pPr>
        <w:spacing w:before="60" w:after="6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Segoe UI Symbol" w:hAnsi="Segoe UI Symbol" w:cs="Segoe UI Symbol"/>
          <w:b/>
          <w:sz w:val="24"/>
          <w:szCs w:val="24"/>
          <w:lang w:val="tr-TR"/>
        </w:rPr>
        <w:t>☐</w:t>
      </w:r>
      <w:r w:rsidRPr="00AF74C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Yukarıda belirtilen kapsamda bilgi paylaşımına açık rıza veriyorum.</w:t>
      </w:r>
      <w:r w:rsidRPr="00AF74C3">
        <w:rPr>
          <w:rFonts w:ascii="Times New Roman" w:hAnsi="Times New Roman" w:cs="Times New Roman"/>
          <w:b/>
          <w:sz w:val="24"/>
          <w:szCs w:val="24"/>
          <w:lang w:val="tr-TR"/>
        </w:rPr>
        <w:br/>
      </w:r>
      <w:r w:rsidRPr="00AF74C3">
        <w:rPr>
          <w:rFonts w:ascii="Segoe UI Symbol" w:hAnsi="Segoe UI Symbol" w:cs="Segoe UI Symbol"/>
          <w:b/>
          <w:sz w:val="24"/>
          <w:szCs w:val="24"/>
          <w:lang w:val="tr-TR"/>
        </w:rPr>
        <w:t>☐</w:t>
      </w:r>
      <w:r w:rsidRPr="00AF74C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Yukarıda belirtilen kapsamda bilgi paylaşımına açık rıza vermiyorum.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0A55BE" w:rsidRP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Ad </w:t>
            </w:r>
            <w:proofErr w:type="spellStart"/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Soyad</w:t>
            </w:r>
            <w:proofErr w:type="spellEnd"/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:</w:t>
            </w:r>
          </w:p>
        </w:tc>
        <w:tc>
          <w:tcPr>
            <w:tcW w:w="7370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0A55BE" w:rsidRP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Öğrenci No:</w:t>
            </w:r>
          </w:p>
        </w:tc>
        <w:tc>
          <w:tcPr>
            <w:tcW w:w="7370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0A55BE" w:rsidRP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Tarih:</w:t>
            </w:r>
          </w:p>
        </w:tc>
        <w:tc>
          <w:tcPr>
            <w:tcW w:w="7370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0A55BE" w:rsidRP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İmza:</w:t>
            </w:r>
          </w:p>
        </w:tc>
        <w:tc>
          <w:tcPr>
            <w:tcW w:w="7370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0A55BE" w:rsidRPr="00AF74C3" w:rsidRDefault="006B23CA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AF74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0A55BE" w:rsidRPr="00AF74C3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0A55BE" w:rsidRPr="00AF74C3" w:rsidRDefault="006B23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tr-TR"/>
              </w:rPr>
              <w:t>7. BİLGİLENDİRMEYİ YAPAN / FORMU ALAN OPDEM UZMANI</w:t>
            </w:r>
          </w:p>
        </w:tc>
      </w:tr>
      <w:tr w:rsidR="000A55BE" w:rsidRPr="00AF74C3">
        <w:trPr>
          <w:jc w:val="center"/>
        </w:trPr>
        <w:tc>
          <w:tcPr>
            <w:tcW w:w="2948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Ad </w:t>
            </w:r>
            <w:proofErr w:type="spellStart"/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Soyad</w:t>
            </w:r>
            <w:proofErr w:type="spellEnd"/>
            <w:r w:rsidRPr="00AF74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/ Unvan:</w:t>
            </w:r>
          </w:p>
        </w:tc>
        <w:tc>
          <w:tcPr>
            <w:tcW w:w="7370" w:type="dxa"/>
            <w:vAlign w:val="center"/>
          </w:tcPr>
          <w:p w:rsidR="000A55BE" w:rsidRPr="00AF74C3" w:rsidRDefault="006B23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 w:rsidRPr="00AF74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0A55BE" w:rsidRPr="006B23CA">
        <w:trPr>
          <w:jc w:val="center"/>
        </w:trPr>
        <w:tc>
          <w:tcPr>
            <w:tcW w:w="2948" w:type="dxa"/>
            <w:vAlign w:val="center"/>
          </w:tcPr>
          <w:p w:rsidR="000A55BE" w:rsidRPr="006B23CA" w:rsidRDefault="006B23CA">
            <w:pPr>
              <w:spacing w:after="0"/>
              <w:rPr>
                <w:lang w:val="tr-TR"/>
              </w:rPr>
            </w:pPr>
            <w:r w:rsidRPr="006B23CA">
              <w:rPr>
                <w:b/>
                <w:lang w:val="tr-TR"/>
              </w:rPr>
              <w:t>Tarih:</w:t>
            </w:r>
          </w:p>
        </w:tc>
        <w:tc>
          <w:tcPr>
            <w:tcW w:w="7370" w:type="dxa"/>
            <w:vAlign w:val="center"/>
          </w:tcPr>
          <w:p w:rsidR="000A55BE" w:rsidRPr="006B23CA" w:rsidRDefault="006B23CA">
            <w:pPr>
              <w:spacing w:after="0"/>
              <w:rPr>
                <w:lang w:val="tr-TR"/>
              </w:rPr>
            </w:pPr>
            <w:proofErr w:type="gramStart"/>
            <w:r w:rsidRPr="006B23CA">
              <w:rPr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  <w:tr w:rsidR="000A55BE" w:rsidRPr="006B23CA">
        <w:trPr>
          <w:jc w:val="center"/>
        </w:trPr>
        <w:tc>
          <w:tcPr>
            <w:tcW w:w="2948" w:type="dxa"/>
            <w:vAlign w:val="center"/>
          </w:tcPr>
          <w:p w:rsidR="000A55BE" w:rsidRPr="006B23CA" w:rsidRDefault="006B23CA">
            <w:pPr>
              <w:spacing w:after="0"/>
              <w:rPr>
                <w:lang w:val="tr-TR"/>
              </w:rPr>
            </w:pPr>
            <w:r w:rsidRPr="006B23CA">
              <w:rPr>
                <w:b/>
                <w:lang w:val="tr-TR"/>
              </w:rPr>
              <w:t>İmza:</w:t>
            </w:r>
          </w:p>
        </w:tc>
        <w:tc>
          <w:tcPr>
            <w:tcW w:w="7370" w:type="dxa"/>
            <w:vAlign w:val="center"/>
          </w:tcPr>
          <w:p w:rsidR="000A55BE" w:rsidRPr="006B23CA" w:rsidRDefault="006B23CA">
            <w:pPr>
              <w:spacing w:after="0"/>
              <w:rPr>
                <w:lang w:val="tr-TR"/>
              </w:rPr>
            </w:pPr>
            <w:proofErr w:type="gramStart"/>
            <w:r w:rsidRPr="006B23CA">
              <w:rPr>
                <w:lang w:val="tr-TR"/>
              </w:rPr>
              <w:t>........................................................................................</w:t>
            </w:r>
            <w:proofErr w:type="gramEnd"/>
          </w:p>
        </w:tc>
      </w:tr>
    </w:tbl>
    <w:p w:rsidR="000A55BE" w:rsidRPr="006B23CA" w:rsidRDefault="006B23CA">
      <w:pPr>
        <w:spacing w:before="60" w:after="0"/>
        <w:rPr>
          <w:lang w:val="tr-TR"/>
        </w:rPr>
      </w:pPr>
      <w:r w:rsidRPr="006B23CA">
        <w:rPr>
          <w:b/>
          <w:color w:val="0B2D78"/>
          <w:lang w:val="tr-TR"/>
        </w:rPr>
        <w:t xml:space="preserve">Not: </w:t>
      </w:r>
      <w:r w:rsidRPr="006B23CA">
        <w:rPr>
          <w:lang w:val="tr-TR"/>
        </w:rPr>
        <w:t>Açık rızanın geri alınması, geri alma bildiriminden önce rızaya dayanılarak gerçekleştirilmiş işlemleri kendiliğinden geçersiz hâle getirmez. Yasal yükümlülük veya başka bir hukuki sebebe dayanan veri işleme/aktarım faaliyetleri ayrıca değerlendirilir.</w:t>
      </w:r>
    </w:p>
    <w:sectPr w:rsidR="000A55BE" w:rsidRPr="006B23CA" w:rsidSect="00034616">
      <w:headerReference w:type="default" r:id="rId8"/>
      <w:footerReference w:type="default" r:id="rId9"/>
      <w:pgSz w:w="12240" w:h="15840"/>
      <w:pgMar w:top="397" w:right="794" w:bottom="397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2E2" w:rsidRDefault="00CC22E2" w:rsidP="00650C35">
      <w:pPr>
        <w:spacing w:after="0" w:line="240" w:lineRule="auto"/>
      </w:pPr>
      <w:r>
        <w:separator/>
      </w:r>
    </w:p>
  </w:endnote>
  <w:endnote w:type="continuationSeparator" w:id="0">
    <w:p w:rsidR="00CC22E2" w:rsidRDefault="00CC22E2" w:rsidP="00650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C35" w:rsidRDefault="00650C35" w:rsidP="00650C35">
    <w:pPr>
      <w:pStyle w:val="AltBilgi"/>
      <w:jc w:val="right"/>
    </w:pPr>
    <w:proofErr w:type="spellStart"/>
    <w:proofErr w:type="gramStart"/>
    <w:r w:rsidRPr="00977DE4"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FR.</w:t>
    </w:r>
    <w:r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OKN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.058</w:t>
    </w:r>
    <w:proofErr w:type="spellEnd"/>
    <w:r w:rsidRPr="00977DE4"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 xml:space="preserve"> / </w:t>
    </w:r>
    <w:proofErr w:type="spellStart"/>
    <w:r w:rsidRPr="00977DE4"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Rev.00</w:t>
    </w:r>
    <w:proofErr w:type="spellEnd"/>
  </w:p>
  <w:p w:rsidR="00650C35" w:rsidRDefault="00650C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2E2" w:rsidRDefault="00CC22E2" w:rsidP="00650C35">
      <w:pPr>
        <w:spacing w:after="0" w:line="240" w:lineRule="auto"/>
      </w:pPr>
      <w:r>
        <w:separator/>
      </w:r>
    </w:p>
  </w:footnote>
  <w:footnote w:type="continuationSeparator" w:id="0">
    <w:p w:rsidR="00CC22E2" w:rsidRDefault="00CC22E2" w:rsidP="00650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62"/>
      <w:gridCol w:w="4969"/>
      <w:gridCol w:w="3091"/>
    </w:tblGrid>
    <w:tr w:rsidR="00650C35" w:rsidRPr="009C3EAF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50C35" w:rsidRPr="009C3EAF" w:rsidRDefault="00650C35" w:rsidP="00650C35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9C3EAF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1FCA7A17" wp14:editId="35BA8B63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Default="00650C35" w:rsidP="00650C3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</w:pPr>
        </w:p>
        <w:p w:rsidR="00650C35" w:rsidRDefault="00650C35" w:rsidP="00650C3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</w:pPr>
          <w:r w:rsidRPr="009C3EAF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ÜÇÜNCÜ KİŞİLERLE BİLGİ PAYLAŞIMINA İLİŞKİN AÇIK RIZA FORMU</w:t>
          </w:r>
        </w:p>
        <w:p w:rsidR="00650C35" w:rsidRPr="009C3EAF" w:rsidRDefault="00650C35" w:rsidP="00650C35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proofErr w:type="spellStart"/>
          <w:proofErr w:type="gramStart"/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FR.OKN</w:t>
          </w:r>
          <w:proofErr w:type="gramEnd"/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.05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8</w:t>
          </w:r>
          <w:proofErr w:type="spellEnd"/>
        </w:p>
      </w:tc>
    </w:tr>
    <w:tr w:rsidR="00650C35" w:rsidRPr="009C3EAF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50C35" w:rsidRPr="009C3EAF" w:rsidRDefault="00650C35" w:rsidP="00650C35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650C35" w:rsidRPr="009C3EAF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50C35" w:rsidRPr="009C3EAF" w:rsidRDefault="00650C35" w:rsidP="00650C35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 29.09.2026</w:t>
          </w:r>
        </w:p>
      </w:tc>
    </w:tr>
    <w:tr w:rsidR="00650C35" w:rsidRPr="009C3EAF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50C35" w:rsidRPr="009C3EAF" w:rsidRDefault="00650C35" w:rsidP="00650C35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650C35" w:rsidRPr="009C3EAF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50C35" w:rsidRPr="009C3EAF" w:rsidRDefault="00650C35" w:rsidP="00650C35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50C35" w:rsidRPr="009C3EAF" w:rsidRDefault="00650C35" w:rsidP="00650C35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AF74C3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2</w:t>
          </w:r>
          <w:r w:rsidRPr="009C3EA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650C35" w:rsidRPr="00650C35" w:rsidRDefault="00650C35" w:rsidP="00650C3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55BE"/>
    <w:rsid w:val="0015074B"/>
    <w:rsid w:val="0029639D"/>
    <w:rsid w:val="00326F90"/>
    <w:rsid w:val="00650C35"/>
    <w:rsid w:val="006B23CA"/>
    <w:rsid w:val="00703CBA"/>
    <w:rsid w:val="00AA1D8D"/>
    <w:rsid w:val="00AF74C3"/>
    <w:rsid w:val="00B47730"/>
    <w:rsid w:val="00CB0664"/>
    <w:rsid w:val="00CC22E2"/>
    <w:rsid w:val="00E177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E2E31"/>
  <w14:defaultImageDpi w14:val="300"/>
  <w15:docId w15:val="{A62C666F-9E5B-4A12-B15E-EE355885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2317D1-9539-47E2-B628-4D327DA3D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2026-09-29T08:30:00Z</dcterms:created>
  <dcterms:modified xsi:type="dcterms:W3CDTF">2026-10-08T11:39:00Z</dcterms:modified>
  <cp:category/>
</cp:coreProperties>
</file>