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237C9" w14:textId="77777777" w:rsidR="00DF1E14" w:rsidRPr="00624D94" w:rsidRDefault="00F03551" w:rsidP="00624D94">
      <w:pPr>
        <w:spacing w:after="10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D94">
        <w:rPr>
          <w:rFonts w:ascii="Times New Roman" w:hAnsi="Times New Roman" w:cs="Times New Roman"/>
          <w:sz w:val="24"/>
          <w:szCs w:val="24"/>
        </w:rPr>
        <w:t xml:space="preserve">OPDEM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rıza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gerektiren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veri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işleme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ve/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aktarım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faaliyetleri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bilgilendirildim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>.</w:t>
      </w:r>
    </w:p>
    <w:p w14:paraId="6112E4A5" w14:textId="77777777" w:rsidR="00DF1E14" w:rsidRPr="00624D94" w:rsidRDefault="00F03551" w:rsidP="00624D94">
      <w:pPr>
        <w:spacing w:after="10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rızanın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belirli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konuya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bilgilendirmeye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dayalı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özgür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iradeyle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verildiğini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rıza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vermediğim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durumların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OPDEM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hizmetinden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yararlanmama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otomatik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engel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oluşturmayacağını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biliyorum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>.</w:t>
      </w:r>
    </w:p>
    <w:p w14:paraId="2CDA8AD9" w14:textId="77777777" w:rsidR="00DF1E14" w:rsidRPr="00624D94" w:rsidRDefault="00F03551" w:rsidP="00624D94">
      <w:pPr>
        <w:spacing w:after="100"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D94">
        <w:rPr>
          <w:rFonts w:ascii="Times New Roman" w:hAnsi="Times New Roman" w:cs="Times New Roman"/>
          <w:sz w:val="24"/>
          <w:szCs w:val="24"/>
        </w:rPr>
        <w:t>Verdiğim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rızayı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mevzuat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çerçevesinde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her zaman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alabileceğim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bilgilendirildim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>.</w:t>
      </w:r>
    </w:p>
    <w:p w14:paraId="041A2943" w14:textId="77777777" w:rsidR="00DF1E14" w:rsidRPr="00624D94" w:rsidRDefault="00DF1E14" w:rsidP="00624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5346"/>
        <w:gridCol w:w="5346"/>
      </w:tblGrid>
      <w:tr w:rsidR="00DF1E14" w:rsidRPr="00624D94" w14:paraId="7154C8B8" w14:textId="77777777" w:rsidTr="00BD041E">
        <w:tc>
          <w:tcPr>
            <w:tcW w:w="10692" w:type="dxa"/>
            <w:gridSpan w:val="2"/>
            <w:shd w:val="clear" w:color="auto" w:fill="0B2D78"/>
          </w:tcPr>
          <w:p w14:paraId="7AAD9C5E" w14:textId="77777777" w:rsidR="00DF1E14" w:rsidRPr="00624D94" w:rsidRDefault="00F03551" w:rsidP="00624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D9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AÇIK RIZA BEYANI</w:t>
            </w:r>
          </w:p>
        </w:tc>
      </w:tr>
      <w:tr w:rsidR="00BD041E" w:rsidRPr="00624D94" w14:paraId="24BBE313" w14:textId="77777777" w:rsidTr="00406C41">
        <w:tc>
          <w:tcPr>
            <w:tcW w:w="5346" w:type="dxa"/>
          </w:tcPr>
          <w:p w14:paraId="5CA51D5F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24D9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Sağlık Verilerinin İşlenmesine İlişkin Açık Rıza:</w:t>
            </w:r>
          </w:p>
          <w:p w14:paraId="4564C052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Psikolojik/psikiyatrik destek geçmişim, ilaç kullanım bilgilerim ve danışmanlık sürecinde elde edilen sağlık verilerimin; ihtiyaçlarımın değerlendirilmesi, danışmanlık sürecinin güvenli şekilde planlanması ve risk durumlarının değerlendirilmesi amaçlarıyla işlenmesine,</w:t>
            </w:r>
            <w:bookmarkStart w:id="0" w:name="_GoBack"/>
            <w:bookmarkEnd w:id="0"/>
          </w:p>
          <w:p w14:paraId="4532D877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24D94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Açık rıza veriyorum.</w:t>
            </w:r>
          </w:p>
          <w:p w14:paraId="2132118D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24D94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Açık rıza vermiyorum.</w:t>
            </w:r>
          </w:p>
          <w:p w14:paraId="4AA71C6E" w14:textId="3DDE8906" w:rsidR="00253828" w:rsidRPr="00624D94" w:rsidRDefault="00253828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Yalnızca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seçenek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işaretlenmelidir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46" w:type="dxa"/>
          </w:tcPr>
          <w:p w14:paraId="07FA8194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24D94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Sağlık Verilerinin Aktarılmasına İlişkin Açık Rıza:</w:t>
            </w:r>
          </w:p>
          <w:p w14:paraId="3049C789" w14:textId="6517EF96" w:rsidR="00BD041E" w:rsidRPr="00624D94" w:rsidRDefault="00253828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Sağlık verilerimin, </w:t>
            </w:r>
            <w:r w:rsidRPr="00624D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gerekli hâllerde</w:t>
            </w: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uygun sağlık hizmetine yönlendirilmem ve danışmanlık sürecimin devamlılığının sağlanması amacıyla sağlık kuruluşlarına ve ilgili sağlık uzmanlarına aktarılmasına</w:t>
            </w:r>
            <w:r w:rsidR="00BD041E"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</w:p>
          <w:p w14:paraId="19789229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24D94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Açık rıza veriyorum.</w:t>
            </w:r>
          </w:p>
          <w:p w14:paraId="418BFBFF" w14:textId="77777777" w:rsidR="00BD041E" w:rsidRPr="00624D94" w:rsidRDefault="00BD041E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24D94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624D9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Açık rıza vermiyorum.</w:t>
            </w:r>
          </w:p>
          <w:p w14:paraId="324F3BF5" w14:textId="67875BBA" w:rsidR="00BD041E" w:rsidRPr="00624D94" w:rsidRDefault="00253828" w:rsidP="00624D94">
            <w:pP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Yalnızca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seçenek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işaretlenmelidir</w:t>
            </w:r>
            <w:proofErr w:type="spellEnd"/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70304CD" w14:textId="77777777" w:rsidR="00DF1E14" w:rsidRPr="00624D94" w:rsidRDefault="00DF1E1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DF1E14" w:rsidRPr="00624D94" w14:paraId="7A49ACF4" w14:textId="77777777">
        <w:trPr>
          <w:jc w:val="center"/>
        </w:trPr>
        <w:tc>
          <w:tcPr>
            <w:tcW w:w="10710" w:type="dxa"/>
            <w:gridSpan w:val="2"/>
            <w:shd w:val="clear" w:color="auto" w:fill="0B2D78"/>
          </w:tcPr>
          <w:p w14:paraId="29DC0F74" w14:textId="77777777" w:rsidR="00DF1E14" w:rsidRPr="00624D94" w:rsidRDefault="00F03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9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ÖĞRENCİ BİLGİLERİ VE BEYANI</w:t>
            </w:r>
          </w:p>
        </w:tc>
      </w:tr>
      <w:tr w:rsidR="00DF1E14" w:rsidRPr="00624D94" w14:paraId="6E2928F9" w14:textId="77777777">
        <w:trPr>
          <w:jc w:val="center"/>
        </w:trPr>
        <w:tc>
          <w:tcPr>
            <w:tcW w:w="5355" w:type="dxa"/>
            <w:vAlign w:val="center"/>
          </w:tcPr>
          <w:p w14:paraId="777D0858" w14:textId="77777777" w:rsidR="00DF1E14" w:rsidRPr="00624D94" w:rsidRDefault="00F0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Ad</w:t>
            </w:r>
            <w:proofErr w:type="spellEnd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Soyad</w:t>
            </w:r>
            <w:proofErr w:type="spellEnd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55" w:type="dxa"/>
            <w:vAlign w:val="center"/>
          </w:tcPr>
          <w:p w14:paraId="12B613FA" w14:textId="77777777" w:rsidR="00DF1E14" w:rsidRPr="00624D94" w:rsidRDefault="00F03551" w:rsidP="00BD0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</w:t>
            </w:r>
          </w:p>
        </w:tc>
      </w:tr>
      <w:tr w:rsidR="00DF1E14" w:rsidRPr="00624D94" w14:paraId="765AB1E6" w14:textId="77777777">
        <w:trPr>
          <w:jc w:val="center"/>
        </w:trPr>
        <w:tc>
          <w:tcPr>
            <w:tcW w:w="5355" w:type="dxa"/>
            <w:vAlign w:val="center"/>
          </w:tcPr>
          <w:p w14:paraId="3C15B96A" w14:textId="77777777" w:rsidR="00DF1E14" w:rsidRPr="00624D94" w:rsidRDefault="00F0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Öğrenci No:</w:t>
            </w:r>
          </w:p>
        </w:tc>
        <w:tc>
          <w:tcPr>
            <w:tcW w:w="5355" w:type="dxa"/>
            <w:vAlign w:val="center"/>
          </w:tcPr>
          <w:p w14:paraId="2876F326" w14:textId="77777777" w:rsidR="00DF1E14" w:rsidRPr="00624D94" w:rsidRDefault="00F03551" w:rsidP="00BD0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</w:t>
            </w:r>
            <w:r w:rsidR="00BD041E" w:rsidRPr="00624D94">
              <w:rPr>
                <w:rFonts w:ascii="Times New Roman" w:hAnsi="Times New Roman" w:cs="Times New Roman"/>
                <w:sz w:val="24"/>
                <w:szCs w:val="24"/>
              </w:rPr>
              <w:t>..............................</w:t>
            </w:r>
          </w:p>
        </w:tc>
      </w:tr>
      <w:tr w:rsidR="00DF1E14" w:rsidRPr="00624D94" w14:paraId="53413815" w14:textId="77777777">
        <w:trPr>
          <w:jc w:val="center"/>
        </w:trPr>
        <w:tc>
          <w:tcPr>
            <w:tcW w:w="5355" w:type="dxa"/>
            <w:vAlign w:val="center"/>
          </w:tcPr>
          <w:p w14:paraId="1067AE22" w14:textId="77777777" w:rsidR="00DF1E14" w:rsidRPr="00624D94" w:rsidRDefault="00F0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  <w:proofErr w:type="spellEnd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55" w:type="dxa"/>
            <w:vAlign w:val="center"/>
          </w:tcPr>
          <w:p w14:paraId="748FFF47" w14:textId="77777777" w:rsidR="00DF1E14" w:rsidRPr="00624D94" w:rsidRDefault="00F03551" w:rsidP="00BD0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D9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</w:t>
            </w:r>
          </w:p>
        </w:tc>
      </w:tr>
      <w:tr w:rsidR="00DF1E14" w:rsidRPr="00624D94" w14:paraId="5DC57E3B" w14:textId="77777777">
        <w:trPr>
          <w:jc w:val="center"/>
        </w:trPr>
        <w:tc>
          <w:tcPr>
            <w:tcW w:w="5355" w:type="dxa"/>
            <w:vAlign w:val="center"/>
          </w:tcPr>
          <w:p w14:paraId="0811700C" w14:textId="77777777" w:rsidR="00DF1E14" w:rsidRPr="00624D94" w:rsidRDefault="00F0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  <w:proofErr w:type="spellEnd"/>
            <w:r w:rsidRPr="00624D9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55" w:type="dxa"/>
            <w:vAlign w:val="center"/>
          </w:tcPr>
          <w:p w14:paraId="20043DD9" w14:textId="77777777" w:rsidR="00DF1E14" w:rsidRPr="00624D94" w:rsidRDefault="00DF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887373" w14:textId="1ECB3B8C" w:rsidR="00DF1E14" w:rsidRDefault="00F03551">
      <w:pPr>
        <w:spacing w:before="100" w:after="0"/>
      </w:pPr>
      <w:r w:rsidRPr="00624D94">
        <w:rPr>
          <w:rFonts w:ascii="Times New Roman" w:hAnsi="Times New Roman" w:cs="Times New Roman"/>
          <w:b/>
          <w:color w:val="0B2D78"/>
          <w:sz w:val="24"/>
          <w:szCs w:val="24"/>
        </w:rPr>
        <w:t xml:space="preserve">Not: </w:t>
      </w:r>
      <w:r w:rsidR="001F1109" w:rsidRPr="00624D94">
        <w:rPr>
          <w:rFonts w:ascii="Times New Roman" w:hAnsi="Times New Roman" w:cs="Times New Roman"/>
          <w:sz w:val="24"/>
          <w:szCs w:val="24"/>
        </w:rPr>
        <w:t xml:space="preserve">Bu form,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sunulan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verilerin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işlenmesine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aydınlatma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metninin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62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94">
        <w:rPr>
          <w:rFonts w:ascii="Times New Roman" w:hAnsi="Times New Roman" w:cs="Times New Roman"/>
          <w:sz w:val="24"/>
          <w:szCs w:val="24"/>
        </w:rPr>
        <w:t>geçmez</w:t>
      </w:r>
      <w:proofErr w:type="spellEnd"/>
      <w:r>
        <w:t>.</w:t>
      </w:r>
    </w:p>
    <w:sectPr w:rsidR="00DF1E14" w:rsidSect="00034616">
      <w:headerReference w:type="default" r:id="rId8"/>
      <w:footerReference w:type="default" r:id="rId9"/>
      <w:pgSz w:w="12240" w:h="15840"/>
      <w:pgMar w:top="567" w:right="765" w:bottom="567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2727E" w14:textId="77777777" w:rsidR="00E64AAE" w:rsidRDefault="00E64AAE" w:rsidP="00977DE4">
      <w:pPr>
        <w:spacing w:after="0" w:line="240" w:lineRule="auto"/>
      </w:pPr>
      <w:r>
        <w:separator/>
      </w:r>
    </w:p>
  </w:endnote>
  <w:endnote w:type="continuationSeparator" w:id="0">
    <w:p w14:paraId="538823C6" w14:textId="77777777" w:rsidR="00E64AAE" w:rsidRDefault="00E64AAE" w:rsidP="00977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2345C" w14:textId="0A06EF11" w:rsidR="00977DE4" w:rsidRPr="00977DE4" w:rsidRDefault="00977DE4" w:rsidP="00977DE4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gramStart"/>
    <w:r w:rsidRPr="00977DE4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FR.</w:t>
    </w:r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OKN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.056</w:t>
    </w:r>
    <w:r w:rsidRPr="00977DE4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 xml:space="preserve"> / Rev.00</w:t>
    </w:r>
  </w:p>
  <w:p w14:paraId="5517BBA5" w14:textId="77777777" w:rsidR="00977DE4" w:rsidRDefault="00977D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53E1C" w14:textId="77777777" w:rsidR="00E64AAE" w:rsidRDefault="00E64AAE" w:rsidP="00977DE4">
      <w:pPr>
        <w:spacing w:after="0" w:line="240" w:lineRule="auto"/>
      </w:pPr>
      <w:r>
        <w:separator/>
      </w:r>
    </w:p>
  </w:footnote>
  <w:footnote w:type="continuationSeparator" w:id="0">
    <w:p w14:paraId="6FFCC8F5" w14:textId="77777777" w:rsidR="00E64AAE" w:rsidRDefault="00E64AAE" w:rsidP="00977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76"/>
      <w:gridCol w:w="4996"/>
      <w:gridCol w:w="3108"/>
    </w:tblGrid>
    <w:tr w:rsidR="00977DE4" w:rsidRPr="00977DE4" w14:paraId="7D9660C3" w14:textId="77777777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7F420FB7" w14:textId="77777777" w:rsidR="00977DE4" w:rsidRPr="00977DE4" w:rsidRDefault="00977DE4" w:rsidP="00977DE4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977DE4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34BE5AAD" wp14:editId="05A973E5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461D44C" w14:textId="4A592DC7" w:rsidR="00977DE4" w:rsidRPr="00977DE4" w:rsidRDefault="00977DE4" w:rsidP="00977DE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977DE4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KİŞİSEL VERİLERİN İŞLENMESİNE İLİŞKİN AÇIK RIZA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81A21FA" w14:textId="29F73743" w:rsidR="00977DE4" w:rsidRPr="00977DE4" w:rsidRDefault="00977DE4" w:rsidP="00977DE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Doküman Kodu: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FR.OKN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.056</w:t>
          </w:r>
        </w:p>
      </w:tc>
    </w:tr>
    <w:tr w:rsidR="00977DE4" w:rsidRPr="00977DE4" w14:paraId="0B65A5A9" w14:textId="77777777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0D0B1D17" w14:textId="77777777" w:rsidR="00977DE4" w:rsidRPr="00977DE4" w:rsidRDefault="00977DE4" w:rsidP="00977DE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E67C5C1" w14:textId="77777777" w:rsidR="00977DE4" w:rsidRPr="00977DE4" w:rsidRDefault="00977DE4" w:rsidP="00977DE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E1A8B79" w14:textId="77777777" w:rsidR="00977DE4" w:rsidRPr="00977DE4" w:rsidRDefault="00977DE4" w:rsidP="00977DE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proofErr w:type="spellStart"/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Rev</w:t>
          </w:r>
          <w:proofErr w:type="spellEnd"/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. No: 00</w:t>
          </w:r>
        </w:p>
      </w:tc>
    </w:tr>
    <w:tr w:rsidR="00977DE4" w:rsidRPr="00977DE4" w14:paraId="74C32A83" w14:textId="77777777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5590EBE1" w14:textId="77777777" w:rsidR="00977DE4" w:rsidRPr="00977DE4" w:rsidRDefault="00977DE4" w:rsidP="00977DE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3B60C60" w14:textId="77777777" w:rsidR="00977DE4" w:rsidRPr="00977DE4" w:rsidRDefault="00977DE4" w:rsidP="00977DE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A059F75" w14:textId="77777777" w:rsidR="00977DE4" w:rsidRPr="00977DE4" w:rsidRDefault="00977DE4" w:rsidP="00977DE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Yayın Tarihi: 29.09.2026</w:t>
          </w:r>
        </w:p>
      </w:tc>
    </w:tr>
    <w:tr w:rsidR="00977DE4" w:rsidRPr="00977DE4" w14:paraId="464F89C3" w14:textId="77777777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7E42C9B7" w14:textId="77777777" w:rsidR="00977DE4" w:rsidRPr="00977DE4" w:rsidRDefault="00977DE4" w:rsidP="00977DE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341617F" w14:textId="77777777" w:rsidR="00977DE4" w:rsidRPr="00977DE4" w:rsidRDefault="00977DE4" w:rsidP="00977DE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E463441" w14:textId="77777777" w:rsidR="00977DE4" w:rsidRPr="00977DE4" w:rsidRDefault="00977DE4" w:rsidP="00977DE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Revizyon Tarihi: </w:t>
          </w:r>
        </w:p>
      </w:tc>
    </w:tr>
    <w:tr w:rsidR="00977DE4" w:rsidRPr="00977DE4" w14:paraId="7C6473E0" w14:textId="77777777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14:paraId="7464EA1C" w14:textId="77777777" w:rsidR="00977DE4" w:rsidRPr="00977DE4" w:rsidRDefault="00977DE4" w:rsidP="00977DE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E762011" w14:textId="77777777" w:rsidR="00977DE4" w:rsidRPr="00977DE4" w:rsidRDefault="00977DE4" w:rsidP="00977DE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4B91B97" w14:textId="0F7DA82E" w:rsidR="00977DE4" w:rsidRPr="00977DE4" w:rsidRDefault="00977DE4" w:rsidP="00977DE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Sayfa No: </w:t>
          </w: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begin"/>
          </w: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instrText>PAGE   \* MERGEFORMAT</w:instrText>
          </w: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separate"/>
          </w:r>
          <w:r w:rsidR="00624D94">
            <w:rPr>
              <w:rFonts w:ascii="Times New Roman" w:eastAsia="Times New Roman" w:hAnsi="Times New Roman" w:cs="Times New Roman"/>
              <w:noProof/>
              <w:color w:val="000000"/>
              <w:kern w:val="28"/>
              <w:szCs w:val="20"/>
              <w:lang w:val="tr-TR"/>
            </w:rPr>
            <w:t>1</w:t>
          </w:r>
          <w:r w:rsidRPr="00977DE4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end"/>
          </w:r>
        </w:p>
      </w:tc>
    </w:tr>
  </w:tbl>
  <w:p w14:paraId="40C4BE61" w14:textId="77777777" w:rsidR="00977DE4" w:rsidRPr="00977DE4" w:rsidRDefault="00977DE4" w:rsidP="00977D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F1109"/>
    <w:rsid w:val="002073DD"/>
    <w:rsid w:val="00253828"/>
    <w:rsid w:val="0029639D"/>
    <w:rsid w:val="00326F90"/>
    <w:rsid w:val="00624D94"/>
    <w:rsid w:val="00675730"/>
    <w:rsid w:val="00977DE4"/>
    <w:rsid w:val="00AA1D8D"/>
    <w:rsid w:val="00B47730"/>
    <w:rsid w:val="00BD041E"/>
    <w:rsid w:val="00CB0664"/>
    <w:rsid w:val="00DF1E14"/>
    <w:rsid w:val="00E64AAE"/>
    <w:rsid w:val="00F035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9D00F"/>
  <w14:defaultImageDpi w14:val="300"/>
  <w15:docId w15:val="{C3212D36-45E3-4057-BFE4-FC31E43E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7D0E1E-4656-4C6C-BF48-CFA26E45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2026-09-29T07:47:00Z</dcterms:created>
  <dcterms:modified xsi:type="dcterms:W3CDTF">2026-10-08T11:34:00Z</dcterms:modified>
  <cp:category/>
</cp:coreProperties>
</file>