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5367"/>
        <w:gridCol w:w="5381"/>
      </w:tblGrid>
      <w:tr w:rsidR="001504DE" w:rsidRPr="00816E45" w:rsidTr="0002743B">
        <w:tc>
          <w:tcPr>
            <w:tcW w:w="10748" w:type="dxa"/>
            <w:gridSpan w:val="2"/>
            <w:shd w:val="clear" w:color="auto" w:fill="0B2D78"/>
          </w:tcPr>
          <w:p w:rsidR="001504DE" w:rsidRPr="00816E45" w:rsidRDefault="0052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KAYIT BİLGİLERİ</w:t>
            </w:r>
          </w:p>
        </w:tc>
      </w:tr>
      <w:tr w:rsidR="001504DE" w:rsidRPr="00816E45" w:rsidTr="0002743B">
        <w:tc>
          <w:tcPr>
            <w:tcW w:w="5367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Tarih:</w:t>
            </w:r>
          </w:p>
        </w:tc>
        <w:tc>
          <w:tcPr>
            <w:tcW w:w="5381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1504DE" w:rsidRPr="00816E45" w:rsidTr="0002743B">
        <w:tc>
          <w:tcPr>
            <w:tcW w:w="5367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İlgili Uzman Ad Soyad / Unvan:</w:t>
            </w:r>
          </w:p>
        </w:tc>
        <w:tc>
          <w:tcPr>
            <w:tcW w:w="5381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1504DE" w:rsidRPr="00816E45" w:rsidTr="0002743B">
        <w:tc>
          <w:tcPr>
            <w:tcW w:w="5367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Konsültan / Süpervizör Ad Soyad / Unvan:</w:t>
            </w:r>
          </w:p>
        </w:tc>
        <w:tc>
          <w:tcPr>
            <w:tcW w:w="5381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:rsidR="001504DE" w:rsidRDefault="001504DE">
      <w:pPr>
        <w:spacing w:after="0"/>
      </w:pP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1504DE">
        <w:tc>
          <w:tcPr>
            <w:tcW w:w="10766" w:type="dxa"/>
            <w:shd w:val="clear" w:color="auto" w:fill="0B2D78"/>
          </w:tcPr>
          <w:p w:rsidR="001504DE" w:rsidRPr="00816E45" w:rsidRDefault="0052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GÖRÜŞME</w:t>
            </w:r>
            <w:proofErr w:type="spellEnd"/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TÜRÜ</w:t>
            </w:r>
            <w:proofErr w:type="spellEnd"/>
          </w:p>
        </w:tc>
      </w:tr>
    </w:tbl>
    <w:p w:rsidR="001504DE" w:rsidRPr="00816E45" w:rsidRDefault="00521D87">
      <w:pPr>
        <w:jc w:val="center"/>
        <w:rPr>
          <w:rFonts w:ascii="Times New Roman" w:hAnsi="Times New Roman" w:cs="Times New Roman"/>
          <w:sz w:val="20"/>
          <w:szCs w:val="20"/>
        </w:rPr>
      </w:pPr>
      <w:r w:rsidRPr="00816E45">
        <w:rPr>
          <w:rFonts w:ascii="Segoe UI Symbol" w:hAnsi="Segoe UI Symbol" w:cs="Segoe UI Symbol"/>
          <w:sz w:val="20"/>
          <w:szCs w:val="20"/>
        </w:rPr>
        <w:t>☐</w:t>
      </w:r>
      <w:r w:rsidRPr="00816E4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16E45">
        <w:rPr>
          <w:rFonts w:ascii="Times New Roman" w:hAnsi="Times New Roman" w:cs="Times New Roman"/>
          <w:sz w:val="20"/>
          <w:szCs w:val="20"/>
        </w:rPr>
        <w:t>Konsültasyon</w:t>
      </w:r>
      <w:proofErr w:type="spellEnd"/>
      <w:r w:rsidRPr="00816E45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816E45">
        <w:rPr>
          <w:rFonts w:ascii="Segoe UI Symbol" w:hAnsi="Segoe UI Symbol" w:cs="Segoe UI Symbol"/>
          <w:sz w:val="20"/>
          <w:szCs w:val="20"/>
        </w:rPr>
        <w:t>☐</w:t>
      </w:r>
      <w:r w:rsidRPr="00816E4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16E45">
        <w:rPr>
          <w:rFonts w:ascii="Times New Roman" w:hAnsi="Times New Roman" w:cs="Times New Roman"/>
          <w:sz w:val="20"/>
          <w:szCs w:val="20"/>
        </w:rPr>
        <w:t>Süpervizyon</w:t>
      </w:r>
      <w:proofErr w:type="spellEnd"/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1504DE" w:rsidRPr="00816E45">
        <w:tc>
          <w:tcPr>
            <w:tcW w:w="10766" w:type="dxa"/>
            <w:shd w:val="clear" w:color="auto" w:fill="0B2D78"/>
          </w:tcPr>
          <w:p w:rsidR="001504DE" w:rsidRPr="00816E45" w:rsidRDefault="0052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KONSÜLTASYON / SÜPERVİZYON NEDENİ</w:t>
            </w:r>
          </w:p>
        </w:tc>
      </w:tr>
    </w:tbl>
    <w:p w:rsidR="001504DE" w:rsidRPr="00816E45" w:rsidRDefault="00521D87">
      <w:pPr>
        <w:rPr>
          <w:rFonts w:ascii="Times New Roman" w:hAnsi="Times New Roman" w:cs="Times New Roman"/>
          <w:sz w:val="20"/>
          <w:szCs w:val="20"/>
        </w:rPr>
      </w:pPr>
      <w:r w:rsidRPr="00816E45">
        <w:rPr>
          <w:rFonts w:ascii="Segoe UI Symbol" w:hAnsi="Segoe UI Symbol" w:cs="Segoe UI Symbol"/>
          <w:sz w:val="20"/>
          <w:szCs w:val="20"/>
        </w:rPr>
        <w:t>☐</w:t>
      </w:r>
      <w:r w:rsidRPr="00816E45">
        <w:rPr>
          <w:rFonts w:ascii="Times New Roman" w:hAnsi="Times New Roman" w:cs="Times New Roman"/>
          <w:sz w:val="20"/>
          <w:szCs w:val="20"/>
        </w:rPr>
        <w:t xml:space="preserve"> Risk değerlendirmesi    </w:t>
      </w:r>
      <w:r w:rsidRPr="00816E45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816E45">
        <w:rPr>
          <w:rFonts w:ascii="Times New Roman" w:hAnsi="Times New Roman" w:cs="Times New Roman"/>
          <w:sz w:val="20"/>
          <w:szCs w:val="20"/>
        </w:rPr>
        <w:tab/>
      </w:r>
      <w:r w:rsidRPr="00816E45">
        <w:rPr>
          <w:rFonts w:ascii="Segoe UI Symbol" w:hAnsi="Segoe UI Symbol" w:cs="Segoe UI Symbol"/>
          <w:sz w:val="20"/>
          <w:szCs w:val="20"/>
        </w:rPr>
        <w:t>☐</w:t>
      </w:r>
      <w:r w:rsidRPr="00816E45">
        <w:rPr>
          <w:rFonts w:ascii="Times New Roman" w:hAnsi="Times New Roman" w:cs="Times New Roman"/>
          <w:sz w:val="20"/>
          <w:szCs w:val="20"/>
        </w:rPr>
        <w:t xml:space="preserve"> Etik ikilem     </w:t>
      </w:r>
      <w:r w:rsidRPr="00816E45">
        <w:rPr>
          <w:rFonts w:ascii="Times New Roman" w:hAnsi="Times New Roman" w:cs="Times New Roman"/>
          <w:sz w:val="20"/>
          <w:szCs w:val="20"/>
        </w:rPr>
        <w:tab/>
      </w:r>
      <w:r w:rsidRPr="00816E45">
        <w:rPr>
          <w:rFonts w:ascii="Times New Roman" w:hAnsi="Times New Roman" w:cs="Times New Roman"/>
          <w:sz w:val="20"/>
          <w:szCs w:val="20"/>
        </w:rPr>
        <w:tab/>
      </w:r>
      <w:r w:rsidRPr="00816E45">
        <w:rPr>
          <w:rFonts w:ascii="Segoe UI Symbol" w:hAnsi="Segoe UI Symbol" w:cs="Segoe UI Symbol"/>
          <w:sz w:val="20"/>
          <w:szCs w:val="20"/>
        </w:rPr>
        <w:t>☐</w:t>
      </w:r>
      <w:r w:rsidRPr="00816E45">
        <w:rPr>
          <w:rFonts w:ascii="Times New Roman" w:hAnsi="Times New Roman" w:cs="Times New Roman"/>
          <w:sz w:val="20"/>
          <w:szCs w:val="20"/>
        </w:rPr>
        <w:t xml:space="preserve"> Klinik değerlendirme</w:t>
      </w:r>
      <w:r w:rsidRPr="00816E45">
        <w:rPr>
          <w:rFonts w:ascii="Times New Roman" w:hAnsi="Times New Roman" w:cs="Times New Roman"/>
          <w:sz w:val="20"/>
          <w:szCs w:val="20"/>
        </w:rPr>
        <w:br/>
      </w:r>
      <w:r w:rsidRPr="00816E45">
        <w:rPr>
          <w:rFonts w:ascii="Segoe UI Symbol" w:hAnsi="Segoe UI Symbol" w:cs="Segoe UI Symbol"/>
          <w:sz w:val="20"/>
          <w:szCs w:val="20"/>
        </w:rPr>
        <w:t>☐</w:t>
      </w:r>
      <w:r w:rsidRPr="00816E45">
        <w:rPr>
          <w:rFonts w:ascii="Times New Roman" w:hAnsi="Times New Roman" w:cs="Times New Roman"/>
          <w:sz w:val="20"/>
          <w:szCs w:val="20"/>
        </w:rPr>
        <w:t xml:space="preserve"> Hizmet sınırı / yönlendirme     </w:t>
      </w:r>
      <w:r w:rsidRPr="00816E45">
        <w:rPr>
          <w:rFonts w:ascii="Times New Roman" w:hAnsi="Times New Roman" w:cs="Times New Roman"/>
          <w:sz w:val="20"/>
          <w:szCs w:val="20"/>
        </w:rPr>
        <w:tab/>
      </w:r>
      <w:r w:rsidRPr="00816E45">
        <w:rPr>
          <w:rFonts w:ascii="Times New Roman" w:hAnsi="Times New Roman" w:cs="Times New Roman"/>
          <w:sz w:val="20"/>
          <w:szCs w:val="20"/>
        </w:rPr>
        <w:tab/>
      </w:r>
      <w:r w:rsidRPr="00816E45">
        <w:rPr>
          <w:rFonts w:ascii="Segoe UI Symbol" w:hAnsi="Segoe UI Symbol" w:cs="Segoe UI Symbol"/>
          <w:sz w:val="20"/>
          <w:szCs w:val="20"/>
        </w:rPr>
        <w:t>☐</w:t>
      </w:r>
      <w:r w:rsidRPr="00816E45">
        <w:rPr>
          <w:rFonts w:ascii="Times New Roman" w:hAnsi="Times New Roman" w:cs="Times New Roman"/>
          <w:sz w:val="20"/>
          <w:szCs w:val="20"/>
        </w:rPr>
        <w:t xml:space="preserve"> Diğer: ........................................................</w:t>
      </w: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1504DE" w:rsidRPr="00816E45">
        <w:tc>
          <w:tcPr>
            <w:tcW w:w="10766" w:type="dxa"/>
            <w:shd w:val="clear" w:color="auto" w:fill="0B2D78"/>
          </w:tcPr>
          <w:p w:rsidR="001504DE" w:rsidRPr="00816E45" w:rsidRDefault="0052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PAYLAŞILAN BİLGİNİN KAPSAMI</w:t>
            </w:r>
          </w:p>
        </w:tc>
      </w:tr>
    </w:tbl>
    <w:p w:rsidR="001504DE" w:rsidRDefault="00521D87">
      <w:r>
        <w:t>☐ Anonimleştirilmiş vaka bilgisi     ☐ Güvenlik nedeniyle gerekli sınırlı bilgi</w:t>
      </w:r>
      <w:r>
        <w:br/>
        <w:t>☐ Diğer: 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1504DE" w:rsidRPr="00816E45">
        <w:tc>
          <w:tcPr>
            <w:tcW w:w="10766" w:type="dxa"/>
            <w:shd w:val="clear" w:color="auto" w:fill="0B2D78"/>
          </w:tcPr>
          <w:p w:rsidR="001504DE" w:rsidRPr="00816E45" w:rsidRDefault="0052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ELE ALINAN KONU</w:t>
            </w:r>
          </w:p>
        </w:tc>
      </w:tr>
      <w:tr w:rsidR="001504DE" w:rsidRPr="00816E45">
        <w:tc>
          <w:tcPr>
            <w:tcW w:w="10766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</w:t>
            </w:r>
            <w:r w:rsidRPr="00816E45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</w:t>
            </w:r>
          </w:p>
        </w:tc>
      </w:tr>
    </w:tbl>
    <w:p w:rsidR="001504DE" w:rsidRDefault="001504DE">
      <w:pPr>
        <w:spacing w:after="0"/>
      </w:pP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1504DE" w:rsidRPr="00816E45">
        <w:tc>
          <w:tcPr>
            <w:tcW w:w="10766" w:type="dxa"/>
            <w:shd w:val="clear" w:color="auto" w:fill="0B2D78"/>
          </w:tcPr>
          <w:p w:rsidR="001504DE" w:rsidRPr="00816E45" w:rsidRDefault="0052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DEĞERLENDİRME / ÖNERİ</w:t>
            </w:r>
          </w:p>
        </w:tc>
      </w:tr>
      <w:tr w:rsidR="001504DE" w:rsidRPr="00816E45">
        <w:tc>
          <w:tcPr>
            <w:tcW w:w="10766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</w:t>
            </w:r>
            <w:r w:rsidRPr="00816E45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</w:t>
            </w:r>
          </w:p>
        </w:tc>
      </w:tr>
    </w:tbl>
    <w:p w:rsidR="001504DE" w:rsidRDefault="001504DE">
      <w:pPr>
        <w:spacing w:after="0"/>
      </w:pP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10748"/>
      </w:tblGrid>
      <w:tr w:rsidR="001504DE" w:rsidRPr="00816E45">
        <w:tc>
          <w:tcPr>
            <w:tcW w:w="10766" w:type="dxa"/>
            <w:shd w:val="clear" w:color="auto" w:fill="0B2D78"/>
          </w:tcPr>
          <w:p w:rsidR="001504DE" w:rsidRPr="00816E45" w:rsidRDefault="0052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ALINAN KARAR VE İZLEM PLANI</w:t>
            </w:r>
          </w:p>
        </w:tc>
      </w:tr>
      <w:tr w:rsidR="001504DE" w:rsidRPr="00816E45">
        <w:tc>
          <w:tcPr>
            <w:tcW w:w="10766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</w:t>
            </w:r>
            <w:r w:rsidRPr="00816E45">
              <w:rPr>
                <w:rFonts w:ascii="Times New Roman" w:hAnsi="Times New Roman" w:cs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</w:t>
            </w:r>
          </w:p>
        </w:tc>
      </w:tr>
    </w:tbl>
    <w:p w:rsidR="001504DE" w:rsidRDefault="001504DE">
      <w:pPr>
        <w:spacing w:after="0"/>
      </w:pPr>
    </w:p>
    <w:tbl>
      <w:tblPr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ook w:val="04A0" w:firstRow="1" w:lastRow="0" w:firstColumn="1" w:lastColumn="0" w:noHBand="0" w:noVBand="1"/>
      </w:tblPr>
      <w:tblGrid>
        <w:gridCol w:w="5368"/>
        <w:gridCol w:w="5380"/>
      </w:tblGrid>
      <w:tr w:rsidR="001504DE" w:rsidRPr="00816E45">
        <w:tc>
          <w:tcPr>
            <w:tcW w:w="10766" w:type="dxa"/>
            <w:gridSpan w:val="2"/>
            <w:shd w:val="clear" w:color="auto" w:fill="0B2D78"/>
          </w:tcPr>
          <w:p w:rsidR="001504DE" w:rsidRPr="00816E45" w:rsidRDefault="00521D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İZLEM VE ONAY</w:t>
            </w:r>
          </w:p>
        </w:tc>
      </w:tr>
      <w:tr w:rsidR="001504DE" w:rsidRPr="00816E45">
        <w:tc>
          <w:tcPr>
            <w:tcW w:w="5383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İzlem Tarihi (varsa):</w:t>
            </w:r>
          </w:p>
        </w:tc>
        <w:tc>
          <w:tcPr>
            <w:tcW w:w="5383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1504DE" w:rsidRPr="00816E45">
        <w:tc>
          <w:tcPr>
            <w:tcW w:w="5383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İlgili</w:t>
            </w:r>
            <w:proofErr w:type="spellEnd"/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Uzman</w:t>
            </w:r>
            <w:proofErr w:type="spellEnd"/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  <w:proofErr w:type="spellEnd"/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383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</w:t>
            </w:r>
            <w:bookmarkStart w:id="0" w:name="_GoBack"/>
            <w:bookmarkEnd w:id="0"/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</w:t>
            </w:r>
          </w:p>
        </w:tc>
      </w:tr>
      <w:tr w:rsidR="001504DE" w:rsidRPr="00816E45">
        <w:tc>
          <w:tcPr>
            <w:tcW w:w="5383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b/>
                <w:sz w:val="20"/>
                <w:szCs w:val="20"/>
              </w:rPr>
              <w:t>Konsültan / Süpervizör İmza:</w:t>
            </w:r>
          </w:p>
        </w:tc>
        <w:tc>
          <w:tcPr>
            <w:tcW w:w="5383" w:type="dxa"/>
          </w:tcPr>
          <w:p w:rsidR="001504DE" w:rsidRPr="00816E45" w:rsidRDefault="00521D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6E45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:rsidR="001504DE" w:rsidRPr="00816E45" w:rsidRDefault="00521D87">
      <w:pPr>
        <w:rPr>
          <w:rFonts w:ascii="Times New Roman" w:hAnsi="Times New Roman" w:cs="Times New Roman"/>
          <w:sz w:val="20"/>
          <w:szCs w:val="20"/>
        </w:rPr>
      </w:pPr>
      <w:r w:rsidRPr="00816E45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Not: </w:t>
      </w:r>
      <w:r w:rsidRPr="00816E45">
        <w:rPr>
          <w:rFonts w:ascii="Times New Roman" w:hAnsi="Times New Roman" w:cs="Times New Roman"/>
          <w:sz w:val="20"/>
          <w:szCs w:val="20"/>
        </w:rPr>
        <w:t>Kayıtta öğrenciyi doğrudan tanımlayan bilgiler yerine, mümkün olduğunca anonimleştirilmiş vaka bilgisi kullanılmalıdır.</w:t>
      </w:r>
    </w:p>
    <w:sectPr w:rsidR="001504DE" w:rsidRPr="00816E45" w:rsidSect="00816E45">
      <w:headerReference w:type="default" r:id="rId8"/>
      <w:footerReference w:type="default" r:id="rId9"/>
      <w:pgSz w:w="12240" w:h="15840"/>
      <w:pgMar w:top="510" w:right="737" w:bottom="510" w:left="737" w:header="720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08A" w:rsidRDefault="0066408A" w:rsidP="0002743B">
      <w:pPr>
        <w:spacing w:after="0" w:line="240" w:lineRule="auto"/>
      </w:pPr>
      <w:r>
        <w:separator/>
      </w:r>
    </w:p>
  </w:endnote>
  <w:endnote w:type="continuationSeparator" w:id="0">
    <w:p w:rsidR="0066408A" w:rsidRDefault="0066408A" w:rsidP="00027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743B" w:rsidRPr="0002743B" w:rsidRDefault="0002743B" w:rsidP="0002743B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proofErr w:type="gram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FR.OGD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.030</w:t>
    </w:r>
    <w:r w:rsidRPr="0002743B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/ Rev.00</w:t>
    </w:r>
  </w:p>
  <w:p w:rsidR="0002743B" w:rsidRDefault="0002743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08A" w:rsidRDefault="0066408A" w:rsidP="0002743B">
      <w:pPr>
        <w:spacing w:after="0" w:line="240" w:lineRule="auto"/>
      </w:pPr>
      <w:r>
        <w:separator/>
      </w:r>
    </w:p>
  </w:footnote>
  <w:footnote w:type="continuationSeparator" w:id="0">
    <w:p w:rsidR="0066408A" w:rsidRDefault="0066408A" w:rsidP="00027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90"/>
      <w:gridCol w:w="5022"/>
      <w:gridCol w:w="3124"/>
    </w:tblGrid>
    <w:tr w:rsidR="0002743B" w:rsidRPr="0002743B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2743B" w:rsidRPr="0002743B" w:rsidRDefault="0002743B" w:rsidP="0002743B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02743B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74B6AD73" wp14:editId="1F290F23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02743B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PSİKOLOJİK DANIŞMANLIK VE EĞİTİM MERKEZİ (OPDEM)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 KONSÜLTASYON SÜPERVİZYON KAYIT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proofErr w:type="gramStart"/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OGD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.030</w:t>
          </w:r>
        </w:p>
      </w:tc>
    </w:tr>
    <w:tr w:rsidR="0002743B" w:rsidRPr="0002743B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02743B" w:rsidRPr="0002743B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 29.09.2026</w:t>
          </w:r>
        </w:p>
      </w:tc>
    </w:tr>
    <w:tr w:rsidR="0002743B" w:rsidRPr="0002743B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02743B" w:rsidRPr="0002743B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02743B" w:rsidRPr="0002743B" w:rsidRDefault="0002743B" w:rsidP="0002743B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816E45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1</w:t>
          </w:r>
          <w:r w:rsidRPr="0002743B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02743B" w:rsidRPr="0002743B" w:rsidRDefault="0002743B" w:rsidP="000274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43B"/>
    <w:rsid w:val="00034616"/>
    <w:rsid w:val="0006063C"/>
    <w:rsid w:val="001504DE"/>
    <w:rsid w:val="0015074B"/>
    <w:rsid w:val="0029639D"/>
    <w:rsid w:val="00326F90"/>
    <w:rsid w:val="00521D87"/>
    <w:rsid w:val="0066408A"/>
    <w:rsid w:val="00816E4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E4E7C05-1237-4160-810C-06C0833E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87707D-66C5-4819-B967-CADEE78CE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2026-09-29T07:29:00Z</dcterms:created>
  <dcterms:modified xsi:type="dcterms:W3CDTF">2026-10-08T11:01:00Z</dcterms:modified>
  <cp:category/>
</cp:coreProperties>
</file>