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708" w:rsidRPr="00BD70C3" w:rsidRDefault="005E1D39">
      <w:pPr>
        <w:spacing w:before="80" w:after="40"/>
        <w:rPr>
          <w:rFonts w:ascii="Times New Roman" w:hAnsi="Times New Roman" w:cs="Times New Roman"/>
          <w:sz w:val="20"/>
          <w:szCs w:val="20"/>
        </w:rPr>
      </w:pPr>
      <w:proofErr w:type="spellStart"/>
      <w:r w:rsidRPr="00BD70C3">
        <w:rPr>
          <w:rFonts w:ascii="Times New Roman" w:hAnsi="Times New Roman" w:cs="Times New Roman"/>
          <w:b/>
          <w:sz w:val="20"/>
          <w:szCs w:val="20"/>
        </w:rPr>
        <w:t>Değerlendirme</w:t>
      </w:r>
      <w:proofErr w:type="spellEnd"/>
      <w:r w:rsidRPr="00BD70C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b/>
          <w:sz w:val="20"/>
          <w:szCs w:val="20"/>
        </w:rPr>
        <w:t>Dönemi</w:t>
      </w:r>
      <w:proofErr w:type="spellEnd"/>
      <w:r w:rsidRPr="00BD70C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BD70C3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</w:t>
      </w:r>
    </w:p>
    <w:tbl>
      <w:tblPr>
        <w:tblW w:w="11048" w:type="dxa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1048"/>
      </w:tblGrid>
      <w:tr w:rsidR="00EA1708" w:rsidRPr="00BD70C3" w:rsidTr="0084146D">
        <w:tc>
          <w:tcPr>
            <w:tcW w:w="11048" w:type="dxa"/>
          </w:tcPr>
          <w:p w:rsidR="00EA1708" w:rsidRPr="00BD70C3" w:rsidRDefault="005E1D39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t>Aşağıdaki</w:t>
            </w:r>
            <w:proofErr w:type="spellEnd"/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t>alanları</w:t>
            </w:r>
            <w:proofErr w:type="spellEnd"/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1-5 </w:t>
            </w:r>
            <w:proofErr w:type="spellStart"/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t>arasında</w:t>
            </w:r>
            <w:proofErr w:type="spellEnd"/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t>değerlendiriniz</w:t>
            </w:r>
            <w:proofErr w:type="spellEnd"/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BD70C3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1 =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  |   2 =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  |   3 =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  |   4 = Yüksek   |   5 =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  <w:proofErr w:type="spellEnd"/>
          </w:p>
        </w:tc>
      </w:tr>
    </w:tbl>
    <w:p w:rsidR="00EA1708" w:rsidRPr="00BD70C3" w:rsidRDefault="00EA170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1138" w:type="dxa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118"/>
        <w:gridCol w:w="1804"/>
        <w:gridCol w:w="1804"/>
        <w:gridCol w:w="1804"/>
        <w:gridCol w:w="1804"/>
        <w:gridCol w:w="1804"/>
      </w:tblGrid>
      <w:tr w:rsidR="00EA1708" w:rsidRPr="00BD70C3" w:rsidTr="0084146D">
        <w:trPr>
          <w:jc w:val="center"/>
        </w:trPr>
        <w:tc>
          <w:tcPr>
            <w:tcW w:w="2118" w:type="dxa"/>
            <w:shd w:val="clear" w:color="auto" w:fill="0B2D78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DEĞERLENDİRME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ALANI</w:t>
            </w:r>
          </w:p>
        </w:tc>
        <w:tc>
          <w:tcPr>
            <w:tcW w:w="1804" w:type="dxa"/>
            <w:shd w:val="clear" w:color="auto" w:fill="0B2D78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1</w:t>
            </w:r>
          </w:p>
        </w:tc>
        <w:tc>
          <w:tcPr>
            <w:tcW w:w="1804" w:type="dxa"/>
            <w:shd w:val="clear" w:color="auto" w:fill="0B2D78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2</w:t>
            </w:r>
          </w:p>
        </w:tc>
        <w:tc>
          <w:tcPr>
            <w:tcW w:w="1804" w:type="dxa"/>
            <w:shd w:val="clear" w:color="auto" w:fill="0B2D78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3</w:t>
            </w:r>
          </w:p>
        </w:tc>
        <w:tc>
          <w:tcPr>
            <w:tcW w:w="1804" w:type="dxa"/>
            <w:shd w:val="clear" w:color="auto" w:fill="0B2D78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4</w:t>
            </w:r>
          </w:p>
        </w:tc>
        <w:tc>
          <w:tcPr>
            <w:tcW w:w="1804" w:type="dxa"/>
            <w:shd w:val="clear" w:color="auto" w:fill="0B2D78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5</w:t>
            </w:r>
          </w:p>
        </w:tc>
      </w:tr>
      <w:tr w:rsidR="00EA1708" w:rsidRPr="00BD70C3" w:rsidTr="0084146D">
        <w:trPr>
          <w:jc w:val="center"/>
        </w:trPr>
        <w:tc>
          <w:tcPr>
            <w:tcW w:w="2118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Üniversiteye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aidiyet</w:t>
            </w:r>
            <w:proofErr w:type="spellEnd"/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A1708" w:rsidRPr="00BD70C3" w:rsidTr="0084146D">
        <w:trPr>
          <w:jc w:val="center"/>
        </w:trPr>
        <w:tc>
          <w:tcPr>
            <w:tcW w:w="2118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Psikolojik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iyi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oluş</w:t>
            </w:r>
            <w:proofErr w:type="spellEnd"/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A1708" w:rsidRPr="00BD70C3" w:rsidTr="0084146D">
        <w:trPr>
          <w:jc w:val="center"/>
        </w:trPr>
        <w:tc>
          <w:tcPr>
            <w:tcW w:w="2118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yaşamla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baş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edebilme</w:t>
            </w:r>
            <w:proofErr w:type="spellEnd"/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A1708" w:rsidRPr="00BD70C3" w:rsidTr="0084146D">
        <w:trPr>
          <w:jc w:val="center"/>
        </w:trPr>
        <w:tc>
          <w:tcPr>
            <w:tcW w:w="2118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Sosyal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destek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algısı</w:t>
            </w:r>
            <w:proofErr w:type="spellEnd"/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A1708" w:rsidRPr="00BD70C3" w:rsidTr="0084146D">
        <w:trPr>
          <w:jc w:val="center"/>
        </w:trPr>
        <w:tc>
          <w:tcPr>
            <w:tcW w:w="2118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Kampüste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kendini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güvende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hissetme</w:t>
            </w:r>
            <w:proofErr w:type="spellEnd"/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A1708" w:rsidRPr="00BD70C3" w:rsidTr="0084146D">
        <w:trPr>
          <w:jc w:val="center"/>
        </w:trPr>
        <w:tc>
          <w:tcPr>
            <w:tcW w:w="2118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Psikolojik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destek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hizmetlerine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erişilebilirlik</w:t>
            </w:r>
            <w:proofErr w:type="spellEnd"/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A1708" w:rsidRPr="00BD70C3" w:rsidTr="0084146D">
        <w:trPr>
          <w:jc w:val="center"/>
        </w:trPr>
        <w:tc>
          <w:tcPr>
            <w:tcW w:w="2118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OPDEM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hizmetlerine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ilişkin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farkındalık</w:t>
            </w:r>
            <w:proofErr w:type="spellEnd"/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A1708" w:rsidRPr="00BD70C3" w:rsidTr="0084146D">
        <w:trPr>
          <w:jc w:val="center"/>
        </w:trPr>
        <w:tc>
          <w:tcPr>
            <w:tcW w:w="2118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Gerektiğinde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yardım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arama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konusunda</w:t>
            </w:r>
            <w:proofErr w:type="spellEnd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rahatlık</w:t>
            </w:r>
            <w:proofErr w:type="spellEnd"/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804" w:type="dxa"/>
            <w:vAlign w:val="center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:rsidR="00EA1708" w:rsidRPr="00BD70C3" w:rsidRDefault="00EA170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804"/>
      </w:tblGrid>
      <w:tr w:rsidR="00EA1708" w:rsidRPr="00BD70C3">
        <w:trPr>
          <w:jc w:val="center"/>
        </w:trPr>
        <w:tc>
          <w:tcPr>
            <w:tcW w:w="10822" w:type="dxa"/>
            <w:shd w:val="clear" w:color="auto" w:fill="0B2D78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KAMPÜSTE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PSİKOLOJİK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İYİ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OLUŞUNUZU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EN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FAZLA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DESTEKLEYEN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UNSURLAR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NELERDİR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?</w:t>
            </w:r>
          </w:p>
        </w:tc>
      </w:tr>
      <w:tr w:rsidR="00EA1708" w:rsidRPr="00BD70C3">
        <w:trPr>
          <w:jc w:val="center"/>
        </w:trPr>
        <w:tc>
          <w:tcPr>
            <w:tcW w:w="10822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BD70C3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EA1708" w:rsidRPr="00BD70C3" w:rsidRDefault="00EA170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804"/>
      </w:tblGrid>
      <w:tr w:rsidR="00EA1708" w:rsidRPr="00BD70C3">
        <w:trPr>
          <w:jc w:val="center"/>
        </w:trPr>
        <w:tc>
          <w:tcPr>
            <w:tcW w:w="10822" w:type="dxa"/>
            <w:shd w:val="clear" w:color="auto" w:fill="0B2D78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GELİŞTİRİLMESİNİ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İSTEDİĞİNİZ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ALANLAR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NELERDİR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?</w:t>
            </w:r>
          </w:p>
        </w:tc>
      </w:tr>
      <w:tr w:rsidR="00EA1708" w:rsidRPr="00BD70C3">
        <w:trPr>
          <w:jc w:val="center"/>
        </w:trPr>
        <w:tc>
          <w:tcPr>
            <w:tcW w:w="10822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BD70C3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EA1708" w:rsidRPr="00BD70C3" w:rsidRDefault="00EA170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804"/>
      </w:tblGrid>
      <w:tr w:rsidR="00EA1708" w:rsidRPr="00BD70C3">
        <w:trPr>
          <w:jc w:val="center"/>
        </w:trPr>
        <w:tc>
          <w:tcPr>
            <w:tcW w:w="10822" w:type="dxa"/>
            <w:shd w:val="clear" w:color="auto" w:fill="0B2D78"/>
          </w:tcPr>
          <w:p w:rsidR="00EA1708" w:rsidRPr="00BD70C3" w:rsidRDefault="005E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OPDEM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KAPSAMINDA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GÖRMEK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İSTEDİĞİNİZ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ÇALIŞMA</w:t>
            </w:r>
            <w:proofErr w:type="spellEnd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BD70C3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ETKİNLİKLER</w:t>
            </w:r>
            <w:proofErr w:type="spellEnd"/>
          </w:p>
        </w:tc>
      </w:tr>
      <w:tr w:rsidR="00EA1708" w:rsidRPr="00BD70C3">
        <w:trPr>
          <w:jc w:val="center"/>
        </w:trPr>
        <w:tc>
          <w:tcPr>
            <w:tcW w:w="10822" w:type="dxa"/>
          </w:tcPr>
          <w:p w:rsidR="00EA1708" w:rsidRPr="00BD70C3" w:rsidRDefault="005E1D3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BD70C3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BD70C3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EA1708" w:rsidRPr="00BD70C3" w:rsidRDefault="005E1D39">
      <w:pPr>
        <w:spacing w:before="80" w:after="20"/>
        <w:rPr>
          <w:rFonts w:ascii="Times New Roman" w:hAnsi="Times New Roman" w:cs="Times New Roman"/>
          <w:sz w:val="20"/>
          <w:szCs w:val="20"/>
        </w:rPr>
      </w:pPr>
      <w:proofErr w:type="spellStart"/>
      <w:r w:rsidRPr="00BD70C3">
        <w:rPr>
          <w:rFonts w:ascii="Times New Roman" w:hAnsi="Times New Roman" w:cs="Times New Roman"/>
          <w:b/>
          <w:color w:val="0B2D78"/>
          <w:sz w:val="20"/>
          <w:szCs w:val="20"/>
        </w:rPr>
        <w:t>Bilgilendirme</w:t>
      </w:r>
      <w:proofErr w:type="spellEnd"/>
      <w:r w:rsidRPr="00BD70C3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: </w:t>
      </w:r>
      <w:r w:rsidRPr="00BD70C3">
        <w:rPr>
          <w:rFonts w:ascii="Times New Roman" w:hAnsi="Times New Roman" w:cs="Times New Roman"/>
          <w:sz w:val="20"/>
          <w:szCs w:val="20"/>
        </w:rPr>
        <w:t xml:space="preserve">Bu form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bireysel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psikolojik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değerlendirme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tanı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amacı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taşımaz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Formdan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elde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edilen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veriler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kalite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geliştirme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amacıyla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toplulaştırılmı</w:t>
      </w:r>
      <w:bookmarkStart w:id="0" w:name="_GoBack"/>
      <w:bookmarkEnd w:id="0"/>
      <w:r w:rsidRPr="00BD70C3">
        <w:rPr>
          <w:rFonts w:ascii="Times New Roman" w:hAnsi="Times New Roman" w:cs="Times New Roman"/>
          <w:sz w:val="20"/>
          <w:szCs w:val="20"/>
        </w:rPr>
        <w:t>ş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ve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anonim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biçimde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70C3">
        <w:rPr>
          <w:rFonts w:ascii="Times New Roman" w:hAnsi="Times New Roman" w:cs="Times New Roman"/>
          <w:sz w:val="20"/>
          <w:szCs w:val="20"/>
        </w:rPr>
        <w:t>değerlendirilir</w:t>
      </w:r>
      <w:proofErr w:type="spellEnd"/>
      <w:r w:rsidRPr="00BD70C3">
        <w:rPr>
          <w:rFonts w:ascii="Times New Roman" w:hAnsi="Times New Roman" w:cs="Times New Roman"/>
          <w:sz w:val="20"/>
          <w:szCs w:val="20"/>
        </w:rPr>
        <w:t>.</w:t>
      </w:r>
    </w:p>
    <w:sectPr w:rsidR="00EA1708" w:rsidRPr="00BD70C3" w:rsidSect="0084146D">
      <w:headerReference w:type="default" r:id="rId8"/>
      <w:footerReference w:type="default" r:id="rId9"/>
      <w:pgSz w:w="12240" w:h="15840"/>
      <w:pgMar w:top="482" w:right="709" w:bottom="482" w:left="709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054" w:rsidRDefault="00091054" w:rsidP="00601CD4">
      <w:pPr>
        <w:spacing w:after="0" w:line="240" w:lineRule="auto"/>
      </w:pPr>
      <w:r>
        <w:separator/>
      </w:r>
    </w:p>
  </w:endnote>
  <w:endnote w:type="continuationSeparator" w:id="0">
    <w:p w:rsidR="00091054" w:rsidRDefault="00091054" w:rsidP="00601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CD4" w:rsidRPr="00601CD4" w:rsidRDefault="00601CD4" w:rsidP="00601CD4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proofErr w:type="spellStart"/>
    <w:proofErr w:type="gram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FR.OGD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.029</w:t>
    </w:r>
    <w:proofErr w:type="spellEnd"/>
    <w:r w:rsidRPr="00601CD4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 xml:space="preserve">/ </w:t>
    </w:r>
    <w:proofErr w:type="spellStart"/>
    <w:r w:rsidRPr="00601CD4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Rev.00</w:t>
    </w:r>
    <w:proofErr w:type="spellEnd"/>
  </w:p>
  <w:p w:rsidR="00601CD4" w:rsidRDefault="00601C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054" w:rsidRDefault="00091054" w:rsidP="00601CD4">
      <w:pPr>
        <w:spacing w:after="0" w:line="240" w:lineRule="auto"/>
      </w:pPr>
      <w:r>
        <w:separator/>
      </w:r>
    </w:p>
  </w:footnote>
  <w:footnote w:type="continuationSeparator" w:id="0">
    <w:p w:rsidR="00091054" w:rsidRDefault="00091054" w:rsidP="00601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604"/>
      <w:gridCol w:w="5048"/>
      <w:gridCol w:w="3140"/>
    </w:tblGrid>
    <w:tr w:rsidR="00601CD4" w:rsidRPr="00601CD4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01CD4" w:rsidRPr="00601CD4" w:rsidRDefault="00601CD4" w:rsidP="00601CD4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601CD4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38C54118" wp14:editId="025F1901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601CD4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KAMPÜS İYİ OLUŞ ENDEKSİ DEĞERLENDİRME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proofErr w:type="spellStart"/>
          <w:proofErr w:type="gramStart"/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OGD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.029</w:t>
          </w:r>
          <w:proofErr w:type="spellEnd"/>
        </w:p>
      </w:tc>
    </w:tr>
    <w:tr w:rsidR="00601CD4" w:rsidRPr="00601CD4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601CD4" w:rsidRPr="00601CD4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 29.09.2026</w:t>
          </w:r>
        </w:p>
      </w:tc>
    </w:tr>
    <w:tr w:rsidR="00601CD4" w:rsidRPr="00601CD4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601CD4" w:rsidRPr="00601CD4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01CD4" w:rsidRPr="00601CD4" w:rsidRDefault="00601CD4" w:rsidP="00601CD4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84146D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1</w:t>
          </w:r>
          <w:r w:rsidRPr="00601CD4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601CD4" w:rsidRPr="00601CD4" w:rsidRDefault="00601CD4" w:rsidP="00601CD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1054"/>
    <w:rsid w:val="0015074B"/>
    <w:rsid w:val="0029639D"/>
    <w:rsid w:val="00326F90"/>
    <w:rsid w:val="005E1D39"/>
    <w:rsid w:val="00601CD4"/>
    <w:rsid w:val="0084146D"/>
    <w:rsid w:val="00AA1D8D"/>
    <w:rsid w:val="00B47730"/>
    <w:rsid w:val="00BD70C3"/>
    <w:rsid w:val="00CB0664"/>
    <w:rsid w:val="00EA17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EA0789E-C7E3-4F2E-B2E3-1E66E41E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EEE536-66CD-45C6-AD31-6252C366C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4</cp:revision>
  <dcterms:created xsi:type="dcterms:W3CDTF">2026-09-29T07:23:00Z</dcterms:created>
  <dcterms:modified xsi:type="dcterms:W3CDTF">2026-10-08T08:47:00Z</dcterms:modified>
  <cp:category/>
</cp:coreProperties>
</file>