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D95B9A" w:rsidRPr="00E34A36" w:rsidTr="005248DD">
        <w:trPr>
          <w:jc w:val="center"/>
        </w:trPr>
        <w:tc>
          <w:tcPr>
            <w:tcW w:w="10766" w:type="dxa"/>
            <w:gridSpan w:val="2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ÖĞRENCİ BİLGİLERİ</w:t>
            </w:r>
          </w:p>
        </w:tc>
      </w:tr>
      <w:tr w:rsidR="00D95B9A" w:rsidRPr="00E34A36" w:rsidTr="005248DD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Ad Soyad: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  <w:tr w:rsidR="00D95B9A" w:rsidRPr="00E34A36" w:rsidTr="005248DD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Öğrenci No: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  <w:tr w:rsidR="00D95B9A" w:rsidRPr="00E34A36" w:rsidTr="005248DD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Tarih: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</w:tbl>
    <w:p w:rsidR="00D95B9A" w:rsidRDefault="00D95B9A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D95B9A" w:rsidRPr="00E34A36">
        <w:tc>
          <w:tcPr>
            <w:tcW w:w="10766" w:type="dxa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YÖNLENDİRME NEDENİ</w:t>
            </w:r>
          </w:p>
        </w:tc>
      </w:tr>
    </w:tbl>
    <w:p w:rsidR="00D95B9A" w:rsidRDefault="003B0DB3">
      <w:pPr>
        <w:spacing w:before="60" w:after="80"/>
      </w:pPr>
      <w:r>
        <w:t xml:space="preserve">☐ </w:t>
      </w:r>
      <w:proofErr w:type="spellStart"/>
      <w:r w:rsidRPr="00E34A36">
        <w:rPr>
          <w:rFonts w:ascii="Times New Roman" w:hAnsi="Times New Roman" w:cs="Times New Roman"/>
        </w:rPr>
        <w:t>Uzun</w:t>
      </w:r>
      <w:proofErr w:type="spellEnd"/>
      <w:r w:rsidRPr="00E34A36">
        <w:rPr>
          <w:rFonts w:ascii="Times New Roman" w:hAnsi="Times New Roman" w:cs="Times New Roman"/>
        </w:rPr>
        <w:t xml:space="preserve"> </w:t>
      </w:r>
      <w:proofErr w:type="spellStart"/>
      <w:r w:rsidRPr="00E34A36">
        <w:rPr>
          <w:rFonts w:ascii="Times New Roman" w:hAnsi="Times New Roman" w:cs="Times New Roman"/>
        </w:rPr>
        <w:t>sü</w:t>
      </w:r>
      <w:r w:rsidR="00850379" w:rsidRPr="00E34A36">
        <w:rPr>
          <w:rFonts w:ascii="Times New Roman" w:hAnsi="Times New Roman" w:cs="Times New Roman"/>
        </w:rPr>
        <w:t>reli</w:t>
      </w:r>
      <w:proofErr w:type="spellEnd"/>
      <w:r w:rsidR="00850379" w:rsidRPr="00E34A36">
        <w:rPr>
          <w:rFonts w:ascii="Times New Roman" w:hAnsi="Times New Roman" w:cs="Times New Roman"/>
        </w:rPr>
        <w:t xml:space="preserve"> </w:t>
      </w:r>
      <w:proofErr w:type="spellStart"/>
      <w:r w:rsidR="00850379" w:rsidRPr="00E34A36">
        <w:rPr>
          <w:rFonts w:ascii="Times New Roman" w:hAnsi="Times New Roman" w:cs="Times New Roman"/>
        </w:rPr>
        <w:t>psikoterapi</w:t>
      </w:r>
      <w:proofErr w:type="spellEnd"/>
      <w:r w:rsidR="00850379" w:rsidRPr="00E34A36">
        <w:rPr>
          <w:rFonts w:ascii="Times New Roman" w:hAnsi="Times New Roman" w:cs="Times New Roman"/>
        </w:rPr>
        <w:t xml:space="preserve"> </w:t>
      </w:r>
      <w:proofErr w:type="spellStart"/>
      <w:r w:rsidR="00850379" w:rsidRPr="00E34A36">
        <w:rPr>
          <w:rFonts w:ascii="Times New Roman" w:hAnsi="Times New Roman" w:cs="Times New Roman"/>
        </w:rPr>
        <w:t>gereksinimi</w:t>
      </w:r>
      <w:proofErr w:type="spellEnd"/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</w:t>
      </w:r>
      <w:proofErr w:type="spellStart"/>
      <w:r w:rsidRPr="00E34A36">
        <w:rPr>
          <w:rFonts w:ascii="Times New Roman" w:hAnsi="Times New Roman" w:cs="Times New Roman"/>
        </w:rPr>
        <w:t>Psikiyatrik</w:t>
      </w:r>
      <w:proofErr w:type="spellEnd"/>
      <w:r w:rsidRPr="00E34A36">
        <w:rPr>
          <w:rFonts w:ascii="Times New Roman" w:hAnsi="Times New Roman" w:cs="Times New Roman"/>
        </w:rPr>
        <w:t xml:space="preserve"> </w:t>
      </w:r>
      <w:proofErr w:type="spellStart"/>
      <w:r w:rsidRPr="00E34A36">
        <w:rPr>
          <w:rFonts w:ascii="Times New Roman" w:hAnsi="Times New Roman" w:cs="Times New Roman"/>
        </w:rPr>
        <w:t>değerlendirme</w:t>
      </w:r>
      <w:proofErr w:type="spellEnd"/>
      <w:r w:rsidRPr="00E34A36">
        <w:rPr>
          <w:rFonts w:ascii="Times New Roman" w:hAnsi="Times New Roman" w:cs="Times New Roman"/>
        </w:rPr>
        <w:br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</w:t>
      </w:r>
      <w:proofErr w:type="spellStart"/>
      <w:r w:rsidRPr="00E34A36">
        <w:rPr>
          <w:rFonts w:ascii="Times New Roman" w:hAnsi="Times New Roman" w:cs="Times New Roman"/>
        </w:rPr>
        <w:t>İlaç</w:t>
      </w:r>
      <w:proofErr w:type="spellEnd"/>
      <w:r w:rsidRPr="00E34A36">
        <w:rPr>
          <w:rFonts w:ascii="Times New Roman" w:hAnsi="Times New Roman" w:cs="Times New Roman"/>
        </w:rPr>
        <w:t xml:space="preserve"> değerlendirmesi/takibi            </w:t>
      </w:r>
      <w:r w:rsidR="00850379" w:rsidRPr="00E34A36">
        <w:rPr>
          <w:rFonts w:ascii="Times New Roman" w:hAnsi="Times New Roman" w:cs="Times New Roman"/>
        </w:rPr>
        <w:t xml:space="preserve">              </w:t>
      </w:r>
      <w:r w:rsidR="00850379" w:rsidRPr="00E34A36">
        <w:rPr>
          <w:rFonts w:ascii="Times New Roman" w:hAnsi="Times New Roman" w:cs="Times New Roman"/>
        </w:rPr>
        <w:tab/>
      </w:r>
      <w:r w:rsidRPr="00E34A36">
        <w:rPr>
          <w:rFonts w:ascii="Times New Roman" w:hAnsi="Times New Roman" w:cs="Times New Roman"/>
        </w:rPr>
        <w:t xml:space="preserve"> </w:t>
      </w:r>
      <w:r w:rsidR="00850379" w:rsidRPr="00E34A36">
        <w:rPr>
          <w:rFonts w:ascii="Times New Roman" w:hAnsi="Times New Roman" w:cs="Times New Roman"/>
        </w:rPr>
        <w:tab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Yüksek risk/acil değerlendirme</w:t>
      </w:r>
      <w:r w:rsidRPr="00E34A36">
        <w:rPr>
          <w:rFonts w:ascii="Times New Roman" w:hAnsi="Times New Roman" w:cs="Times New Roman"/>
        </w:rPr>
        <w:br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Bağımlıl</w:t>
      </w:r>
      <w:r w:rsidR="00850379" w:rsidRPr="00E34A36">
        <w:rPr>
          <w:rFonts w:ascii="Times New Roman" w:hAnsi="Times New Roman" w:cs="Times New Roman"/>
        </w:rPr>
        <w:t xml:space="preserve">ık hizmeti                 </w:t>
      </w:r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Tıbbi değerlendirme</w:t>
      </w:r>
      <w:r w:rsidRPr="00E34A36">
        <w:rPr>
          <w:rFonts w:ascii="Times New Roman" w:hAnsi="Times New Roman" w:cs="Times New Roman"/>
        </w:rPr>
        <w:br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OPDEM hizmet kapsamını aşan durum       </w:t>
      </w:r>
      <w:r w:rsidR="00850379" w:rsidRPr="00E34A36">
        <w:rPr>
          <w:rFonts w:ascii="Times New Roman" w:hAnsi="Times New Roman" w:cs="Times New Roman"/>
        </w:rPr>
        <w:tab/>
      </w:r>
      <w:r w:rsidR="00850379" w:rsidRPr="00E34A36">
        <w:rPr>
          <w:rFonts w:ascii="Times New Roman" w:hAnsi="Times New Roman" w:cs="Times New Roman"/>
        </w:rPr>
        <w:tab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Diğer: ........................................................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D95B9A" w:rsidRPr="00E34A36">
        <w:trPr>
          <w:jc w:val="center"/>
        </w:trPr>
        <w:tc>
          <w:tcPr>
            <w:tcW w:w="10766" w:type="dxa"/>
            <w:gridSpan w:val="2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YÖNLENDİRME BİLGİLERİ</w:t>
            </w:r>
          </w:p>
        </w:tc>
      </w:tr>
      <w:tr w:rsidR="00D95B9A" w:rsidRPr="00E34A36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Yönlendirilen Hizmet / Uzmanlık Alanı: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  <w:tr w:rsidR="00D95B9A" w:rsidRPr="00E34A36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Yönlendirilen Kurum / Uzman (varsa):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</w:tbl>
    <w:p w:rsidR="00D95B9A" w:rsidRDefault="00D95B9A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D95B9A" w:rsidRPr="00E34A36">
        <w:tc>
          <w:tcPr>
            <w:tcW w:w="10766" w:type="dxa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YÖNLENDİRME ACİLİYETİ</w:t>
            </w:r>
          </w:p>
        </w:tc>
      </w:tr>
    </w:tbl>
    <w:p w:rsidR="00D95B9A" w:rsidRPr="00E34A36" w:rsidRDefault="003B0DB3">
      <w:pPr>
        <w:spacing w:before="60" w:after="80"/>
        <w:jc w:val="center"/>
        <w:rPr>
          <w:rFonts w:ascii="Times New Roman" w:hAnsi="Times New Roman" w:cs="Times New Roman"/>
        </w:rPr>
      </w:pP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Rutin                 </w:t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Öncelikli                 </w:t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Acil</w:t>
      </w: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D95B9A">
        <w:tc>
          <w:tcPr>
            <w:tcW w:w="10766" w:type="dxa"/>
            <w:shd w:val="clear" w:color="auto" w:fill="0B2D78"/>
          </w:tcPr>
          <w:p w:rsidR="00D95B9A" w:rsidRDefault="003B0DB3">
            <w:pPr>
              <w:jc w:val="center"/>
            </w:pPr>
            <w:r>
              <w:rPr>
                <w:b/>
                <w:color w:val="FFFFFF"/>
              </w:rPr>
              <w:t>BİLGİLENDİRME</w:t>
            </w:r>
          </w:p>
        </w:tc>
      </w:tr>
    </w:tbl>
    <w:p w:rsidR="00D95B9A" w:rsidRPr="00E34A36" w:rsidRDefault="003B0DB3">
      <w:pPr>
        <w:spacing w:before="60" w:after="80"/>
        <w:rPr>
          <w:rFonts w:ascii="Times New Roman" w:hAnsi="Times New Roman" w:cs="Times New Roman"/>
        </w:rPr>
      </w:pP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Öğrenciye yönlendirmenin nedeni ve OPDEM hizmet sınırları açıklanmıştır.</w:t>
      </w:r>
      <w:r w:rsidRPr="00E34A36">
        <w:rPr>
          <w:rFonts w:ascii="Times New Roman" w:hAnsi="Times New Roman" w:cs="Times New Roman"/>
        </w:rPr>
        <w:br/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Yönlendirme öğrencinin bilgisi dahilinde yapılmıştır.</w:t>
      </w: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D95B9A" w:rsidRPr="00E34A36">
        <w:tc>
          <w:tcPr>
            <w:tcW w:w="10766" w:type="dxa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İZLEM</w:t>
            </w:r>
          </w:p>
        </w:tc>
      </w:tr>
    </w:tbl>
    <w:p w:rsidR="00D95B9A" w:rsidRPr="00E34A36" w:rsidRDefault="003B0DB3">
      <w:pPr>
        <w:spacing w:before="60" w:after="40"/>
        <w:rPr>
          <w:rFonts w:ascii="Times New Roman" w:hAnsi="Times New Roman" w:cs="Times New Roman"/>
        </w:rPr>
      </w:pPr>
      <w:r w:rsidRPr="00E34A36">
        <w:rPr>
          <w:rFonts w:ascii="Times New Roman" w:hAnsi="Times New Roman" w:cs="Times New Roman"/>
        </w:rPr>
        <w:t xml:space="preserve">İzlem gerekli mi?     </w:t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Hayır     </w:t>
      </w:r>
      <w:r w:rsidRPr="00E34A36">
        <w:rPr>
          <w:rFonts w:ascii="Segoe UI Symbol" w:hAnsi="Segoe UI Symbol" w:cs="Segoe UI Symbol"/>
        </w:rPr>
        <w:t>☐</w:t>
      </w:r>
      <w:r w:rsidRPr="00E34A36">
        <w:rPr>
          <w:rFonts w:ascii="Times New Roman" w:hAnsi="Times New Roman" w:cs="Times New Roman"/>
        </w:rPr>
        <w:t xml:space="preserve"> Evet - Planlanan tarih: ....../....../..........</w:t>
      </w:r>
      <w:r w:rsidRPr="00E34A36">
        <w:rPr>
          <w:rFonts w:ascii="Times New Roman" w:hAnsi="Times New Roman" w:cs="Times New Roman"/>
        </w:rPr>
        <w:br/>
        <w:t>İzlem Sonucu: ........................................................................................................................................</w:t>
      </w:r>
      <w:r w:rsidRPr="00E34A36">
        <w:rPr>
          <w:rFonts w:ascii="Times New Roman" w:hAnsi="Times New Roman" w:cs="Times New Roman"/>
        </w:rPr>
        <w:br/>
        <w:t>................</w:t>
      </w:r>
      <w:bookmarkStart w:id="0" w:name="_GoBack"/>
      <w:bookmarkEnd w:id="0"/>
      <w:r w:rsidRPr="00E34A36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</w:t>
      </w:r>
    </w:p>
    <w:p w:rsidR="00D95B9A" w:rsidRPr="00E34A36" w:rsidRDefault="00D95B9A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83"/>
        <w:gridCol w:w="5383"/>
      </w:tblGrid>
      <w:tr w:rsidR="00D95B9A" w:rsidRPr="00E34A36">
        <w:trPr>
          <w:jc w:val="center"/>
        </w:trPr>
        <w:tc>
          <w:tcPr>
            <w:tcW w:w="10766" w:type="dxa"/>
            <w:gridSpan w:val="2"/>
            <w:shd w:val="clear" w:color="auto" w:fill="0B2D78"/>
          </w:tcPr>
          <w:p w:rsidR="00D95B9A" w:rsidRPr="00E34A36" w:rsidRDefault="003B0DB3">
            <w:pPr>
              <w:jc w:val="center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  <w:color w:val="FFFFFF"/>
              </w:rPr>
              <w:t>YÖNLENDİRMEYİ YAPAN UZMAN</w:t>
            </w:r>
          </w:p>
        </w:tc>
      </w:tr>
      <w:tr w:rsidR="00D95B9A" w:rsidRPr="00E34A36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Ad Soyad / Unvan: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  <w:tr w:rsidR="00D95B9A" w:rsidRPr="00E34A36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Tarih: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  <w:tr w:rsidR="00D95B9A" w:rsidRPr="00E34A36">
        <w:trPr>
          <w:jc w:val="center"/>
        </w:trPr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  <w:b/>
              </w:rPr>
              <w:t>İmza:</w:t>
            </w:r>
          </w:p>
        </w:tc>
        <w:tc>
          <w:tcPr>
            <w:tcW w:w="5383" w:type="dxa"/>
            <w:vAlign w:val="center"/>
          </w:tcPr>
          <w:p w:rsidR="00D95B9A" w:rsidRPr="00E34A36" w:rsidRDefault="003B0DB3">
            <w:pPr>
              <w:spacing w:before="20" w:after="20"/>
              <w:rPr>
                <w:rFonts w:ascii="Times New Roman" w:hAnsi="Times New Roman" w:cs="Times New Roman"/>
              </w:rPr>
            </w:pPr>
            <w:r w:rsidRPr="00E34A36">
              <w:rPr>
                <w:rFonts w:ascii="Times New Roman" w:hAnsi="Times New Roman" w:cs="Times New Roman"/>
              </w:rPr>
              <w:t>........................................................................................</w:t>
            </w:r>
          </w:p>
        </w:tc>
      </w:tr>
    </w:tbl>
    <w:p w:rsidR="003B0DB3" w:rsidRPr="00E34A36" w:rsidRDefault="003B0DB3">
      <w:pPr>
        <w:rPr>
          <w:rFonts w:ascii="Times New Roman" w:hAnsi="Times New Roman" w:cs="Times New Roman"/>
        </w:rPr>
      </w:pPr>
    </w:p>
    <w:sectPr w:rsidR="003B0DB3" w:rsidRPr="00E34A36" w:rsidSect="00034616">
      <w:headerReference w:type="default" r:id="rId8"/>
      <w:footerReference w:type="default" r:id="rId9"/>
      <w:pgSz w:w="12240" w:h="15840"/>
      <w:pgMar w:top="510" w:right="737" w:bottom="51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53" w:rsidRDefault="00246C53" w:rsidP="005248DD">
      <w:pPr>
        <w:spacing w:after="0" w:line="240" w:lineRule="auto"/>
      </w:pPr>
      <w:r>
        <w:separator/>
      </w:r>
    </w:p>
  </w:endnote>
  <w:endnote w:type="continuationSeparator" w:id="0">
    <w:p w:rsidR="00246C53" w:rsidRDefault="00246C53" w:rsidP="0052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DD" w:rsidRPr="005248DD" w:rsidRDefault="005248DD" w:rsidP="005248DD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gramStart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.028</w:t>
    </w:r>
    <w:r w:rsidRPr="005248DD">
      <w:rPr>
        <w:rFonts w:ascii="Times New Roman" w:eastAsia="Times New Roman" w:hAnsi="Times New Roman" w:cs="Times New Roman"/>
        <w:i/>
        <w:iCs/>
        <w:color w:val="000000"/>
        <w:szCs w:val="20"/>
        <w:lang w:val="tr-TR"/>
      </w:rPr>
      <w:t>/ Rev.00</w:t>
    </w:r>
  </w:p>
  <w:p w:rsidR="005248DD" w:rsidRPr="005248DD" w:rsidRDefault="005248DD" w:rsidP="005248D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53" w:rsidRDefault="00246C53" w:rsidP="005248DD">
      <w:pPr>
        <w:spacing w:after="0" w:line="240" w:lineRule="auto"/>
      </w:pPr>
      <w:r>
        <w:separator/>
      </w:r>
    </w:p>
  </w:footnote>
  <w:footnote w:type="continuationSeparator" w:id="0">
    <w:p w:rsidR="00246C53" w:rsidRDefault="00246C53" w:rsidP="00524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90"/>
      <w:gridCol w:w="5022"/>
      <w:gridCol w:w="3124"/>
    </w:tblGrid>
    <w:tr w:rsidR="005248DD" w:rsidRPr="005248DD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56798E89" wp14:editId="105E0C84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DIŞ KURUM VEYA UZMANA YÖNLENDİRME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Doküman Kodu: </w:t>
          </w: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 xml:space="preserve"> OGD.028</w:t>
          </w:r>
        </w:p>
      </w:tc>
    </w:tr>
    <w:tr w:rsidR="005248DD" w:rsidRPr="005248DD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proofErr w:type="spellStart"/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Rev</w:t>
          </w:r>
          <w:proofErr w:type="spellEnd"/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. No: 00</w:t>
          </w:r>
        </w:p>
      </w:tc>
    </w:tr>
    <w:tr w:rsidR="005248DD" w:rsidRPr="005248DD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>Yayın Tarihi: 29.09.2026</w:t>
          </w:r>
        </w:p>
      </w:tc>
    </w:tr>
    <w:tr w:rsidR="005248DD" w:rsidRPr="005248DD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Revizyon Tarihi: </w:t>
          </w:r>
        </w:p>
      </w:tc>
    </w:tr>
    <w:tr w:rsidR="005248DD" w:rsidRPr="005248DD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5248DD" w:rsidRPr="005248DD" w:rsidRDefault="005248DD" w:rsidP="005248DD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</w:pP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t xml:space="preserve">Sayfa No: </w:t>
          </w: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begin"/>
          </w: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instrText>PAGE   \* MERGEFORMAT</w:instrText>
          </w: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separate"/>
          </w:r>
          <w:r w:rsidR="00E34A36">
            <w:rPr>
              <w:rFonts w:ascii="Times New Roman" w:eastAsia="Times New Roman" w:hAnsi="Times New Roman" w:cs="Times New Roman"/>
              <w:noProof/>
              <w:color w:val="000000"/>
              <w:kern w:val="28"/>
              <w:szCs w:val="20"/>
              <w:lang w:val="tr-TR"/>
            </w:rPr>
            <w:t>1</w:t>
          </w:r>
          <w:r w:rsidRPr="005248DD">
            <w:rPr>
              <w:rFonts w:ascii="Times New Roman" w:eastAsia="Times New Roman" w:hAnsi="Times New Roman" w:cs="Times New Roman"/>
              <w:color w:val="000000"/>
              <w:kern w:val="28"/>
              <w:szCs w:val="20"/>
              <w:lang w:val="tr-TR"/>
            </w:rPr>
            <w:fldChar w:fldCharType="end"/>
          </w:r>
        </w:p>
      </w:tc>
    </w:tr>
  </w:tbl>
  <w:p w:rsidR="005248DD" w:rsidRDefault="005248D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6C53"/>
    <w:rsid w:val="0029639D"/>
    <w:rsid w:val="00326F90"/>
    <w:rsid w:val="003B0DB3"/>
    <w:rsid w:val="005248DD"/>
    <w:rsid w:val="00850379"/>
    <w:rsid w:val="00AA1D8D"/>
    <w:rsid w:val="00B47730"/>
    <w:rsid w:val="00CB0664"/>
    <w:rsid w:val="00D95B9A"/>
    <w:rsid w:val="00E34A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FC30F2C-90A9-412C-B58F-404E62CC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3FD9A0-40F9-4CD2-A73C-9E6CE566E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2026-09-29T07:18:00Z</dcterms:created>
  <dcterms:modified xsi:type="dcterms:W3CDTF">2026-10-08T08:37:00Z</dcterms:modified>
  <cp:category/>
</cp:coreProperties>
</file>