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040" w:rsidRPr="000C5CBA" w:rsidRDefault="003A31CC" w:rsidP="000C5CBA">
      <w:pPr>
        <w:spacing w:after="120" w:line="247" w:lineRule="auto"/>
        <w:jc w:val="both"/>
        <w:rPr>
          <w:rFonts w:ascii="Times New Roman" w:hAnsi="Times New Roman" w:cs="Times New Roman"/>
        </w:rPr>
      </w:pPr>
      <w:r>
        <w:rPr>
          <w:b/>
          <w:color w:val="0B2D78"/>
        </w:rPr>
        <w:t xml:space="preserve">1.  </w:t>
      </w:r>
      <w:r w:rsidRPr="000C5CBA">
        <w:rPr>
          <w:rFonts w:ascii="Times New Roman" w:hAnsi="Times New Roman" w:cs="Times New Roman"/>
        </w:rPr>
        <w:t>Çevrim içi psikolojik danışmanlık hizmetinin OPDEM’in yüz yüze hizmetleriyle aynı etik ve mesleki ilkeler çerçevesinde yürütüldüğü; ancak teknolojik kesinti, mahremiyet ve acil durum yönetimi açısından kendine özgü sınırlılıkları bulunduğu konusunda bilgilendirildim.</w:t>
      </w:r>
    </w:p>
    <w:p w:rsidR="00506040" w:rsidRPr="000C5CBA" w:rsidRDefault="003A31CC" w:rsidP="000C5CBA">
      <w:pPr>
        <w:spacing w:after="120" w:line="247" w:lineRule="auto"/>
        <w:jc w:val="both"/>
        <w:rPr>
          <w:rFonts w:ascii="Times New Roman" w:hAnsi="Times New Roman" w:cs="Times New Roman"/>
        </w:rPr>
      </w:pPr>
      <w:r w:rsidRPr="000C5CBA">
        <w:rPr>
          <w:rFonts w:ascii="Times New Roman" w:hAnsi="Times New Roman" w:cs="Times New Roman"/>
          <w:b/>
          <w:color w:val="0B2D78"/>
        </w:rPr>
        <w:t xml:space="preserve">2.  </w:t>
      </w:r>
      <w:r w:rsidRPr="000C5CBA">
        <w:rPr>
          <w:rFonts w:ascii="Times New Roman" w:hAnsi="Times New Roman" w:cs="Times New Roman"/>
        </w:rPr>
        <w:t>Görüşmeye mümkün olduğunca yalnız ve mahremiyetin korunabildiği bir ortamdan katılacağımı kabul ediyorum. Görüşmelerin kural olarak ses veya görüntü kaydının yapılmayacağını biliyorum.</w:t>
      </w:r>
    </w:p>
    <w:p w:rsidR="00506040" w:rsidRPr="000C5CBA" w:rsidRDefault="003A31CC" w:rsidP="000C5CBA">
      <w:pPr>
        <w:spacing w:after="120" w:line="247" w:lineRule="auto"/>
        <w:jc w:val="both"/>
        <w:rPr>
          <w:rFonts w:ascii="Times New Roman" w:hAnsi="Times New Roman" w:cs="Times New Roman"/>
          <w:lang w:val="tr-TR"/>
        </w:rPr>
      </w:pPr>
      <w:r w:rsidRPr="000C5CBA">
        <w:rPr>
          <w:rFonts w:ascii="Times New Roman" w:hAnsi="Times New Roman" w:cs="Times New Roman"/>
          <w:b/>
          <w:color w:val="0B2D78"/>
        </w:rPr>
        <w:t xml:space="preserve">3.  </w:t>
      </w:r>
      <w:r w:rsidRPr="000C5CBA">
        <w:rPr>
          <w:rFonts w:ascii="Times New Roman" w:hAnsi="Times New Roman" w:cs="Times New Roman"/>
          <w:lang w:val="tr-TR"/>
        </w:rPr>
        <w:t>Her görüşmenin başlangıcında</w:t>
      </w:r>
      <w:r w:rsidR="0028306A" w:rsidRPr="000C5CBA">
        <w:rPr>
          <w:rFonts w:ascii="Times New Roman" w:hAnsi="Times New Roman" w:cs="Times New Roman"/>
          <w:lang w:val="tr-TR"/>
        </w:rPr>
        <w:t xml:space="preserve"> gerektiğinde öğrenciye ulaşabilmek için telefon teyidimin isteneceği ve </w:t>
      </w:r>
      <w:r w:rsidRPr="000C5CBA">
        <w:rPr>
          <w:rFonts w:ascii="Times New Roman" w:hAnsi="Times New Roman" w:cs="Times New Roman"/>
          <w:lang w:val="tr-TR"/>
        </w:rPr>
        <w:t>acil müdahale gerektiren durum</w:t>
      </w:r>
      <w:r w:rsidR="0028306A" w:rsidRPr="000C5CBA">
        <w:rPr>
          <w:rFonts w:ascii="Times New Roman" w:hAnsi="Times New Roman" w:cs="Times New Roman"/>
          <w:lang w:val="tr-TR"/>
        </w:rPr>
        <w:t>larda açık adres/konum bilgimin</w:t>
      </w:r>
      <w:r w:rsidRPr="000C5CBA">
        <w:rPr>
          <w:rFonts w:ascii="Times New Roman" w:hAnsi="Times New Roman" w:cs="Times New Roman"/>
          <w:lang w:val="tr-TR"/>
        </w:rPr>
        <w:t xml:space="preserve"> ve acil durumda iletişim kurulabilecek kişi bilgilerimin teyit edilebileceği konusunda bilgilendirildim.</w:t>
      </w:r>
      <w:r w:rsidR="0028306A" w:rsidRPr="000C5CBA">
        <w:rPr>
          <w:rFonts w:ascii="Times New Roman" w:eastAsiaTheme="minorHAnsi" w:hAnsi="Times New Roman" w:cs="Times New Roman"/>
          <w:b/>
          <w:bCs/>
          <w:color w:val="1F4E79"/>
          <w:sz w:val="22"/>
          <w:lang w:val="tr-TR" w:eastAsia="tr-TR"/>
        </w:rPr>
        <w:t xml:space="preserve"> </w:t>
      </w:r>
    </w:p>
    <w:p w:rsidR="00506040" w:rsidRPr="000C5CBA" w:rsidRDefault="003A31CC" w:rsidP="000C5CBA">
      <w:pPr>
        <w:spacing w:after="120" w:line="247" w:lineRule="auto"/>
        <w:jc w:val="both"/>
        <w:rPr>
          <w:rFonts w:ascii="Times New Roman" w:hAnsi="Times New Roman" w:cs="Times New Roman"/>
        </w:rPr>
      </w:pPr>
      <w:r w:rsidRPr="000C5CBA">
        <w:rPr>
          <w:rFonts w:ascii="Times New Roman" w:hAnsi="Times New Roman" w:cs="Times New Roman"/>
          <w:b/>
          <w:color w:val="0B2D78"/>
        </w:rPr>
        <w:t xml:space="preserve">4.  </w:t>
      </w:r>
      <w:r w:rsidRPr="000C5CBA">
        <w:rPr>
          <w:rFonts w:ascii="Times New Roman" w:hAnsi="Times New Roman" w:cs="Times New Roman"/>
        </w:rPr>
        <w:t>Teknik bağlantının kesilmesi hâlinde yeniden bağlantı kurulmaya çalışılacağını; gerektiğinde telefonla iletişim kurulabileceğini veya görüşmenin yeniden planlanabileceğini biliyorum.</w:t>
      </w:r>
    </w:p>
    <w:p w:rsidR="00506040" w:rsidRPr="000C5CBA" w:rsidRDefault="003A31CC" w:rsidP="000C5CBA">
      <w:pPr>
        <w:spacing w:after="120" w:line="247" w:lineRule="auto"/>
        <w:jc w:val="both"/>
        <w:rPr>
          <w:rFonts w:ascii="Times New Roman" w:hAnsi="Times New Roman" w:cs="Times New Roman"/>
        </w:rPr>
      </w:pPr>
      <w:r w:rsidRPr="000C5CBA">
        <w:rPr>
          <w:rFonts w:ascii="Times New Roman" w:hAnsi="Times New Roman" w:cs="Times New Roman"/>
          <w:b/>
          <w:color w:val="0B2D78"/>
        </w:rPr>
        <w:t xml:space="preserve">5.  </w:t>
      </w:r>
      <w:r w:rsidRPr="000C5CBA">
        <w:rPr>
          <w:rFonts w:ascii="Times New Roman" w:hAnsi="Times New Roman" w:cs="Times New Roman"/>
        </w:rPr>
        <w:t>Kendime veya başkasına yönelik ciddi zarar riski, istismar/ihmal, yasal bildirim yükümlülüğü veya acil tıbbi/psikiyatrik müdahale gerektiren durumlarda; güvenliğin sağlanması amacıyla gerekli kişi ve kurumlarla ilgili mevzuat ve mesleki etik çerçevesinde iletişime geçilebileceği konusunda bilgilendirildim.</w:t>
      </w:r>
    </w:p>
    <w:tbl>
      <w:tblPr>
        <w:tblW w:w="0" w:type="auto"/>
        <w:tblBorders>
          <w:top w:val="single" w:sz="8" w:space="0" w:color="0B2D78"/>
          <w:left w:val="single" w:sz="8" w:space="0" w:color="0B2D78"/>
          <w:bottom w:val="single" w:sz="8" w:space="0" w:color="0B2D78"/>
          <w:right w:val="single" w:sz="8" w:space="0" w:color="0B2D78"/>
          <w:insideH w:val="single" w:sz="8" w:space="0" w:color="0B2D78"/>
          <w:insideV w:val="single" w:sz="8" w:space="0" w:color="0B2D78"/>
        </w:tblBorders>
        <w:tblLook w:val="04A0" w:firstRow="1" w:lastRow="0" w:firstColumn="1" w:lastColumn="0" w:noHBand="0" w:noVBand="1"/>
      </w:tblPr>
      <w:tblGrid>
        <w:gridCol w:w="10690"/>
      </w:tblGrid>
      <w:tr w:rsidR="00506040" w:rsidRPr="000C5CBA">
        <w:tc>
          <w:tcPr>
            <w:tcW w:w="10710" w:type="dxa"/>
          </w:tcPr>
          <w:p w:rsidR="00506040" w:rsidRPr="000C5CBA" w:rsidRDefault="003A31CC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0C5CBA">
              <w:rPr>
                <w:rFonts w:ascii="Segoe UI Symbol" w:hAnsi="Segoe UI Symbol" w:cs="Segoe UI Symbol"/>
                <w:b/>
              </w:rPr>
              <w:t>☐</w:t>
            </w:r>
            <w:r w:rsidRPr="000C5CBA">
              <w:rPr>
                <w:rFonts w:ascii="Times New Roman" w:hAnsi="Times New Roman" w:cs="Times New Roman"/>
                <w:b/>
              </w:rPr>
              <w:t xml:space="preserve"> Çevrim içi psikolojik danışmanlık hizmetini kabul ediyorum.</w:t>
            </w:r>
          </w:p>
          <w:p w:rsidR="00506040" w:rsidRPr="000C5CBA" w:rsidRDefault="003A31CC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</w:rPr>
              <w:t>Yukarıdaki bilgileri okudum, anladım ve sorularımı sorma fırsatı buldum.</w:t>
            </w:r>
          </w:p>
        </w:tc>
      </w:tr>
    </w:tbl>
    <w:p w:rsidR="00506040" w:rsidRPr="000C5CBA" w:rsidRDefault="00506040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506040" w:rsidRPr="000C5CBA">
        <w:trPr>
          <w:jc w:val="center"/>
        </w:trPr>
        <w:tc>
          <w:tcPr>
            <w:tcW w:w="10710" w:type="dxa"/>
            <w:gridSpan w:val="2"/>
            <w:shd w:val="clear" w:color="auto" w:fill="0B2D78"/>
          </w:tcPr>
          <w:p w:rsidR="00506040" w:rsidRPr="000C5CBA" w:rsidRDefault="003A31CC">
            <w:pPr>
              <w:jc w:val="center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  <w:color w:val="FFFFFF"/>
              </w:rPr>
              <w:t>ÖĞRENCİ BİLGİLERİ VE ONAY</w:t>
            </w:r>
          </w:p>
        </w:tc>
      </w:tr>
      <w:tr w:rsidR="00506040" w:rsidRPr="000C5CBA">
        <w:trPr>
          <w:jc w:val="center"/>
        </w:trPr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</w:rPr>
              <w:t>Ad Soyad:</w:t>
            </w:r>
          </w:p>
        </w:tc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</w:rPr>
              <w:t>................................................................................</w:t>
            </w:r>
          </w:p>
        </w:tc>
      </w:tr>
      <w:tr w:rsidR="00506040" w:rsidRPr="000C5CBA">
        <w:trPr>
          <w:jc w:val="center"/>
        </w:trPr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</w:rPr>
              <w:t>Öğrenci No:</w:t>
            </w:r>
            <w:bookmarkStart w:id="0" w:name="_GoBack"/>
            <w:bookmarkEnd w:id="0"/>
          </w:p>
        </w:tc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</w:rPr>
              <w:t>................................................................................</w:t>
            </w:r>
          </w:p>
        </w:tc>
      </w:tr>
      <w:tr w:rsidR="00506040" w:rsidRPr="000C5CBA">
        <w:trPr>
          <w:jc w:val="center"/>
        </w:trPr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</w:rPr>
              <w:t>Telefon:</w:t>
            </w:r>
          </w:p>
        </w:tc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</w:rPr>
              <w:t>................................................................................</w:t>
            </w:r>
          </w:p>
        </w:tc>
      </w:tr>
      <w:tr w:rsidR="00506040" w:rsidRPr="000C5CBA">
        <w:trPr>
          <w:jc w:val="center"/>
        </w:trPr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</w:rPr>
              <w:t>Acil Durum Kişisi / Telefonu:</w:t>
            </w:r>
          </w:p>
        </w:tc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</w:rPr>
              <w:t>................................................................................</w:t>
            </w:r>
          </w:p>
        </w:tc>
      </w:tr>
      <w:tr w:rsidR="00506040" w:rsidRPr="000C5CBA">
        <w:trPr>
          <w:jc w:val="center"/>
        </w:trPr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</w:rPr>
              <w:t>Tarih:</w:t>
            </w:r>
          </w:p>
        </w:tc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</w:rPr>
              <w:t>................................................................................</w:t>
            </w:r>
          </w:p>
        </w:tc>
      </w:tr>
      <w:tr w:rsidR="00506040" w:rsidRPr="000C5CBA">
        <w:trPr>
          <w:jc w:val="center"/>
        </w:trPr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</w:rPr>
              <w:t>İmza:</w:t>
            </w:r>
          </w:p>
        </w:tc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</w:rPr>
              <w:t>................................................................................</w:t>
            </w:r>
          </w:p>
        </w:tc>
      </w:tr>
    </w:tbl>
    <w:p w:rsidR="00506040" w:rsidRPr="000C5CBA" w:rsidRDefault="00506040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506040" w:rsidRPr="000C5CBA">
        <w:trPr>
          <w:jc w:val="center"/>
        </w:trPr>
        <w:tc>
          <w:tcPr>
            <w:tcW w:w="10710" w:type="dxa"/>
            <w:gridSpan w:val="2"/>
            <w:shd w:val="clear" w:color="auto" w:fill="0B2D78"/>
          </w:tcPr>
          <w:p w:rsidR="00506040" w:rsidRPr="000C5CBA" w:rsidRDefault="003A31CC">
            <w:pPr>
              <w:jc w:val="center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  <w:color w:val="FFFFFF"/>
              </w:rPr>
              <w:t>BİLGİLENDİRMEYİ YAPAN UZMAN</w:t>
            </w:r>
          </w:p>
        </w:tc>
      </w:tr>
      <w:tr w:rsidR="00506040" w:rsidRPr="000C5CBA">
        <w:trPr>
          <w:jc w:val="center"/>
        </w:trPr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</w:rPr>
              <w:t>Ad Soyad / Unvan:</w:t>
            </w:r>
          </w:p>
        </w:tc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</w:rPr>
              <w:t>................................................................................</w:t>
            </w:r>
          </w:p>
        </w:tc>
      </w:tr>
      <w:tr w:rsidR="00506040" w:rsidRPr="000C5CBA">
        <w:trPr>
          <w:jc w:val="center"/>
        </w:trPr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</w:rPr>
              <w:t>Tarih:</w:t>
            </w:r>
          </w:p>
        </w:tc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</w:rPr>
              <w:t>................................................................................</w:t>
            </w:r>
          </w:p>
        </w:tc>
      </w:tr>
      <w:tr w:rsidR="00506040" w:rsidRPr="000C5CBA">
        <w:trPr>
          <w:jc w:val="center"/>
        </w:trPr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  <w:b/>
              </w:rPr>
              <w:t>İmza:</w:t>
            </w:r>
          </w:p>
        </w:tc>
        <w:tc>
          <w:tcPr>
            <w:tcW w:w="5355" w:type="dxa"/>
            <w:vAlign w:val="center"/>
          </w:tcPr>
          <w:p w:rsidR="00506040" w:rsidRPr="000C5CBA" w:rsidRDefault="003A31CC">
            <w:pPr>
              <w:spacing w:before="20" w:after="20"/>
              <w:rPr>
                <w:rFonts w:ascii="Times New Roman" w:hAnsi="Times New Roman" w:cs="Times New Roman"/>
              </w:rPr>
            </w:pPr>
            <w:r w:rsidRPr="000C5CBA">
              <w:rPr>
                <w:rFonts w:ascii="Times New Roman" w:hAnsi="Times New Roman" w:cs="Times New Roman"/>
              </w:rPr>
              <w:t>................................................................................</w:t>
            </w:r>
          </w:p>
        </w:tc>
      </w:tr>
    </w:tbl>
    <w:p w:rsidR="003A31CC" w:rsidRPr="000C5CBA" w:rsidRDefault="003A31CC">
      <w:pPr>
        <w:rPr>
          <w:rFonts w:ascii="Times New Roman" w:hAnsi="Times New Roman" w:cs="Times New Roman"/>
        </w:rPr>
      </w:pPr>
    </w:p>
    <w:sectPr w:rsidR="003A31CC" w:rsidRPr="000C5CBA" w:rsidSect="00034616">
      <w:headerReference w:type="default" r:id="rId8"/>
      <w:footerReference w:type="default" r:id="rId9"/>
      <w:pgSz w:w="12240" w:h="15840"/>
      <w:pgMar w:top="567" w:right="765" w:bottom="567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891" w:rsidRDefault="001D1891" w:rsidP="00AB59DA">
      <w:pPr>
        <w:spacing w:after="0" w:line="240" w:lineRule="auto"/>
      </w:pPr>
      <w:r>
        <w:separator/>
      </w:r>
    </w:p>
  </w:endnote>
  <w:endnote w:type="continuationSeparator" w:id="0">
    <w:p w:rsidR="001D1891" w:rsidRDefault="001D1891" w:rsidP="00AB5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9DA" w:rsidRPr="00AB59DA" w:rsidRDefault="00AB59DA" w:rsidP="00AB59DA">
    <w:pPr>
      <w:tabs>
        <w:tab w:val="center" w:pos="4680"/>
        <w:tab w:val="right" w:pos="9360"/>
      </w:tabs>
      <w:spacing w:after="0" w:line="240" w:lineRule="auto"/>
      <w:jc w:val="right"/>
      <w:rPr>
        <w:sz w:val="21"/>
      </w:rPr>
    </w:pPr>
    <w:proofErr w:type="gramStart"/>
    <w:r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FR.OGD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.026</w:t>
    </w:r>
    <w:r w:rsidRPr="00AB59DA"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/ Rev.00</w:t>
    </w:r>
  </w:p>
  <w:p w:rsidR="00AB59DA" w:rsidRDefault="00AB59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891" w:rsidRDefault="001D1891" w:rsidP="00AB59DA">
      <w:pPr>
        <w:spacing w:after="0" w:line="240" w:lineRule="auto"/>
      </w:pPr>
      <w:r>
        <w:separator/>
      </w:r>
    </w:p>
  </w:footnote>
  <w:footnote w:type="continuationSeparator" w:id="0">
    <w:p w:rsidR="001D1891" w:rsidRDefault="001D1891" w:rsidP="00AB5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76"/>
      <w:gridCol w:w="4996"/>
      <w:gridCol w:w="3108"/>
    </w:tblGrid>
    <w:tr w:rsidR="00AB59DA" w:rsidRPr="00AB59DA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AB59DA" w:rsidRPr="00AB59DA" w:rsidRDefault="00AB59DA" w:rsidP="00AB59DA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AB59DA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181674C9" wp14:editId="308B0DE0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59DA" w:rsidRPr="00AB59DA" w:rsidRDefault="00AB59DA" w:rsidP="00AB59D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AB59DA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PSİKOLOJİK DANIŞMANLIK VE EĞİTİM MERKEZİ (OPDEM)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 ÇEVRİM İÇİ PSİKOLOJİK DANIŞMANLIK BİLGİLENDİRİLMİŞ ONAM FORMU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59DA" w:rsidRPr="00AB59DA" w:rsidRDefault="00AB59DA" w:rsidP="00AB59D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 xml:space="preserve">Doküman Kodu: </w:t>
          </w:r>
          <w:proofErr w:type="gramStart"/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OGD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.026</w:t>
          </w:r>
        </w:p>
      </w:tc>
    </w:tr>
    <w:tr w:rsidR="00AB59DA" w:rsidRPr="00AB59DA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AB59DA" w:rsidRPr="00AB59DA" w:rsidRDefault="00AB59DA" w:rsidP="00AB59D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59DA" w:rsidRPr="00AB59DA" w:rsidRDefault="00AB59DA" w:rsidP="00AB59D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59DA" w:rsidRPr="00AB59DA" w:rsidRDefault="00AB59DA" w:rsidP="00AB59D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proofErr w:type="spellStart"/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>Rev</w:t>
          </w:r>
          <w:proofErr w:type="spellEnd"/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>. No: 00</w:t>
          </w:r>
        </w:p>
      </w:tc>
    </w:tr>
    <w:tr w:rsidR="00AB59DA" w:rsidRPr="00AB59DA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AB59DA" w:rsidRPr="00AB59DA" w:rsidRDefault="00AB59DA" w:rsidP="00AB59D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59DA" w:rsidRPr="00AB59DA" w:rsidRDefault="00AB59DA" w:rsidP="00AB59D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59DA" w:rsidRPr="00AB59DA" w:rsidRDefault="00AB59DA" w:rsidP="00AB59D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>Yayın Tarihi: 29.09.2026</w:t>
          </w:r>
        </w:p>
      </w:tc>
    </w:tr>
    <w:tr w:rsidR="00AB59DA" w:rsidRPr="00AB59DA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AB59DA" w:rsidRPr="00AB59DA" w:rsidRDefault="00AB59DA" w:rsidP="00AB59D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59DA" w:rsidRPr="00AB59DA" w:rsidRDefault="00AB59DA" w:rsidP="00AB59D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59DA" w:rsidRPr="00AB59DA" w:rsidRDefault="00AB59DA" w:rsidP="00AB59D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 xml:space="preserve">Revizyon Tarihi: </w:t>
          </w:r>
        </w:p>
      </w:tc>
    </w:tr>
    <w:tr w:rsidR="00AB59DA" w:rsidRPr="00AB59DA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AB59DA" w:rsidRPr="00AB59DA" w:rsidRDefault="00AB59DA" w:rsidP="00AB59D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59DA" w:rsidRPr="00AB59DA" w:rsidRDefault="00AB59DA" w:rsidP="00AB59D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59DA" w:rsidRPr="00AB59DA" w:rsidRDefault="00AB59DA" w:rsidP="00AB59D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 xml:space="preserve">Sayfa No: </w:t>
          </w:r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fldChar w:fldCharType="begin"/>
          </w:r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instrText>PAGE   \* MERGEFORMAT</w:instrText>
          </w:r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fldChar w:fldCharType="separate"/>
          </w:r>
          <w:r w:rsidR="000C5CBA">
            <w:rPr>
              <w:rFonts w:ascii="Times New Roman" w:eastAsia="Times New Roman" w:hAnsi="Times New Roman" w:cs="Times New Roman"/>
              <w:noProof/>
              <w:color w:val="000000"/>
              <w:kern w:val="28"/>
              <w:szCs w:val="20"/>
              <w:lang w:val="tr-TR"/>
            </w:rPr>
            <w:t>1</w:t>
          </w:r>
          <w:r w:rsidRPr="00AB59DA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fldChar w:fldCharType="end"/>
          </w:r>
        </w:p>
      </w:tc>
    </w:tr>
  </w:tbl>
  <w:p w:rsidR="00AB59DA" w:rsidRDefault="00AB59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5CBA"/>
    <w:rsid w:val="0015074B"/>
    <w:rsid w:val="001D1891"/>
    <w:rsid w:val="0028306A"/>
    <w:rsid w:val="0029639D"/>
    <w:rsid w:val="00326F90"/>
    <w:rsid w:val="003A31CC"/>
    <w:rsid w:val="00506040"/>
    <w:rsid w:val="00A41394"/>
    <w:rsid w:val="00AA1D8D"/>
    <w:rsid w:val="00AB59D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9BF16DB-AC25-4394-B8C9-EF662393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51F881-CF2A-4AC5-81DE-A774B222B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3</cp:revision>
  <dcterms:created xsi:type="dcterms:W3CDTF">2026-09-29T07:04:00Z</dcterms:created>
  <dcterms:modified xsi:type="dcterms:W3CDTF">2026-10-08T08:03:00Z</dcterms:modified>
  <cp:category/>
</cp:coreProperties>
</file>