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016" w:rsidRPr="00904ADC" w:rsidRDefault="00876800" w:rsidP="00904ADC">
      <w:pPr>
        <w:spacing w:after="140" w:line="252" w:lineRule="auto"/>
        <w:ind w:left="85" w:hanging="8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b/>
          <w:color w:val="0B2D78"/>
        </w:rPr>
        <w:t>1</w:t>
      </w:r>
      <w:r w:rsidRPr="00904ADC">
        <w:rPr>
          <w:rFonts w:ascii="Times New Roman" w:hAnsi="Times New Roman" w:cs="Times New Roman"/>
          <w:b/>
          <w:color w:val="0B2D78"/>
          <w:sz w:val="20"/>
          <w:szCs w:val="20"/>
        </w:rPr>
        <w:t xml:space="preserve">.  </w:t>
      </w:r>
      <w:r w:rsidRPr="00904ADC">
        <w:rPr>
          <w:rFonts w:ascii="Times New Roman" w:hAnsi="Times New Roman" w:cs="Times New Roman"/>
          <w:sz w:val="20"/>
          <w:szCs w:val="20"/>
        </w:rPr>
        <w:t>İstanbul Okan Üniversitesi Psikolojik Danışmanlık ve Eğitim Merkezi (OPDEM) tarafından sunulan psikolojik danışmanlık hizmetinin amacı, kapsamı ve sınırları hakkında bilgilendirildim.</w:t>
      </w:r>
    </w:p>
    <w:p w:rsidR="00BE7016" w:rsidRPr="00904ADC" w:rsidRDefault="00876800" w:rsidP="00904ADC">
      <w:pPr>
        <w:spacing w:after="140" w:line="252" w:lineRule="auto"/>
        <w:ind w:left="85" w:hanging="85"/>
        <w:jc w:val="both"/>
        <w:rPr>
          <w:rFonts w:ascii="Times New Roman" w:hAnsi="Times New Roman" w:cs="Times New Roman"/>
          <w:sz w:val="20"/>
          <w:szCs w:val="20"/>
        </w:rPr>
      </w:pPr>
      <w:r w:rsidRPr="00904ADC">
        <w:rPr>
          <w:rFonts w:ascii="Times New Roman" w:hAnsi="Times New Roman" w:cs="Times New Roman"/>
          <w:b/>
          <w:color w:val="0B2D78"/>
          <w:sz w:val="20"/>
          <w:szCs w:val="20"/>
        </w:rPr>
        <w:t xml:space="preserve">2.  </w:t>
      </w:r>
      <w:r w:rsidRPr="00904ADC">
        <w:rPr>
          <w:rFonts w:ascii="Times New Roman" w:hAnsi="Times New Roman" w:cs="Times New Roman"/>
          <w:sz w:val="20"/>
          <w:szCs w:val="20"/>
        </w:rPr>
        <w:t>OPDEM hizmetlerinin kısa süreli, koruyucu, önleyici ve destekleyici nitelikte olduğunu; uzun süreli psikoterapi, psikiyatrik tanı veya tıbbi tedavi hizmeti sunulmadığını biliyorum.</w:t>
      </w:r>
    </w:p>
    <w:p w:rsidR="00BE7016" w:rsidRPr="00904ADC" w:rsidRDefault="00876800" w:rsidP="00904ADC">
      <w:pPr>
        <w:spacing w:after="140" w:line="252" w:lineRule="auto"/>
        <w:ind w:left="85" w:hanging="85"/>
        <w:jc w:val="both"/>
        <w:rPr>
          <w:rFonts w:ascii="Times New Roman" w:hAnsi="Times New Roman" w:cs="Times New Roman"/>
          <w:sz w:val="20"/>
          <w:szCs w:val="20"/>
        </w:rPr>
      </w:pPr>
      <w:r w:rsidRPr="00904ADC">
        <w:rPr>
          <w:rFonts w:ascii="Times New Roman" w:hAnsi="Times New Roman" w:cs="Times New Roman"/>
          <w:b/>
          <w:color w:val="0B2D78"/>
          <w:sz w:val="20"/>
          <w:szCs w:val="20"/>
        </w:rPr>
        <w:t xml:space="preserve">3.  </w:t>
      </w:r>
      <w:r w:rsidRPr="00904ADC">
        <w:rPr>
          <w:rFonts w:ascii="Times New Roman" w:hAnsi="Times New Roman" w:cs="Times New Roman"/>
          <w:sz w:val="20"/>
          <w:szCs w:val="20"/>
        </w:rPr>
        <w:t>Görüşme sayısı ve sıklığının ihtiyaçlarım, risk düzeyim, başvuru nedenim ve OPDEM hizmet kapasitesi doğrultusunda ilgili uzman tarafından belirleneceğini; gerektiğinde başka bir uzman veya sağlık kuruluşuna yönlendirilebileceğimi anladım.</w:t>
      </w:r>
    </w:p>
    <w:p w:rsidR="00BE7016" w:rsidRPr="00904ADC" w:rsidRDefault="00876800" w:rsidP="00904ADC">
      <w:pPr>
        <w:spacing w:after="140" w:line="252" w:lineRule="auto"/>
        <w:ind w:left="85" w:hanging="85"/>
        <w:jc w:val="both"/>
        <w:rPr>
          <w:rFonts w:ascii="Times New Roman" w:hAnsi="Times New Roman" w:cs="Times New Roman"/>
          <w:sz w:val="20"/>
          <w:szCs w:val="20"/>
        </w:rPr>
      </w:pPr>
      <w:r w:rsidRPr="00904ADC">
        <w:rPr>
          <w:rFonts w:ascii="Times New Roman" w:hAnsi="Times New Roman" w:cs="Times New Roman"/>
          <w:b/>
          <w:color w:val="0B2D78"/>
          <w:sz w:val="20"/>
          <w:szCs w:val="20"/>
        </w:rPr>
        <w:t xml:space="preserve">4.  </w:t>
      </w:r>
      <w:r w:rsidRPr="00904ADC">
        <w:rPr>
          <w:rFonts w:ascii="Times New Roman" w:hAnsi="Times New Roman" w:cs="Times New Roman"/>
          <w:sz w:val="20"/>
          <w:szCs w:val="20"/>
        </w:rPr>
        <w:t xml:space="preserve">Görüşmelerde paylaştığım bilgilerin gizli tutulacağını; ancak kendime veya başkasına yönelik ciddi zarar riski, istismar/ihmal, yasal </w:t>
      </w:r>
      <w:proofErr w:type="spellStart"/>
      <w:r w:rsidRPr="00904ADC">
        <w:rPr>
          <w:rFonts w:ascii="Times New Roman" w:hAnsi="Times New Roman" w:cs="Times New Roman"/>
          <w:sz w:val="20"/>
          <w:szCs w:val="20"/>
        </w:rPr>
        <w:t>bildirim</w:t>
      </w:r>
      <w:proofErr w:type="spellEnd"/>
      <w:r w:rsidRPr="00904AD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4ADC">
        <w:rPr>
          <w:rFonts w:ascii="Times New Roman" w:hAnsi="Times New Roman" w:cs="Times New Roman"/>
          <w:sz w:val="20"/>
          <w:szCs w:val="20"/>
        </w:rPr>
        <w:t>yükümlülüğü</w:t>
      </w:r>
      <w:proofErr w:type="spellEnd"/>
      <w:r w:rsidRPr="00904AD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4ADC">
        <w:rPr>
          <w:rFonts w:ascii="Times New Roman" w:hAnsi="Times New Roman" w:cs="Times New Roman"/>
          <w:sz w:val="20"/>
          <w:szCs w:val="20"/>
        </w:rPr>
        <w:t>veya</w:t>
      </w:r>
      <w:proofErr w:type="spellEnd"/>
      <w:r w:rsidRPr="00904AD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4ADC">
        <w:rPr>
          <w:rFonts w:ascii="Times New Roman" w:hAnsi="Times New Roman" w:cs="Times New Roman"/>
          <w:sz w:val="20"/>
          <w:szCs w:val="20"/>
        </w:rPr>
        <w:t>acil</w:t>
      </w:r>
      <w:proofErr w:type="spellEnd"/>
      <w:r w:rsidRPr="00904AD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4ADC">
        <w:rPr>
          <w:rFonts w:ascii="Times New Roman" w:hAnsi="Times New Roman" w:cs="Times New Roman"/>
          <w:sz w:val="20"/>
          <w:szCs w:val="20"/>
        </w:rPr>
        <w:t>tıbbi</w:t>
      </w:r>
      <w:proofErr w:type="spellEnd"/>
      <w:r w:rsidRPr="00904ADC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904ADC">
        <w:rPr>
          <w:rFonts w:ascii="Times New Roman" w:hAnsi="Times New Roman" w:cs="Times New Roman"/>
          <w:sz w:val="20"/>
          <w:szCs w:val="20"/>
        </w:rPr>
        <w:t>psikiyatrik</w:t>
      </w:r>
      <w:proofErr w:type="spellEnd"/>
      <w:r w:rsidRPr="00904AD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4ADC">
        <w:rPr>
          <w:rFonts w:ascii="Times New Roman" w:hAnsi="Times New Roman" w:cs="Times New Roman"/>
          <w:sz w:val="20"/>
          <w:szCs w:val="20"/>
        </w:rPr>
        <w:t>müdahale</w:t>
      </w:r>
      <w:proofErr w:type="spellEnd"/>
      <w:r w:rsidRPr="00904AD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4ADC">
        <w:rPr>
          <w:rFonts w:ascii="Times New Roman" w:hAnsi="Times New Roman" w:cs="Times New Roman"/>
          <w:sz w:val="20"/>
          <w:szCs w:val="20"/>
        </w:rPr>
        <w:t>gerektiren</w:t>
      </w:r>
      <w:proofErr w:type="spellEnd"/>
      <w:r w:rsidRPr="00904AD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4ADC">
        <w:rPr>
          <w:rFonts w:ascii="Times New Roman" w:hAnsi="Times New Roman" w:cs="Times New Roman"/>
          <w:sz w:val="20"/>
          <w:szCs w:val="20"/>
        </w:rPr>
        <w:t>durumlarda</w:t>
      </w:r>
      <w:proofErr w:type="spellEnd"/>
      <w:r w:rsidRPr="00904AD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4ADC">
        <w:rPr>
          <w:rFonts w:ascii="Times New Roman" w:hAnsi="Times New Roman" w:cs="Times New Roman"/>
          <w:sz w:val="20"/>
          <w:szCs w:val="20"/>
        </w:rPr>
        <w:t>gizliliğin</w:t>
      </w:r>
      <w:proofErr w:type="spellEnd"/>
      <w:r w:rsidRPr="00904AD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4ADC">
        <w:rPr>
          <w:rFonts w:ascii="Times New Roman" w:hAnsi="Times New Roman" w:cs="Times New Roman"/>
          <w:sz w:val="20"/>
          <w:szCs w:val="20"/>
        </w:rPr>
        <w:t>ilgili</w:t>
      </w:r>
      <w:proofErr w:type="spellEnd"/>
      <w:r w:rsidRPr="00904AD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4ADC">
        <w:rPr>
          <w:rFonts w:ascii="Times New Roman" w:hAnsi="Times New Roman" w:cs="Times New Roman"/>
          <w:sz w:val="20"/>
          <w:szCs w:val="20"/>
        </w:rPr>
        <w:t>mevzuat</w:t>
      </w:r>
      <w:proofErr w:type="spellEnd"/>
      <w:r w:rsidRPr="00904ADC">
        <w:rPr>
          <w:rFonts w:ascii="Times New Roman" w:hAnsi="Times New Roman" w:cs="Times New Roman"/>
          <w:sz w:val="20"/>
          <w:szCs w:val="20"/>
        </w:rPr>
        <w:t xml:space="preserve"> ve </w:t>
      </w:r>
      <w:proofErr w:type="spellStart"/>
      <w:r w:rsidRPr="00904ADC">
        <w:rPr>
          <w:rFonts w:ascii="Times New Roman" w:hAnsi="Times New Roman" w:cs="Times New Roman"/>
          <w:sz w:val="20"/>
          <w:szCs w:val="20"/>
        </w:rPr>
        <w:t>mesleki</w:t>
      </w:r>
      <w:proofErr w:type="spellEnd"/>
      <w:r w:rsidRPr="00904AD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4ADC">
        <w:rPr>
          <w:rFonts w:ascii="Times New Roman" w:hAnsi="Times New Roman" w:cs="Times New Roman"/>
          <w:sz w:val="20"/>
          <w:szCs w:val="20"/>
        </w:rPr>
        <w:t>etik</w:t>
      </w:r>
      <w:proofErr w:type="spellEnd"/>
      <w:r w:rsidRPr="00904AD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4ADC">
        <w:rPr>
          <w:rFonts w:ascii="Times New Roman" w:hAnsi="Times New Roman" w:cs="Times New Roman"/>
          <w:sz w:val="20"/>
          <w:szCs w:val="20"/>
        </w:rPr>
        <w:t>çerçevesinde</w:t>
      </w:r>
      <w:proofErr w:type="spellEnd"/>
      <w:r w:rsidRPr="00904AD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F7860" w:rsidRPr="00904AD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gerekli</w:t>
      </w:r>
      <w:proofErr w:type="spellEnd"/>
      <w:r w:rsidR="008F7860" w:rsidRPr="00904AD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ve </w:t>
      </w:r>
      <w:proofErr w:type="spellStart"/>
      <w:r w:rsidR="008F7860" w:rsidRPr="00904AD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ölçülü</w:t>
      </w:r>
      <w:proofErr w:type="spellEnd"/>
      <w:r w:rsidR="008F7860" w:rsidRPr="00904AD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</w:t>
      </w:r>
      <w:proofErr w:type="spellStart"/>
      <w:r w:rsidR="008F7860" w:rsidRPr="00904AD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olmak</w:t>
      </w:r>
      <w:proofErr w:type="spellEnd"/>
      <w:r w:rsidR="008F7860" w:rsidRPr="00904AD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 xml:space="preserve"> </w:t>
      </w:r>
      <w:proofErr w:type="spellStart"/>
      <w:r w:rsidR="008F7860" w:rsidRPr="00904ADC">
        <w:rPr>
          <w:rFonts w:ascii="Times New Roman" w:hAnsi="Times New Roman" w:cs="Times New Roman"/>
          <w:color w:val="262626" w:themeColor="text1" w:themeTint="D9"/>
          <w:sz w:val="20"/>
          <w:szCs w:val="20"/>
        </w:rPr>
        <w:t>kaydıyla</w:t>
      </w:r>
      <w:proofErr w:type="spellEnd"/>
      <w:r w:rsidR="008F7860" w:rsidRPr="00904AD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4ADC">
        <w:rPr>
          <w:rFonts w:ascii="Times New Roman" w:hAnsi="Times New Roman" w:cs="Times New Roman"/>
          <w:sz w:val="20"/>
          <w:szCs w:val="20"/>
        </w:rPr>
        <w:t>sınırlandırılabileceği</w:t>
      </w:r>
      <w:proofErr w:type="spellEnd"/>
      <w:r w:rsidRPr="00904AD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4ADC">
        <w:rPr>
          <w:rFonts w:ascii="Times New Roman" w:hAnsi="Times New Roman" w:cs="Times New Roman"/>
          <w:sz w:val="20"/>
          <w:szCs w:val="20"/>
        </w:rPr>
        <w:t>konusunda</w:t>
      </w:r>
      <w:proofErr w:type="spellEnd"/>
      <w:r w:rsidRPr="00904AD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4ADC">
        <w:rPr>
          <w:rFonts w:ascii="Times New Roman" w:hAnsi="Times New Roman" w:cs="Times New Roman"/>
          <w:sz w:val="20"/>
          <w:szCs w:val="20"/>
        </w:rPr>
        <w:t>bilgilendirildim</w:t>
      </w:r>
      <w:proofErr w:type="spellEnd"/>
      <w:r w:rsidRPr="00904ADC">
        <w:rPr>
          <w:rFonts w:ascii="Times New Roman" w:hAnsi="Times New Roman" w:cs="Times New Roman"/>
          <w:sz w:val="20"/>
          <w:szCs w:val="20"/>
        </w:rPr>
        <w:t>.</w:t>
      </w:r>
    </w:p>
    <w:p w:rsidR="00BE7016" w:rsidRPr="00904ADC" w:rsidRDefault="00876800" w:rsidP="00904ADC">
      <w:pPr>
        <w:spacing w:after="140" w:line="252" w:lineRule="auto"/>
        <w:ind w:left="85" w:hanging="85"/>
        <w:jc w:val="both"/>
        <w:rPr>
          <w:rFonts w:ascii="Times New Roman" w:hAnsi="Times New Roman" w:cs="Times New Roman"/>
          <w:sz w:val="20"/>
          <w:szCs w:val="20"/>
        </w:rPr>
      </w:pPr>
      <w:r w:rsidRPr="00904ADC">
        <w:rPr>
          <w:rFonts w:ascii="Times New Roman" w:hAnsi="Times New Roman" w:cs="Times New Roman"/>
          <w:b/>
          <w:color w:val="0B2D78"/>
          <w:sz w:val="20"/>
          <w:szCs w:val="20"/>
        </w:rPr>
        <w:t xml:space="preserve">5.  </w:t>
      </w:r>
      <w:r w:rsidRPr="00904ADC">
        <w:rPr>
          <w:rFonts w:ascii="Times New Roman" w:hAnsi="Times New Roman" w:cs="Times New Roman"/>
          <w:sz w:val="20"/>
          <w:szCs w:val="20"/>
        </w:rPr>
        <w:t>Hizmete katılımımın gönüllü olduğunu ve dilediğim zaman hizmeti sonlandırabileceğimi biliyorum.</w:t>
      </w:r>
    </w:p>
    <w:tbl>
      <w:tblPr>
        <w:tblW w:w="0" w:type="auto"/>
        <w:jc w:val="center"/>
        <w:tblBorders>
          <w:top w:val="single" w:sz="9" w:space="0" w:color="0B2D78"/>
          <w:left w:val="single" w:sz="9" w:space="0" w:color="0B2D78"/>
          <w:bottom w:val="single" w:sz="9" w:space="0" w:color="0B2D78"/>
          <w:right w:val="single" w:sz="9" w:space="0" w:color="0B2D78"/>
          <w:insideH w:val="single" w:sz="9" w:space="0" w:color="0B2D78"/>
          <w:insideV w:val="single" w:sz="9" w:space="0" w:color="0B2D78"/>
        </w:tblBorders>
        <w:tblLook w:val="04A0" w:firstRow="1" w:lastRow="0" w:firstColumn="1" w:lastColumn="0" w:noHBand="0" w:noVBand="1"/>
      </w:tblPr>
      <w:tblGrid>
        <w:gridCol w:w="10630"/>
      </w:tblGrid>
      <w:tr w:rsidR="00BE7016" w:rsidRPr="00904ADC">
        <w:trPr>
          <w:jc w:val="center"/>
        </w:trPr>
        <w:tc>
          <w:tcPr>
            <w:tcW w:w="10652" w:type="dxa"/>
          </w:tcPr>
          <w:p w:rsidR="00BE7016" w:rsidRPr="00904ADC" w:rsidRDefault="00876800" w:rsidP="00904ADC">
            <w:pPr>
              <w:spacing w:before="100" w:after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4ADC">
              <w:rPr>
                <w:rFonts w:ascii="Times New Roman" w:hAnsi="Times New Roman" w:cs="Times New Roman"/>
                <w:sz w:val="20"/>
                <w:szCs w:val="20"/>
              </w:rPr>
              <w:t>Yukarıdaki bilgileri okudum, anladım ve sorularımı sorma fırsatı buldum.</w:t>
            </w:r>
            <w:r w:rsidRPr="00904ADC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04ADC">
              <w:rPr>
                <w:rFonts w:ascii="Times New Roman" w:hAnsi="Times New Roman" w:cs="Times New Roman"/>
                <w:b/>
                <w:sz w:val="20"/>
                <w:szCs w:val="20"/>
              </w:rPr>
              <w:t>OPDEM psikolojik danışmanlık hizmetinden yararlanmayı özgür irademle kabul ediyorum.</w:t>
            </w:r>
          </w:p>
        </w:tc>
      </w:tr>
    </w:tbl>
    <w:p w:rsidR="00BE7016" w:rsidRPr="00904ADC" w:rsidRDefault="00BE7016" w:rsidP="00904AD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5326"/>
        <w:gridCol w:w="5326"/>
      </w:tblGrid>
      <w:tr w:rsidR="00BE7016" w:rsidRPr="00904ADC">
        <w:trPr>
          <w:jc w:val="center"/>
        </w:trPr>
        <w:tc>
          <w:tcPr>
            <w:tcW w:w="10652" w:type="dxa"/>
            <w:gridSpan w:val="2"/>
            <w:shd w:val="clear" w:color="auto" w:fill="0B2D78"/>
          </w:tcPr>
          <w:p w:rsidR="00BE7016" w:rsidRPr="00904ADC" w:rsidRDefault="00876800" w:rsidP="00904A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4ADC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ÖĞRENCİ BİLGİLERİ VE ONAY</w:t>
            </w:r>
          </w:p>
        </w:tc>
      </w:tr>
      <w:tr w:rsidR="00BE7016" w:rsidRPr="00904ADC">
        <w:trPr>
          <w:jc w:val="center"/>
        </w:trPr>
        <w:tc>
          <w:tcPr>
            <w:tcW w:w="5326" w:type="dxa"/>
            <w:vAlign w:val="center"/>
          </w:tcPr>
          <w:p w:rsidR="00BE7016" w:rsidRPr="00904ADC" w:rsidRDefault="00876800" w:rsidP="00904ADC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4ADC">
              <w:rPr>
                <w:rFonts w:ascii="Times New Roman" w:hAnsi="Times New Roman" w:cs="Times New Roman"/>
                <w:b/>
                <w:sz w:val="20"/>
                <w:szCs w:val="20"/>
              </w:rPr>
              <w:t>Ad Soyad:</w:t>
            </w:r>
          </w:p>
        </w:tc>
        <w:tc>
          <w:tcPr>
            <w:tcW w:w="5326" w:type="dxa"/>
            <w:vAlign w:val="center"/>
          </w:tcPr>
          <w:p w:rsidR="00BE7016" w:rsidRPr="00904ADC" w:rsidRDefault="00876800" w:rsidP="00904ADC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4ADC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</w:t>
            </w:r>
          </w:p>
        </w:tc>
      </w:tr>
      <w:tr w:rsidR="00BE7016" w:rsidRPr="00904ADC">
        <w:trPr>
          <w:jc w:val="center"/>
        </w:trPr>
        <w:tc>
          <w:tcPr>
            <w:tcW w:w="5326" w:type="dxa"/>
            <w:vAlign w:val="center"/>
          </w:tcPr>
          <w:p w:rsidR="00BE7016" w:rsidRPr="00904ADC" w:rsidRDefault="00876800" w:rsidP="00904ADC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4ADC">
              <w:rPr>
                <w:rFonts w:ascii="Times New Roman" w:hAnsi="Times New Roman" w:cs="Times New Roman"/>
                <w:b/>
                <w:sz w:val="20"/>
                <w:szCs w:val="20"/>
              </w:rPr>
              <w:t>Öğrenci No:</w:t>
            </w:r>
          </w:p>
        </w:tc>
        <w:tc>
          <w:tcPr>
            <w:tcW w:w="5326" w:type="dxa"/>
            <w:vAlign w:val="center"/>
          </w:tcPr>
          <w:p w:rsidR="00BE7016" w:rsidRPr="00904ADC" w:rsidRDefault="00876800" w:rsidP="00904ADC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4ADC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</w:t>
            </w:r>
          </w:p>
        </w:tc>
      </w:tr>
      <w:tr w:rsidR="00BE7016" w:rsidRPr="00904ADC">
        <w:trPr>
          <w:jc w:val="center"/>
        </w:trPr>
        <w:tc>
          <w:tcPr>
            <w:tcW w:w="5326" w:type="dxa"/>
            <w:vAlign w:val="center"/>
          </w:tcPr>
          <w:p w:rsidR="00BE7016" w:rsidRPr="00904ADC" w:rsidRDefault="00876800" w:rsidP="00904ADC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4ADC">
              <w:rPr>
                <w:rFonts w:ascii="Times New Roman" w:hAnsi="Times New Roman" w:cs="Times New Roman"/>
                <w:b/>
                <w:sz w:val="20"/>
                <w:szCs w:val="20"/>
              </w:rPr>
              <w:t>Tarih:</w:t>
            </w:r>
          </w:p>
        </w:tc>
        <w:tc>
          <w:tcPr>
            <w:tcW w:w="5326" w:type="dxa"/>
            <w:vAlign w:val="center"/>
          </w:tcPr>
          <w:p w:rsidR="00BE7016" w:rsidRPr="00904ADC" w:rsidRDefault="00876800" w:rsidP="00904ADC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4ADC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</w:t>
            </w:r>
          </w:p>
        </w:tc>
      </w:tr>
      <w:tr w:rsidR="00BE7016" w:rsidRPr="00904ADC">
        <w:trPr>
          <w:jc w:val="center"/>
        </w:trPr>
        <w:tc>
          <w:tcPr>
            <w:tcW w:w="5326" w:type="dxa"/>
            <w:vAlign w:val="center"/>
          </w:tcPr>
          <w:p w:rsidR="00BE7016" w:rsidRPr="00904ADC" w:rsidRDefault="00876800" w:rsidP="00904ADC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4ADC">
              <w:rPr>
                <w:rFonts w:ascii="Times New Roman" w:hAnsi="Times New Roman" w:cs="Times New Roman"/>
                <w:b/>
                <w:sz w:val="20"/>
                <w:szCs w:val="20"/>
              </w:rPr>
              <w:t>İmza:</w:t>
            </w:r>
          </w:p>
        </w:tc>
        <w:tc>
          <w:tcPr>
            <w:tcW w:w="5326" w:type="dxa"/>
            <w:vAlign w:val="center"/>
          </w:tcPr>
          <w:p w:rsidR="00BE7016" w:rsidRPr="00904ADC" w:rsidRDefault="00876800" w:rsidP="00904ADC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4ADC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</w:t>
            </w:r>
          </w:p>
        </w:tc>
      </w:tr>
    </w:tbl>
    <w:p w:rsidR="00BE7016" w:rsidRPr="00904ADC" w:rsidRDefault="00BE7016" w:rsidP="00904AD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jc w:val="center"/>
        <w:tblBorders>
          <w:top w:val="single" w:sz="7" w:space="0" w:color="0B2D78"/>
          <w:left w:val="single" w:sz="7" w:space="0" w:color="0B2D78"/>
          <w:bottom w:val="single" w:sz="7" w:space="0" w:color="0B2D78"/>
          <w:right w:val="single" w:sz="7" w:space="0" w:color="0B2D78"/>
          <w:insideH w:val="single" w:sz="7" w:space="0" w:color="0B2D78"/>
          <w:insideV w:val="single" w:sz="7" w:space="0" w:color="0B2D78"/>
        </w:tblBorders>
        <w:tblLayout w:type="fixed"/>
        <w:tblLook w:val="04A0" w:firstRow="1" w:lastRow="0" w:firstColumn="1" w:lastColumn="0" w:noHBand="0" w:noVBand="1"/>
      </w:tblPr>
      <w:tblGrid>
        <w:gridCol w:w="5326"/>
        <w:gridCol w:w="5326"/>
      </w:tblGrid>
      <w:tr w:rsidR="00BE7016" w:rsidRPr="00904ADC">
        <w:trPr>
          <w:jc w:val="center"/>
        </w:trPr>
        <w:tc>
          <w:tcPr>
            <w:tcW w:w="10652" w:type="dxa"/>
            <w:gridSpan w:val="2"/>
            <w:shd w:val="clear" w:color="auto" w:fill="0B2D78"/>
          </w:tcPr>
          <w:p w:rsidR="00BE7016" w:rsidRPr="00904ADC" w:rsidRDefault="00876800" w:rsidP="00904A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4ADC">
              <w:rPr>
                <w:rFonts w:ascii="Times New Roman" w:hAnsi="Times New Roman" w:cs="Times New Roman"/>
                <w:b/>
                <w:color w:val="FFFFFF"/>
                <w:sz w:val="20"/>
                <w:szCs w:val="20"/>
              </w:rPr>
              <w:t>BİLGİLENDİRMEYİ YAPAN UZMAN</w:t>
            </w:r>
          </w:p>
        </w:tc>
      </w:tr>
      <w:tr w:rsidR="00BE7016" w:rsidRPr="00904ADC">
        <w:trPr>
          <w:jc w:val="center"/>
        </w:trPr>
        <w:tc>
          <w:tcPr>
            <w:tcW w:w="5326" w:type="dxa"/>
            <w:vAlign w:val="center"/>
          </w:tcPr>
          <w:p w:rsidR="00BE7016" w:rsidRPr="00904ADC" w:rsidRDefault="00876800" w:rsidP="00904ADC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4ADC">
              <w:rPr>
                <w:rFonts w:ascii="Times New Roman" w:hAnsi="Times New Roman" w:cs="Times New Roman"/>
                <w:b/>
                <w:sz w:val="20"/>
                <w:szCs w:val="20"/>
              </w:rPr>
              <w:t>Ad Soyad / Unvan:</w:t>
            </w:r>
          </w:p>
        </w:tc>
        <w:tc>
          <w:tcPr>
            <w:tcW w:w="5326" w:type="dxa"/>
            <w:vAlign w:val="center"/>
          </w:tcPr>
          <w:p w:rsidR="00BE7016" w:rsidRPr="00904ADC" w:rsidRDefault="00876800" w:rsidP="00904ADC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4ADC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</w:t>
            </w:r>
          </w:p>
        </w:tc>
      </w:tr>
      <w:tr w:rsidR="00BE7016" w:rsidRPr="00904ADC">
        <w:trPr>
          <w:jc w:val="center"/>
        </w:trPr>
        <w:tc>
          <w:tcPr>
            <w:tcW w:w="5326" w:type="dxa"/>
            <w:vAlign w:val="center"/>
          </w:tcPr>
          <w:p w:rsidR="00BE7016" w:rsidRPr="00904ADC" w:rsidRDefault="00876800" w:rsidP="00904ADC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4ADC">
              <w:rPr>
                <w:rFonts w:ascii="Times New Roman" w:hAnsi="Times New Roman" w:cs="Times New Roman"/>
                <w:b/>
                <w:sz w:val="20"/>
                <w:szCs w:val="20"/>
              </w:rPr>
              <w:t>Tarih:</w:t>
            </w:r>
          </w:p>
        </w:tc>
        <w:tc>
          <w:tcPr>
            <w:tcW w:w="5326" w:type="dxa"/>
            <w:vAlign w:val="center"/>
          </w:tcPr>
          <w:p w:rsidR="00BE7016" w:rsidRPr="00904ADC" w:rsidRDefault="00876800" w:rsidP="00904ADC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4ADC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</w:t>
            </w:r>
          </w:p>
        </w:tc>
      </w:tr>
      <w:tr w:rsidR="00BE7016" w:rsidRPr="00904ADC">
        <w:trPr>
          <w:jc w:val="center"/>
        </w:trPr>
        <w:tc>
          <w:tcPr>
            <w:tcW w:w="5326" w:type="dxa"/>
            <w:vAlign w:val="center"/>
          </w:tcPr>
          <w:p w:rsidR="00BE7016" w:rsidRPr="00904ADC" w:rsidRDefault="00876800" w:rsidP="00904ADC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4ADC">
              <w:rPr>
                <w:rFonts w:ascii="Times New Roman" w:hAnsi="Times New Roman" w:cs="Times New Roman"/>
                <w:b/>
                <w:sz w:val="20"/>
                <w:szCs w:val="20"/>
              </w:rPr>
              <w:t>İmza:</w:t>
            </w:r>
          </w:p>
        </w:tc>
        <w:tc>
          <w:tcPr>
            <w:tcW w:w="5326" w:type="dxa"/>
            <w:vAlign w:val="center"/>
          </w:tcPr>
          <w:p w:rsidR="00BE7016" w:rsidRPr="00904ADC" w:rsidRDefault="00876800" w:rsidP="00904ADC">
            <w:p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4ADC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........................................................................................</w:t>
            </w:r>
          </w:p>
        </w:tc>
      </w:tr>
    </w:tbl>
    <w:p w:rsidR="00EF4453" w:rsidRPr="00904ADC" w:rsidRDefault="00EF4453" w:rsidP="00904AD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EF4453" w:rsidRPr="00904ADC" w:rsidRDefault="00EF4453" w:rsidP="00904AD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76800" w:rsidRPr="00EF4453" w:rsidRDefault="00876800" w:rsidP="00EF4453">
      <w:pPr>
        <w:jc w:val="right"/>
      </w:pPr>
      <w:bookmarkStart w:id="0" w:name="_GoBack"/>
      <w:bookmarkEnd w:id="0"/>
    </w:p>
    <w:sectPr w:rsidR="00876800" w:rsidRPr="00EF4453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624" w:right="794" w:bottom="624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2F5F" w:rsidRDefault="00462F5F" w:rsidP="004952C8">
      <w:pPr>
        <w:spacing w:after="0" w:line="240" w:lineRule="auto"/>
      </w:pPr>
      <w:r>
        <w:separator/>
      </w:r>
    </w:p>
  </w:endnote>
  <w:endnote w:type="continuationSeparator" w:id="0">
    <w:p w:rsidR="00462F5F" w:rsidRDefault="00462F5F" w:rsidP="00495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453" w:rsidRDefault="00EF445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2C8" w:rsidRDefault="004952C8" w:rsidP="004952C8">
    <w:pPr>
      <w:pStyle w:val="AltBilgi"/>
      <w:jc w:val="right"/>
    </w:pPr>
    <w:proofErr w:type="gramStart"/>
    <w:r>
      <w:rPr>
        <w:rFonts w:ascii="Times New Roman" w:eastAsia="Times New Roman" w:hAnsi="Times New Roman" w:cs="Times New Roman"/>
        <w:i/>
        <w:iCs/>
        <w:color w:val="000000"/>
        <w:sz w:val="20"/>
        <w:szCs w:val="20"/>
        <w:lang w:val="tr-TR"/>
      </w:rPr>
      <w:t>FR.OGD</w:t>
    </w:r>
    <w:proofErr w:type="gramEnd"/>
    <w:r>
      <w:rPr>
        <w:rFonts w:ascii="Times New Roman" w:eastAsia="Times New Roman" w:hAnsi="Times New Roman" w:cs="Times New Roman"/>
        <w:i/>
        <w:iCs/>
        <w:color w:val="000000"/>
        <w:sz w:val="20"/>
        <w:szCs w:val="20"/>
        <w:lang w:val="tr-TR"/>
      </w:rPr>
      <w:t>.025/ Rev.00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453" w:rsidRDefault="00EF445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2F5F" w:rsidRDefault="00462F5F" w:rsidP="004952C8">
      <w:pPr>
        <w:spacing w:after="0" w:line="240" w:lineRule="auto"/>
      </w:pPr>
      <w:r>
        <w:separator/>
      </w:r>
    </w:p>
  </w:footnote>
  <w:footnote w:type="continuationSeparator" w:id="0">
    <w:p w:rsidR="00462F5F" w:rsidRDefault="00462F5F" w:rsidP="00495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453" w:rsidRDefault="00EF445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thinThickSmallGap" w:sz="24" w:space="0" w:color="auto"/>
        <w:left w:val="thinThickSmallGap" w:sz="24" w:space="0" w:color="auto"/>
        <w:bottom w:val="thinThickSmallGap" w:sz="24" w:space="0" w:color="auto"/>
        <w:right w:val="thinThickSmallGap" w:sz="24" w:space="0" w:color="auto"/>
        <w:insideH w:val="thinThickSmallGap" w:sz="24" w:space="0" w:color="auto"/>
        <w:insideV w:val="thinThickSmallGap" w:sz="24" w:space="0" w:color="auto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2562"/>
      <w:gridCol w:w="4969"/>
      <w:gridCol w:w="3091"/>
    </w:tblGrid>
    <w:tr w:rsidR="004952C8" w:rsidRPr="004952C8" w:rsidTr="00AB19D2">
      <w:trPr>
        <w:cantSplit/>
        <w:trHeight w:val="330"/>
      </w:trPr>
      <w:tc>
        <w:tcPr>
          <w:tcW w:w="1206" w:type="pct"/>
          <w:vMerge w:val="restart"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4952C8" w:rsidRPr="004952C8" w:rsidRDefault="004952C8" w:rsidP="004952C8">
          <w:pPr>
            <w:widowControl w:val="0"/>
            <w:suppressAutoHyphens/>
            <w:spacing w:after="0" w:line="240" w:lineRule="atLeast"/>
            <w:jc w:val="center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  <w:r w:rsidRPr="004952C8">
            <w:rPr>
              <w:rFonts w:ascii="Times New Roman" w:eastAsia="Times New Roman" w:hAnsi="Times New Roman" w:cs="Times New Roman"/>
              <w:noProof/>
              <w:color w:val="000000"/>
              <w:kern w:val="28"/>
              <w:sz w:val="24"/>
              <w:szCs w:val="24"/>
              <w:lang w:val="tr-TR" w:eastAsia="tr-TR"/>
            </w:rPr>
            <w:drawing>
              <wp:inline distT="0" distB="0" distL="0" distR="0" wp14:anchorId="50B24572" wp14:editId="621F1741">
                <wp:extent cx="1272540" cy="952500"/>
                <wp:effectExtent l="0" t="0" r="3810" b="0"/>
                <wp:docPr id="2" name="Resim 2" descr="Açıklama: \\oknfilesrv\kullanici\banu.bayrak\Desktop\İstanbul Okan Üniversitesi-Yeni Logo-Converted-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Açıklama: \\oknfilesrv\kullanici\banu.bayrak\Desktop\İstanbul Okan Üniversitesi-Yeni Logo-Converted-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254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39" w:type="pct"/>
          <w:vMerge w:val="restart"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4952C8" w:rsidRPr="004952C8" w:rsidRDefault="004952C8" w:rsidP="004952C8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kern w:val="28"/>
              <w:sz w:val="28"/>
              <w:szCs w:val="28"/>
              <w:lang w:val="tr-TR"/>
            </w:rPr>
          </w:pPr>
          <w:r w:rsidRPr="004952C8">
            <w:rPr>
              <w:rFonts w:ascii="Times New Roman" w:eastAsia="Times New Roman" w:hAnsi="Times New Roman" w:cs="Times New Roman"/>
              <w:b/>
              <w:color w:val="000000"/>
              <w:kern w:val="28"/>
              <w:sz w:val="24"/>
              <w:szCs w:val="28"/>
              <w:lang w:val="tr-TR" w:eastAsia="tr-TR"/>
            </w:rPr>
            <w:t xml:space="preserve">PSİKOLOJİK DANIŞMANLIK VE EĞİTİM MERKEZİ (OPDEM) </w:t>
          </w:r>
          <w:r>
            <w:rPr>
              <w:rFonts w:ascii="Times New Roman" w:eastAsia="Times New Roman" w:hAnsi="Times New Roman" w:cs="Times New Roman"/>
              <w:b/>
              <w:color w:val="000000"/>
              <w:kern w:val="28"/>
              <w:sz w:val="24"/>
              <w:szCs w:val="28"/>
              <w:lang w:val="tr-TR" w:eastAsia="tr-TR"/>
            </w:rPr>
            <w:t>BİLGİLENDİRİLMİŞ ONAM FORMU</w:t>
          </w: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4952C8" w:rsidRPr="004952C8" w:rsidRDefault="004952C8" w:rsidP="004952C8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 w:rsidRPr="004952C8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 xml:space="preserve">Doküman Kodu: </w:t>
          </w:r>
          <w:proofErr w:type="gramStart"/>
          <w:r w:rsidRPr="004952C8">
            <w:rPr>
              <w:rFonts w:ascii="Times New Roman" w:eastAsia="Times New Roman" w:hAnsi="Times New Roman" w:cs="Times New Roman"/>
              <w:color w:val="000000"/>
              <w:kern w:val="28"/>
              <w:sz w:val="22"/>
              <w:szCs w:val="20"/>
              <w:lang w:val="tr-TR"/>
            </w:rPr>
            <w:t>FR.</w:t>
          </w:r>
          <w:r>
            <w:rPr>
              <w:rFonts w:ascii="Times New Roman" w:eastAsia="Times New Roman" w:hAnsi="Times New Roman" w:cs="Times New Roman"/>
              <w:color w:val="000000"/>
              <w:kern w:val="28"/>
              <w:sz w:val="22"/>
              <w:szCs w:val="20"/>
              <w:lang w:val="tr-TR"/>
            </w:rPr>
            <w:t>OGD</w:t>
          </w:r>
          <w:proofErr w:type="gramEnd"/>
          <w:r>
            <w:rPr>
              <w:rFonts w:ascii="Times New Roman" w:eastAsia="Times New Roman" w:hAnsi="Times New Roman" w:cs="Times New Roman"/>
              <w:color w:val="000000"/>
              <w:kern w:val="28"/>
              <w:sz w:val="22"/>
              <w:szCs w:val="20"/>
              <w:lang w:val="tr-TR"/>
            </w:rPr>
            <w:t>.025</w:t>
          </w:r>
        </w:p>
      </w:tc>
    </w:tr>
    <w:tr w:rsidR="004952C8" w:rsidRPr="004952C8" w:rsidTr="00AB19D2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4952C8" w:rsidRPr="004952C8" w:rsidRDefault="004952C8" w:rsidP="004952C8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4952C8" w:rsidRPr="004952C8" w:rsidRDefault="004952C8" w:rsidP="004952C8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4952C8" w:rsidRPr="004952C8" w:rsidRDefault="004952C8" w:rsidP="004952C8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proofErr w:type="spellStart"/>
          <w:r w:rsidRPr="004952C8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>Rev</w:t>
          </w:r>
          <w:proofErr w:type="spellEnd"/>
          <w:r w:rsidRPr="004952C8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>. No: 00</w:t>
          </w:r>
        </w:p>
      </w:tc>
    </w:tr>
    <w:tr w:rsidR="004952C8" w:rsidRPr="004952C8" w:rsidTr="00AB19D2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4952C8" w:rsidRPr="004952C8" w:rsidRDefault="004952C8" w:rsidP="004952C8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4952C8" w:rsidRPr="004952C8" w:rsidRDefault="004952C8" w:rsidP="004952C8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4952C8" w:rsidRPr="004952C8" w:rsidRDefault="004952C8" w:rsidP="004952C8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 w:rsidRPr="004952C8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>Yayın Tarihi: 29.09.2026</w:t>
          </w:r>
        </w:p>
      </w:tc>
    </w:tr>
    <w:tr w:rsidR="004952C8" w:rsidRPr="004952C8" w:rsidTr="00AB19D2">
      <w:trPr>
        <w:cantSplit/>
        <w:trHeight w:val="329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4952C8" w:rsidRPr="004952C8" w:rsidRDefault="004952C8" w:rsidP="004952C8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4952C8" w:rsidRPr="004952C8" w:rsidRDefault="004952C8" w:rsidP="004952C8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4952C8" w:rsidRPr="004952C8" w:rsidRDefault="004952C8" w:rsidP="004952C8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 w:rsidRPr="004952C8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 xml:space="preserve">Revizyon Tarihi: </w:t>
          </w:r>
        </w:p>
      </w:tc>
    </w:tr>
    <w:tr w:rsidR="004952C8" w:rsidRPr="004952C8" w:rsidTr="00AB19D2">
      <w:trPr>
        <w:cantSplit/>
        <w:trHeight w:val="128"/>
      </w:trPr>
      <w:tc>
        <w:tcPr>
          <w:tcW w:w="1206" w:type="pct"/>
          <w:vMerge/>
          <w:tcBorders>
            <w:top w:val="double" w:sz="4" w:space="0" w:color="auto"/>
            <w:left w:val="double" w:sz="4" w:space="0" w:color="auto"/>
            <w:bottom w:val="double" w:sz="4" w:space="0" w:color="auto"/>
            <w:right w:val="single" w:sz="4" w:space="0" w:color="auto"/>
          </w:tcBorders>
          <w:vAlign w:val="center"/>
          <w:hideMark/>
        </w:tcPr>
        <w:p w:rsidR="004952C8" w:rsidRPr="004952C8" w:rsidRDefault="004952C8" w:rsidP="004952C8">
          <w:pPr>
            <w:spacing w:after="0"/>
            <w:rPr>
              <w:rFonts w:ascii="Courier New" w:eastAsia="Times New Roman" w:hAnsi="Courier New" w:cs="Times New Roman"/>
              <w:b/>
              <w:color w:val="000000"/>
              <w:kern w:val="28"/>
              <w:sz w:val="52"/>
              <w:szCs w:val="24"/>
              <w:lang w:val="tr-TR"/>
            </w:rPr>
          </w:pPr>
        </w:p>
      </w:tc>
      <w:tc>
        <w:tcPr>
          <w:tcW w:w="2339" w:type="pct"/>
          <w:vMerge/>
          <w:tcBorders>
            <w:top w:val="double" w:sz="4" w:space="0" w:color="auto"/>
            <w:left w:val="sing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4952C8" w:rsidRPr="004952C8" w:rsidRDefault="004952C8" w:rsidP="004952C8">
          <w:pPr>
            <w:spacing w:after="0"/>
            <w:rPr>
              <w:rFonts w:ascii="Times New Roman" w:eastAsia="Times New Roman" w:hAnsi="Times New Roman" w:cs="Times New Roman"/>
              <w:b/>
              <w:color w:val="000000"/>
              <w:kern w:val="28"/>
              <w:sz w:val="28"/>
              <w:szCs w:val="28"/>
              <w:lang w:val="tr-TR"/>
            </w:rPr>
          </w:pPr>
        </w:p>
      </w:tc>
      <w:tc>
        <w:tcPr>
          <w:tcW w:w="14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4952C8" w:rsidRPr="004952C8" w:rsidRDefault="004952C8" w:rsidP="004952C8">
          <w:pPr>
            <w:widowControl w:val="0"/>
            <w:suppressAutoHyphens/>
            <w:spacing w:after="0" w:line="240" w:lineRule="atLeast"/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</w:pPr>
          <w:r w:rsidRPr="004952C8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t xml:space="preserve">Sayfa No: </w:t>
          </w:r>
          <w:r w:rsidRPr="004952C8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fldChar w:fldCharType="begin"/>
          </w:r>
          <w:r w:rsidRPr="004952C8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instrText>PAGE   \* MERGEFORMAT</w:instrText>
          </w:r>
          <w:r w:rsidRPr="004952C8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fldChar w:fldCharType="separate"/>
          </w:r>
          <w:r w:rsidR="00904ADC">
            <w:rPr>
              <w:rFonts w:ascii="Times New Roman" w:eastAsia="Times New Roman" w:hAnsi="Times New Roman" w:cs="Times New Roman"/>
              <w:noProof/>
              <w:color w:val="000000"/>
              <w:kern w:val="28"/>
              <w:sz w:val="20"/>
              <w:szCs w:val="20"/>
              <w:lang w:val="tr-TR"/>
            </w:rPr>
            <w:t>1</w:t>
          </w:r>
          <w:r w:rsidRPr="004952C8">
            <w:rPr>
              <w:rFonts w:ascii="Times New Roman" w:eastAsia="Times New Roman" w:hAnsi="Times New Roman" w:cs="Times New Roman"/>
              <w:color w:val="000000"/>
              <w:kern w:val="28"/>
              <w:sz w:val="20"/>
              <w:szCs w:val="20"/>
              <w:lang w:val="tr-TR"/>
            </w:rPr>
            <w:fldChar w:fldCharType="end"/>
          </w:r>
        </w:p>
      </w:tc>
    </w:tr>
  </w:tbl>
  <w:p w:rsidR="004952C8" w:rsidRDefault="004952C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453" w:rsidRDefault="00EF445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1A29"/>
    <w:rsid w:val="00326F90"/>
    <w:rsid w:val="00462F5F"/>
    <w:rsid w:val="004952C8"/>
    <w:rsid w:val="005B072F"/>
    <w:rsid w:val="00710142"/>
    <w:rsid w:val="007B2C68"/>
    <w:rsid w:val="00876800"/>
    <w:rsid w:val="008E15AB"/>
    <w:rsid w:val="008F7860"/>
    <w:rsid w:val="00904ADC"/>
    <w:rsid w:val="00AA1D8D"/>
    <w:rsid w:val="00B47730"/>
    <w:rsid w:val="00BE7016"/>
    <w:rsid w:val="00CB0664"/>
    <w:rsid w:val="00EF445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F8C65345-A9A6-4B55-A090-966059C84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0A1F1E5-AF24-4941-897A-2892F0503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Banu Açıkgöz</cp:lastModifiedBy>
  <cp:revision>4</cp:revision>
  <dcterms:created xsi:type="dcterms:W3CDTF">2026-09-29T06:59:00Z</dcterms:created>
  <dcterms:modified xsi:type="dcterms:W3CDTF">2026-10-08T08:01:00Z</dcterms:modified>
  <cp:category/>
</cp:coreProperties>
</file>