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3"/>
        <w:tblW w:w="10880" w:type="dxa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440"/>
        <w:gridCol w:w="5440"/>
      </w:tblGrid>
      <w:tr w:rsidR="0067436E" w:rsidRPr="008447D4" w:rsidTr="0067436E">
        <w:tc>
          <w:tcPr>
            <w:tcW w:w="10880" w:type="dxa"/>
            <w:gridSpan w:val="2"/>
            <w:shd w:val="clear" w:color="auto" w:fill="0B2D78"/>
          </w:tcPr>
          <w:p w:rsidR="0067436E" w:rsidRPr="008447D4" w:rsidRDefault="0067436E" w:rsidP="00674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ÖĞRENCİ </w:t>
            </w:r>
            <w:proofErr w:type="spellStart"/>
            <w:r w:rsidRPr="008447D4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BİLGİLERİ</w:t>
            </w:r>
            <w:proofErr w:type="spellEnd"/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Ad Soyad: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Fakülte/Bölüm: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Sınıf: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Telefon: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E-posta: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Doğum Tarihi (Gün/Ay/Yıl):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67436E" w:rsidRPr="008447D4" w:rsidTr="0067436E"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b/>
                <w:sz w:val="20"/>
                <w:szCs w:val="20"/>
              </w:rPr>
              <w:t>Başvuru Tarihi:</w:t>
            </w:r>
          </w:p>
        </w:tc>
        <w:tc>
          <w:tcPr>
            <w:tcW w:w="5440" w:type="dxa"/>
            <w:vAlign w:val="center"/>
          </w:tcPr>
          <w:p w:rsidR="0067436E" w:rsidRPr="008447D4" w:rsidRDefault="0067436E" w:rsidP="0067436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D4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</w:tbl>
    <w:p w:rsidR="00D969CF" w:rsidRDefault="00D969CF">
      <w:pPr>
        <w:spacing w:after="0"/>
      </w:pPr>
    </w:p>
    <w:p w:rsidR="00171C61" w:rsidRPr="0067436E" w:rsidRDefault="00171C61">
      <w:pPr>
        <w:spacing w:after="0"/>
        <w:rPr>
          <w:rFonts w:ascii="Times New Roman" w:hAnsi="Times New Roman" w:cs="Times New Roman"/>
          <w:sz w:val="20"/>
          <w:lang w:val="tr-TR"/>
        </w:rPr>
      </w:pPr>
      <w:r w:rsidRPr="0067436E">
        <w:rPr>
          <w:rFonts w:ascii="Times New Roman" w:hAnsi="Times New Roman" w:cs="Times New Roman"/>
          <w:sz w:val="20"/>
          <w:lang w:val="tr-TR"/>
        </w:rPr>
        <w:t>Bu form kapsamında kişisel verilerimin işlenmesine ilişkin olarak tarafıma İstanbul Okan Ü</w:t>
      </w:r>
      <w:r w:rsidR="00851C17" w:rsidRPr="0067436E">
        <w:rPr>
          <w:rFonts w:ascii="Times New Roman" w:hAnsi="Times New Roman" w:cs="Times New Roman"/>
          <w:sz w:val="20"/>
          <w:lang w:val="tr-TR"/>
        </w:rPr>
        <w:t>niversitesi Kişisel Verilerin İş</w:t>
      </w:r>
      <w:r w:rsidRPr="0067436E">
        <w:rPr>
          <w:rFonts w:ascii="Times New Roman" w:hAnsi="Times New Roman" w:cs="Times New Roman"/>
          <w:sz w:val="20"/>
          <w:lang w:val="tr-TR"/>
        </w:rPr>
        <w:t>lenmesine İlişkin Aydınlatma Metni sunulmuş ve gerekli bilgilendirme yapılmıştır.</w:t>
      </w:r>
    </w:p>
    <w:p w:rsidR="00171C61" w:rsidRPr="0067436E" w:rsidRDefault="00171C61">
      <w:pPr>
        <w:spacing w:after="0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862"/>
      </w:tblGrid>
      <w:tr w:rsidR="00D969CF" w:rsidRPr="0067436E">
        <w:tc>
          <w:tcPr>
            <w:tcW w:w="10880" w:type="dxa"/>
            <w:shd w:val="clear" w:color="auto" w:fill="0B2D78"/>
          </w:tcPr>
          <w:p w:rsidR="00D969CF" w:rsidRPr="0067436E" w:rsidRDefault="000576A2">
            <w:pPr>
              <w:jc w:val="center"/>
              <w:rPr>
                <w:rFonts w:ascii="Times New Roman" w:hAnsi="Times New Roman" w:cs="Times New Roman"/>
              </w:rPr>
            </w:pPr>
            <w:r w:rsidRPr="0067436E">
              <w:rPr>
                <w:rFonts w:ascii="Times New Roman" w:hAnsi="Times New Roman" w:cs="Times New Roman"/>
                <w:b/>
                <w:color w:val="FFFFFF"/>
                <w:sz w:val="20"/>
              </w:rPr>
              <w:t>BAŞVURU ŞEKLİ</w:t>
            </w:r>
          </w:p>
        </w:tc>
      </w:tr>
    </w:tbl>
    <w:p w:rsidR="00D969CF" w:rsidRPr="0067436E" w:rsidRDefault="000576A2">
      <w:pPr>
        <w:spacing w:before="40" w:after="60"/>
        <w:rPr>
          <w:rFonts w:ascii="Times New Roman" w:hAnsi="Times New Roman" w:cs="Times New Roman"/>
          <w:sz w:val="20"/>
          <w:szCs w:val="20"/>
        </w:rPr>
      </w:pPr>
      <w:r>
        <w:t xml:space="preserve">☐ </w:t>
      </w:r>
      <w:r w:rsidRPr="0067436E">
        <w:rPr>
          <w:rFonts w:ascii="Times New Roman" w:hAnsi="Times New Roman" w:cs="Times New Roman"/>
          <w:sz w:val="20"/>
          <w:szCs w:val="20"/>
        </w:rPr>
        <w:t xml:space="preserve">Bireysel başvuru     </w:t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Üniversite birimi yönlendirmesi - Yönlendiren Birim: ....................................</w:t>
      </w:r>
      <w:r w:rsidRPr="0067436E">
        <w:rPr>
          <w:rFonts w:ascii="Times New Roman" w:hAnsi="Times New Roman" w:cs="Times New Roman"/>
          <w:sz w:val="20"/>
          <w:szCs w:val="20"/>
        </w:rPr>
        <w:br/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Yeniden başvuru     </w:t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Diğer: ........................................................................................................</w:t>
      </w:r>
    </w:p>
    <w:p w:rsidR="00D969CF" w:rsidRPr="0067436E" w:rsidRDefault="000576A2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67436E">
        <w:rPr>
          <w:rFonts w:ascii="Times New Roman" w:hAnsi="Times New Roman" w:cs="Times New Roman"/>
          <w:b/>
          <w:sz w:val="20"/>
          <w:szCs w:val="20"/>
        </w:rPr>
        <w:t xml:space="preserve">Başvuru Nedeni: </w:t>
      </w:r>
      <w:r w:rsidRPr="0067436E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</w:t>
      </w:r>
      <w:r w:rsidRPr="0067436E">
        <w:rPr>
          <w:rFonts w:ascii="Times New Roman" w:hAnsi="Times New Roman" w:cs="Times New Roman"/>
          <w:sz w:val="20"/>
          <w:szCs w:val="20"/>
        </w:rPr>
        <w:br/>
        <w:t>.................................................................................................................................................................</w:t>
      </w:r>
    </w:p>
    <w:p w:rsidR="00D969CF" w:rsidRPr="0067436E" w:rsidRDefault="000576A2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67436E">
        <w:rPr>
          <w:rFonts w:ascii="Times New Roman" w:hAnsi="Times New Roman" w:cs="Times New Roman"/>
          <w:b/>
          <w:sz w:val="20"/>
          <w:szCs w:val="20"/>
        </w:rPr>
        <w:t>Daha önce psikolojik/psikiyatrik destek aldınız mı?</w:t>
      </w:r>
      <w:r w:rsidRPr="0067436E">
        <w:rPr>
          <w:rFonts w:ascii="Times New Roman" w:hAnsi="Times New Roman" w:cs="Times New Roman"/>
          <w:sz w:val="20"/>
          <w:szCs w:val="20"/>
        </w:rPr>
        <w:br/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Hayır     </w:t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Evet - Açıklama: ................................................................................................................</w:t>
      </w:r>
    </w:p>
    <w:p w:rsidR="00D969CF" w:rsidRPr="0067436E" w:rsidRDefault="000576A2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67436E">
        <w:rPr>
          <w:rFonts w:ascii="Times New Roman" w:hAnsi="Times New Roman" w:cs="Times New Roman"/>
          <w:b/>
          <w:sz w:val="20"/>
          <w:szCs w:val="20"/>
        </w:rPr>
        <w:t>Halen psikiyatrik ilaç kullanıyor musunuz?</w:t>
      </w:r>
      <w:r w:rsidRPr="0067436E">
        <w:rPr>
          <w:rFonts w:ascii="Times New Roman" w:hAnsi="Times New Roman" w:cs="Times New Roman"/>
          <w:sz w:val="20"/>
          <w:szCs w:val="20"/>
        </w:rPr>
        <w:br/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Hayır     </w:t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Evet - Açıklama: ................................................................................................................</w:t>
      </w:r>
    </w:p>
    <w:p w:rsidR="00D969CF" w:rsidRPr="0067436E" w:rsidRDefault="000576A2">
      <w:pPr>
        <w:spacing w:after="40"/>
        <w:rPr>
          <w:rFonts w:ascii="Times New Roman" w:hAnsi="Times New Roman" w:cs="Times New Roman"/>
          <w:sz w:val="20"/>
          <w:szCs w:val="20"/>
        </w:rPr>
      </w:pPr>
      <w:r w:rsidRPr="0067436E">
        <w:rPr>
          <w:rFonts w:ascii="Times New Roman" w:hAnsi="Times New Roman" w:cs="Times New Roman"/>
          <w:b/>
          <w:sz w:val="20"/>
          <w:szCs w:val="20"/>
        </w:rPr>
        <w:t>Acil olarak değerlendirilmesini gerektirdiğini düşündüğünüz bir durum var mı?</w:t>
      </w:r>
      <w:r w:rsidRPr="0067436E">
        <w:rPr>
          <w:rFonts w:ascii="Times New Roman" w:hAnsi="Times New Roman" w:cs="Times New Roman"/>
          <w:sz w:val="20"/>
          <w:szCs w:val="20"/>
        </w:rPr>
        <w:br/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Hayır     </w:t>
      </w:r>
      <w:r w:rsidRPr="0067436E">
        <w:rPr>
          <w:rFonts w:ascii="Segoe UI Symbol" w:hAnsi="Segoe UI Symbol" w:cs="Segoe UI Symbol"/>
          <w:sz w:val="20"/>
          <w:szCs w:val="20"/>
        </w:rPr>
        <w:t>☐</w:t>
      </w:r>
      <w:r w:rsidRPr="0067436E">
        <w:rPr>
          <w:rFonts w:ascii="Times New Roman" w:hAnsi="Times New Roman" w:cs="Times New Roman"/>
          <w:sz w:val="20"/>
          <w:szCs w:val="20"/>
        </w:rPr>
        <w:t xml:space="preserve"> Evet - Açıklama: ................................................................................................................</w:t>
      </w:r>
    </w:p>
    <w:tbl>
      <w:tblPr>
        <w:tblW w:w="0" w:type="auto"/>
        <w:tblBorders>
          <w:top w:val="single" w:sz="8" w:space="0" w:color="0B2D78"/>
          <w:left w:val="single" w:sz="8" w:space="0" w:color="0B2D78"/>
          <w:bottom w:val="single" w:sz="8" w:space="0" w:color="0B2D78"/>
          <w:right w:val="single" w:sz="8" w:space="0" w:color="0B2D78"/>
          <w:insideH w:val="single" w:sz="8" w:space="0" w:color="0B2D78"/>
          <w:insideV w:val="single" w:sz="8" w:space="0" w:color="0B2D78"/>
        </w:tblBorders>
        <w:tblLook w:val="04A0" w:firstRow="1" w:lastRow="0" w:firstColumn="1" w:lastColumn="0" w:noHBand="0" w:noVBand="1"/>
      </w:tblPr>
      <w:tblGrid>
        <w:gridCol w:w="10860"/>
      </w:tblGrid>
      <w:tr w:rsidR="00D969CF" w:rsidRPr="0067436E">
        <w:tc>
          <w:tcPr>
            <w:tcW w:w="10880" w:type="dxa"/>
          </w:tcPr>
          <w:p w:rsidR="00D969CF" w:rsidRPr="0067436E" w:rsidRDefault="000576A2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sz w:val="20"/>
                <w:szCs w:val="20"/>
              </w:rPr>
              <w:t>Başvurunun OPDEM hizmet kapsamı ve uygunluk kriterleri doğrultusunda değerlendirileceği konusunda bilgilendirildim.</w:t>
            </w:r>
          </w:p>
          <w:p w:rsidR="00D969CF" w:rsidRPr="0067436E" w:rsidRDefault="000576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sz w:val="20"/>
                <w:szCs w:val="20"/>
              </w:rPr>
              <w:t>Tarih: ...................................      Öğrenci İmza: ................................................</w:t>
            </w:r>
          </w:p>
        </w:tc>
      </w:tr>
    </w:tbl>
    <w:p w:rsidR="00D969CF" w:rsidRDefault="00D969CF">
      <w:pPr>
        <w:spacing w:after="0"/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440"/>
        <w:gridCol w:w="5440"/>
      </w:tblGrid>
      <w:tr w:rsidR="00D969CF" w:rsidRPr="0067436E">
        <w:trPr>
          <w:jc w:val="center"/>
        </w:trPr>
        <w:tc>
          <w:tcPr>
            <w:tcW w:w="10880" w:type="dxa"/>
            <w:gridSpan w:val="2"/>
            <w:shd w:val="clear" w:color="auto" w:fill="0B2D78"/>
          </w:tcPr>
          <w:p w:rsidR="00D969CF" w:rsidRPr="0067436E" w:rsidRDefault="000576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OPDEM TARAFINDAN DOLDURULACAKTIR</w:t>
            </w:r>
          </w:p>
        </w:tc>
      </w:tr>
      <w:tr w:rsidR="00D969CF" w:rsidRPr="0067436E">
        <w:trPr>
          <w:jc w:val="center"/>
        </w:trPr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b/>
                <w:sz w:val="20"/>
                <w:szCs w:val="20"/>
              </w:rPr>
              <w:t>Başvuru/Kayıt No:</w:t>
            </w:r>
          </w:p>
        </w:tc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D969CF" w:rsidRPr="0067436E">
        <w:trPr>
          <w:jc w:val="center"/>
        </w:trPr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b/>
                <w:sz w:val="20"/>
                <w:szCs w:val="20"/>
              </w:rPr>
              <w:t>Formun Alındığı Tarih:</w:t>
            </w:r>
          </w:p>
        </w:tc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D969CF" w:rsidRPr="0067436E">
        <w:trPr>
          <w:jc w:val="center"/>
        </w:trPr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b/>
                <w:sz w:val="20"/>
                <w:szCs w:val="20"/>
              </w:rPr>
              <w:t>Başvuruyu Alan Personel:</w:t>
            </w:r>
          </w:p>
        </w:tc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</w:p>
        </w:tc>
      </w:tr>
      <w:tr w:rsidR="00D969CF" w:rsidRPr="0067436E">
        <w:trPr>
          <w:jc w:val="center"/>
        </w:trPr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b/>
                <w:sz w:val="20"/>
                <w:szCs w:val="20"/>
              </w:rPr>
              <w:t>Ön Değerlendirme Sonucu / Yönlendirme:</w:t>
            </w:r>
          </w:p>
        </w:tc>
        <w:tc>
          <w:tcPr>
            <w:tcW w:w="5440" w:type="dxa"/>
            <w:vAlign w:val="center"/>
          </w:tcPr>
          <w:p w:rsidR="00D969CF" w:rsidRPr="0067436E" w:rsidRDefault="000576A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36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</w:t>
            </w:r>
            <w:r w:rsidRPr="0067436E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</w:t>
            </w:r>
          </w:p>
        </w:tc>
      </w:tr>
    </w:tbl>
    <w:p w:rsidR="000576A2" w:rsidRDefault="000576A2">
      <w:bookmarkStart w:id="0" w:name="_GoBack"/>
      <w:bookmarkEnd w:id="0"/>
    </w:p>
    <w:sectPr w:rsidR="000576A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4" w:right="680" w:bottom="45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6FB" w:rsidRDefault="000C16FB" w:rsidP="00CF6D19">
      <w:pPr>
        <w:spacing w:after="0" w:line="240" w:lineRule="auto"/>
      </w:pPr>
      <w:r>
        <w:separator/>
      </w:r>
    </w:p>
  </w:endnote>
  <w:endnote w:type="continuationSeparator" w:id="0">
    <w:p w:rsidR="000C16FB" w:rsidRDefault="000C16FB" w:rsidP="00CF6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19" w:rsidRDefault="00CF6D1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19" w:rsidRPr="00CF6D19" w:rsidRDefault="00CF6D19" w:rsidP="00CF6D19">
    <w:pPr>
      <w:tabs>
        <w:tab w:val="center" w:pos="4680"/>
        <w:tab w:val="right" w:pos="9360"/>
      </w:tabs>
      <w:spacing w:after="0" w:line="240" w:lineRule="auto"/>
      <w:rPr>
        <w:sz w:val="17"/>
      </w:rPr>
    </w:pPr>
  </w:p>
  <w:p w:rsidR="00CF6D19" w:rsidRPr="00CF6D19" w:rsidRDefault="00CF6D19" w:rsidP="00CF6D19">
    <w:pPr>
      <w:rPr>
        <w:sz w:val="17"/>
      </w:rPr>
    </w:pPr>
  </w:p>
  <w:p w:rsidR="00CF6D19" w:rsidRDefault="00CF6D19" w:rsidP="00CF6D19">
    <w:pPr>
      <w:jc w:val="right"/>
    </w:pPr>
    <w:r w:rsidRPr="00CF6D19">
      <w:rPr>
        <w:color w:val="595959" w:themeColor="text1" w:themeTint="A6"/>
        <w:sz w:val="18"/>
        <w:szCs w:val="18"/>
      </w:rPr>
      <w:ptab w:relativeTo="margin" w:alignment="right" w:leader="none"/>
    </w:r>
    <w:r w:rsidRPr="00CF6D19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 xml:space="preserve"> </w:t>
    </w:r>
    <w:proofErr w:type="gramStart"/>
    <w:r w:rsidRPr="00CF6D19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FR.OGD</w:t>
    </w:r>
    <w:proofErr w:type="gramEnd"/>
    <w:r w:rsidRPr="00CF6D19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.02</w:t>
    </w:r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4</w:t>
    </w:r>
    <w:r w:rsidRPr="00CF6D19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/ Rev.0</w:t>
    </w:r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19" w:rsidRDefault="00CF6D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6FB" w:rsidRDefault="000C16FB" w:rsidP="00CF6D19">
      <w:pPr>
        <w:spacing w:after="0" w:line="240" w:lineRule="auto"/>
      </w:pPr>
      <w:r>
        <w:separator/>
      </w:r>
    </w:p>
  </w:footnote>
  <w:footnote w:type="continuationSeparator" w:id="0">
    <w:p w:rsidR="000C16FB" w:rsidRDefault="000C16FB" w:rsidP="00CF6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19" w:rsidRDefault="00CF6D1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124"/>
      <w:gridCol w:w="5705"/>
      <w:gridCol w:w="3021"/>
    </w:tblGrid>
    <w:tr w:rsidR="00CF6D19" w:rsidRPr="00CF6D19" w:rsidTr="00FD281C">
      <w:trPr>
        <w:cantSplit/>
        <w:trHeight w:val="329"/>
      </w:trPr>
      <w:tc>
        <w:tcPr>
          <w:tcW w:w="979" w:type="pct"/>
          <w:vMerge w:val="restart"/>
          <w:tcBorders>
            <w:top w:val="double" w:sz="4" w:space="0" w:color="auto"/>
            <w:left w:val="double" w:sz="4" w:space="0" w:color="auto"/>
            <w:right w:val="sing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C325FA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1C90878F" wp14:editId="6FAD45C0">
                <wp:extent cx="1272540" cy="952500"/>
                <wp:effectExtent l="0" t="0" r="3810" b="0"/>
                <wp:docPr id="5" name="Resim 5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29" w:type="pct"/>
          <w:vMerge w:val="restart"/>
          <w:tcBorders>
            <w:top w:val="double" w:sz="4" w:space="0" w:color="auto"/>
            <w:left w:val="single" w:sz="4" w:space="0" w:color="auto"/>
            <w:right w:val="doub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  <w:t>PSİKOLOJİK DANIŞMANLIK VE EĞİTİM MERKEZİ (OPDEM) BAŞVURU FORMU</w:t>
          </w:r>
        </w:p>
      </w:tc>
      <w:tc>
        <w:tcPr>
          <w:tcW w:w="139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F6D19" w:rsidRPr="00CF6D19" w:rsidRDefault="00CF6D19" w:rsidP="00CF6D19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Doküman Kodu: FR. OGD.024</w:t>
          </w:r>
        </w:p>
      </w:tc>
    </w:tr>
    <w:tr w:rsidR="00CF6D19" w:rsidRPr="00CF6D19" w:rsidTr="00FD281C">
      <w:trPr>
        <w:cantSplit/>
        <w:trHeight w:val="329"/>
      </w:trPr>
      <w:tc>
        <w:tcPr>
          <w:tcW w:w="979" w:type="pct"/>
          <w:vMerge/>
          <w:tcBorders>
            <w:left w:val="double" w:sz="4" w:space="0" w:color="auto"/>
            <w:right w:val="sing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629" w:type="pct"/>
          <w:vMerge/>
          <w:tcBorders>
            <w:left w:val="single" w:sz="4" w:space="0" w:color="auto"/>
            <w:right w:val="doub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39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F6D19" w:rsidRPr="00CF6D19" w:rsidRDefault="00CF6D19" w:rsidP="00CF6D19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No:00</w:t>
          </w:r>
          <w:proofErr w:type="spellEnd"/>
        </w:p>
      </w:tc>
    </w:tr>
    <w:tr w:rsidR="00CF6D19" w:rsidRPr="00CF6D19" w:rsidTr="008447D4">
      <w:trPr>
        <w:cantSplit/>
        <w:trHeight w:val="329"/>
      </w:trPr>
      <w:tc>
        <w:tcPr>
          <w:tcW w:w="979" w:type="pct"/>
          <w:vMerge/>
          <w:tcBorders>
            <w:left w:val="double" w:sz="4" w:space="0" w:color="auto"/>
            <w:right w:val="sing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629" w:type="pct"/>
          <w:vMerge/>
          <w:tcBorders>
            <w:left w:val="single" w:sz="4" w:space="0" w:color="auto"/>
            <w:right w:val="doub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39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F6D19" w:rsidRPr="00CF6D19" w:rsidRDefault="00CF6D19" w:rsidP="00CF6D19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Tarihi:29.09.2026</w:t>
          </w:r>
        </w:p>
      </w:tc>
    </w:tr>
    <w:tr w:rsidR="00CF6D19" w:rsidRPr="00CF6D19" w:rsidTr="00FD281C">
      <w:trPr>
        <w:cantSplit/>
        <w:trHeight w:val="128"/>
      </w:trPr>
      <w:tc>
        <w:tcPr>
          <w:tcW w:w="979" w:type="pct"/>
          <w:vMerge/>
          <w:tcBorders>
            <w:left w:val="double" w:sz="4" w:space="0" w:color="auto"/>
            <w:right w:val="sing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629" w:type="pct"/>
          <w:vMerge/>
          <w:tcBorders>
            <w:left w:val="single" w:sz="4" w:space="0" w:color="auto"/>
            <w:right w:val="double" w:sz="4" w:space="0" w:color="auto"/>
          </w:tcBorders>
          <w:vAlign w:val="center"/>
          <w:hideMark/>
        </w:tcPr>
        <w:p w:rsidR="00CF6D19" w:rsidRPr="00CF6D19" w:rsidRDefault="00CF6D19" w:rsidP="00CF6D19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39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CF6D19" w:rsidRPr="00CF6D19" w:rsidRDefault="00CF6D19" w:rsidP="00CF6D19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Revizyon Tarihi:</w:t>
          </w:r>
        </w:p>
      </w:tc>
    </w:tr>
    <w:tr w:rsidR="00CF6D19" w:rsidRPr="00CF6D19" w:rsidTr="00FD281C">
      <w:trPr>
        <w:cantSplit/>
        <w:trHeight w:val="128"/>
      </w:trPr>
      <w:tc>
        <w:tcPr>
          <w:tcW w:w="979" w:type="pct"/>
          <w:vMerge/>
          <w:tcBorders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CF6D19" w:rsidRPr="00CF6D19" w:rsidRDefault="00CF6D19" w:rsidP="00CF6D19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629" w:type="pct"/>
          <w:vMerge/>
          <w:tcBorders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F6D19" w:rsidRPr="00CF6D19" w:rsidRDefault="00CF6D19" w:rsidP="00CF6D19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39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F6D19" w:rsidRPr="00CF6D19" w:rsidRDefault="00CF6D19" w:rsidP="00CF6D19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Sayfa No: 1</w:t>
          </w:r>
        </w:p>
      </w:tc>
    </w:tr>
  </w:tbl>
  <w:p w:rsidR="00CF6D19" w:rsidRDefault="00CF6D19" w:rsidP="00CF6D1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19" w:rsidRDefault="00CF6D1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76A2"/>
    <w:rsid w:val="0006063C"/>
    <w:rsid w:val="000C16FB"/>
    <w:rsid w:val="0015074B"/>
    <w:rsid w:val="00171C61"/>
    <w:rsid w:val="0029639D"/>
    <w:rsid w:val="00326F90"/>
    <w:rsid w:val="0067436E"/>
    <w:rsid w:val="007065B2"/>
    <w:rsid w:val="008447D4"/>
    <w:rsid w:val="00851C17"/>
    <w:rsid w:val="00AA1D8D"/>
    <w:rsid w:val="00B47730"/>
    <w:rsid w:val="00CB0664"/>
    <w:rsid w:val="00CF6D19"/>
    <w:rsid w:val="00D969CF"/>
    <w:rsid w:val="00E734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0655469"/>
  <w14:defaultImageDpi w14:val="300"/>
  <w15:docId w15:val="{77F77099-B4F3-4C9D-B16F-CF11B625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706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65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5C41C9-EF25-45F2-B606-5C1167D0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4</cp:revision>
  <dcterms:created xsi:type="dcterms:W3CDTF">2026-09-29T06:37:00Z</dcterms:created>
  <dcterms:modified xsi:type="dcterms:W3CDTF">2026-10-08T07:59:00Z</dcterms:modified>
  <cp:category/>
</cp:coreProperties>
</file>