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22" w:type="dxa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5411"/>
        <w:gridCol w:w="5411"/>
      </w:tblGrid>
      <w:tr w:rsidR="00127DE4" w:rsidRPr="0047758E" w:rsidTr="00855CD2">
        <w:trPr>
          <w:jc w:val="center"/>
        </w:trPr>
        <w:tc>
          <w:tcPr>
            <w:tcW w:w="10822" w:type="dxa"/>
            <w:gridSpan w:val="2"/>
            <w:shd w:val="clear" w:color="auto" w:fill="0B2D78"/>
          </w:tcPr>
          <w:p w:rsidR="00127DE4" w:rsidRPr="0047758E" w:rsidRDefault="00DA7D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47758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tr-TR"/>
              </w:rPr>
              <w:t>ÖĞRENCİ VE YASAL TEMSİLCİ BİLGİLERİ</w:t>
            </w:r>
          </w:p>
        </w:tc>
      </w:tr>
      <w:tr w:rsidR="00127DE4" w:rsidRPr="0047758E" w:rsidTr="00855CD2">
        <w:trPr>
          <w:jc w:val="center"/>
        </w:trPr>
        <w:tc>
          <w:tcPr>
            <w:tcW w:w="5411" w:type="dxa"/>
            <w:vAlign w:val="center"/>
          </w:tcPr>
          <w:p w:rsidR="00127DE4" w:rsidRPr="0047758E" w:rsidRDefault="00DA7D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47758E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Öğrencinin Ad Soyadı:</w:t>
            </w:r>
          </w:p>
        </w:tc>
        <w:tc>
          <w:tcPr>
            <w:tcW w:w="5411" w:type="dxa"/>
            <w:vAlign w:val="center"/>
          </w:tcPr>
          <w:p w:rsidR="00127DE4" w:rsidRPr="0047758E" w:rsidRDefault="00DA7D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 w:rsidRPr="0047758E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  <w:tr w:rsidR="00127DE4" w:rsidRPr="0047758E" w:rsidTr="00855CD2">
        <w:trPr>
          <w:jc w:val="center"/>
        </w:trPr>
        <w:tc>
          <w:tcPr>
            <w:tcW w:w="5411" w:type="dxa"/>
            <w:vAlign w:val="center"/>
          </w:tcPr>
          <w:p w:rsidR="00127DE4" w:rsidRPr="0047758E" w:rsidRDefault="00DA7D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47758E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Öğrenci No:</w:t>
            </w:r>
          </w:p>
        </w:tc>
        <w:tc>
          <w:tcPr>
            <w:tcW w:w="5411" w:type="dxa"/>
            <w:vAlign w:val="center"/>
          </w:tcPr>
          <w:p w:rsidR="00127DE4" w:rsidRPr="0047758E" w:rsidRDefault="00DA7D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 w:rsidRPr="0047758E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  <w:tr w:rsidR="00127DE4" w:rsidRPr="0047758E" w:rsidTr="00855CD2">
        <w:trPr>
          <w:jc w:val="center"/>
        </w:trPr>
        <w:tc>
          <w:tcPr>
            <w:tcW w:w="5411" w:type="dxa"/>
            <w:vAlign w:val="center"/>
          </w:tcPr>
          <w:p w:rsidR="00127DE4" w:rsidRPr="0047758E" w:rsidRDefault="00DA7D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47758E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Doğum Tarihi:</w:t>
            </w:r>
          </w:p>
        </w:tc>
        <w:tc>
          <w:tcPr>
            <w:tcW w:w="5411" w:type="dxa"/>
            <w:vAlign w:val="center"/>
          </w:tcPr>
          <w:p w:rsidR="00127DE4" w:rsidRPr="0047758E" w:rsidRDefault="00DA7D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 w:rsidRPr="0047758E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  <w:tr w:rsidR="00127DE4" w:rsidRPr="0047758E" w:rsidTr="00855CD2">
        <w:trPr>
          <w:jc w:val="center"/>
        </w:trPr>
        <w:tc>
          <w:tcPr>
            <w:tcW w:w="5411" w:type="dxa"/>
            <w:vAlign w:val="center"/>
          </w:tcPr>
          <w:p w:rsidR="00127DE4" w:rsidRPr="0047758E" w:rsidRDefault="00DA7D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47758E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 xml:space="preserve">Yasal Temsilci Ad </w:t>
            </w:r>
            <w:proofErr w:type="spellStart"/>
            <w:r w:rsidRPr="0047758E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Soyad</w:t>
            </w:r>
            <w:proofErr w:type="spellEnd"/>
            <w:r w:rsidRPr="0047758E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:</w:t>
            </w:r>
          </w:p>
        </w:tc>
        <w:tc>
          <w:tcPr>
            <w:tcW w:w="5411" w:type="dxa"/>
            <w:vAlign w:val="center"/>
          </w:tcPr>
          <w:p w:rsidR="00127DE4" w:rsidRPr="0047758E" w:rsidRDefault="00DA7D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 w:rsidRPr="0047758E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  <w:tr w:rsidR="00127DE4" w:rsidRPr="0047758E" w:rsidTr="00855CD2">
        <w:trPr>
          <w:jc w:val="center"/>
        </w:trPr>
        <w:tc>
          <w:tcPr>
            <w:tcW w:w="5411" w:type="dxa"/>
            <w:vAlign w:val="center"/>
          </w:tcPr>
          <w:p w:rsidR="00127DE4" w:rsidRPr="0047758E" w:rsidRDefault="00DA7D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47758E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Yakınlık Derecesi:</w:t>
            </w:r>
          </w:p>
        </w:tc>
        <w:tc>
          <w:tcPr>
            <w:tcW w:w="5411" w:type="dxa"/>
            <w:vAlign w:val="center"/>
          </w:tcPr>
          <w:p w:rsidR="00127DE4" w:rsidRPr="0047758E" w:rsidRDefault="00DA7D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 w:rsidRPr="0047758E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  <w:tr w:rsidR="00127DE4" w:rsidRPr="0047758E" w:rsidTr="00855CD2">
        <w:trPr>
          <w:jc w:val="center"/>
        </w:trPr>
        <w:tc>
          <w:tcPr>
            <w:tcW w:w="5411" w:type="dxa"/>
            <w:vAlign w:val="center"/>
          </w:tcPr>
          <w:p w:rsidR="00127DE4" w:rsidRPr="0047758E" w:rsidRDefault="00DA7D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47758E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Telefon:</w:t>
            </w:r>
          </w:p>
        </w:tc>
        <w:tc>
          <w:tcPr>
            <w:tcW w:w="5411" w:type="dxa"/>
            <w:vAlign w:val="center"/>
          </w:tcPr>
          <w:p w:rsidR="00127DE4" w:rsidRPr="0047758E" w:rsidRDefault="00DA7D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 w:rsidRPr="0047758E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</w:tbl>
    <w:p w:rsidR="00127DE4" w:rsidRPr="0047758E" w:rsidRDefault="00127DE4">
      <w:pPr>
        <w:spacing w:after="40" w:line="240" w:lineRule="auto"/>
        <w:rPr>
          <w:sz w:val="20"/>
          <w:szCs w:val="20"/>
          <w:lang w:val="tr-TR"/>
        </w:rPr>
      </w:pPr>
    </w:p>
    <w:tbl>
      <w:tblPr>
        <w:tblW w:w="0" w:type="auto"/>
        <w:tblInd w:w="-9" w:type="dxa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ook w:val="04A0" w:firstRow="1" w:lastRow="0" w:firstColumn="1" w:lastColumn="0" w:noHBand="0" w:noVBand="1"/>
      </w:tblPr>
      <w:tblGrid>
        <w:gridCol w:w="10813"/>
      </w:tblGrid>
      <w:tr w:rsidR="00127DE4" w:rsidRPr="0047758E" w:rsidTr="00B42531">
        <w:trPr>
          <w:trHeight w:val="273"/>
        </w:trPr>
        <w:tc>
          <w:tcPr>
            <w:tcW w:w="10813" w:type="dxa"/>
            <w:shd w:val="clear" w:color="auto" w:fill="0B2D78"/>
          </w:tcPr>
          <w:p w:rsidR="00127DE4" w:rsidRPr="0047758E" w:rsidRDefault="00DA7D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47758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tr-TR"/>
              </w:rPr>
              <w:t>YASAL TEMSİLCİNİN BİLGİLENDİRİLMESİ</w:t>
            </w:r>
          </w:p>
        </w:tc>
      </w:tr>
    </w:tbl>
    <w:p w:rsidR="00127DE4" w:rsidRPr="0047758E" w:rsidRDefault="00DA7D15" w:rsidP="00B42531">
      <w:pPr>
        <w:spacing w:after="40" w:line="240" w:lineRule="auto"/>
        <w:rPr>
          <w:rFonts w:ascii="Times New Roman" w:hAnsi="Times New Roman" w:cs="Times New Roman"/>
          <w:sz w:val="20"/>
          <w:szCs w:val="20"/>
          <w:lang w:val="tr-TR"/>
        </w:rPr>
      </w:pPr>
      <w:r w:rsidRPr="0047758E">
        <w:rPr>
          <w:rFonts w:ascii="Times New Roman" w:hAnsi="Times New Roman" w:cs="Times New Roman"/>
          <w:sz w:val="20"/>
          <w:szCs w:val="20"/>
          <w:lang w:val="tr-TR"/>
        </w:rPr>
        <w:t>OPDEM tarafından sunulan hizmetin amacı, kapsamı, kısa süreli niteliği, gizlilik esasları ve gizliliğin yasal/etik istisnaları hakkında bilgilendirildim.</w:t>
      </w:r>
    </w:p>
    <w:p w:rsidR="00127DE4" w:rsidRPr="0047758E" w:rsidRDefault="00DA7D15" w:rsidP="00B42531">
      <w:pPr>
        <w:spacing w:after="40" w:line="240" w:lineRule="auto"/>
        <w:rPr>
          <w:rFonts w:ascii="Times New Roman" w:hAnsi="Times New Roman" w:cs="Times New Roman"/>
          <w:sz w:val="20"/>
          <w:szCs w:val="20"/>
          <w:lang w:val="tr-TR"/>
        </w:rPr>
      </w:pPr>
      <w:r w:rsidRPr="0047758E">
        <w:rPr>
          <w:rFonts w:ascii="Times New Roman" w:hAnsi="Times New Roman" w:cs="Times New Roman"/>
          <w:sz w:val="20"/>
          <w:szCs w:val="20"/>
          <w:lang w:val="tr-TR"/>
        </w:rPr>
        <w:t>Yasal temsilci olarak verdiğim onamın öğrencinin görüşme içeriklerine sınırsız erişim hakkı oluşturmadığını; öğrencinin mahremiyetinin ve üstün yararının gözetileceğini biliyorum.</w:t>
      </w:r>
    </w:p>
    <w:p w:rsidR="00127DE4" w:rsidRPr="0047758E" w:rsidRDefault="00DA7D15" w:rsidP="00B42531">
      <w:pPr>
        <w:spacing w:after="40" w:line="240" w:lineRule="auto"/>
        <w:rPr>
          <w:rFonts w:ascii="Times New Roman" w:hAnsi="Times New Roman" w:cs="Times New Roman"/>
          <w:sz w:val="20"/>
          <w:szCs w:val="20"/>
          <w:lang w:val="tr-TR"/>
        </w:rPr>
      </w:pPr>
      <w:r w:rsidRPr="0047758E">
        <w:rPr>
          <w:rFonts w:ascii="Times New Roman" w:hAnsi="Times New Roman" w:cs="Times New Roman"/>
          <w:sz w:val="20"/>
          <w:szCs w:val="20"/>
          <w:lang w:val="tr-TR"/>
        </w:rPr>
        <w:t>Kendisine veya başkasına yönelik ciddi zarar riski, istismar/ihmal, yasal bildirim yükümlülüğü veya acil tıbbi/psikiyatrik müdahale gerektiren durumlarda, ilgili mevzuat ve öğrencinin üstün yararı doğrultusunda gerekli işlemlerin yapılabileceği konusunda bilgilendirildim.</w:t>
      </w:r>
    </w:p>
    <w:tbl>
      <w:tblPr>
        <w:tblW w:w="0" w:type="auto"/>
        <w:tblInd w:w="-9" w:type="dxa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ook w:val="04A0" w:firstRow="1" w:lastRow="0" w:firstColumn="1" w:lastColumn="0" w:noHBand="0" w:noVBand="1"/>
      </w:tblPr>
      <w:tblGrid>
        <w:gridCol w:w="10813"/>
      </w:tblGrid>
      <w:tr w:rsidR="00127DE4" w:rsidRPr="0047758E" w:rsidTr="00B42531">
        <w:trPr>
          <w:trHeight w:val="250"/>
        </w:trPr>
        <w:tc>
          <w:tcPr>
            <w:tcW w:w="10813" w:type="dxa"/>
            <w:shd w:val="clear" w:color="auto" w:fill="0B2D78"/>
          </w:tcPr>
          <w:p w:rsidR="00127DE4" w:rsidRPr="0047758E" w:rsidRDefault="00DA7D15" w:rsidP="008A38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47758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tr-TR"/>
              </w:rPr>
              <w:t>YASAL TEMSİLCİ ONAMI</w:t>
            </w:r>
          </w:p>
        </w:tc>
      </w:tr>
    </w:tbl>
    <w:p w:rsidR="00127DE4" w:rsidRPr="0047758E" w:rsidRDefault="00DA7D15">
      <w:pPr>
        <w:spacing w:after="40" w:line="240" w:lineRule="auto"/>
        <w:jc w:val="center"/>
        <w:rPr>
          <w:rFonts w:ascii="Times New Roman" w:hAnsi="Times New Roman" w:cs="Times New Roman"/>
          <w:sz w:val="20"/>
          <w:szCs w:val="20"/>
          <w:lang w:val="tr-TR"/>
        </w:rPr>
      </w:pPr>
      <w:r w:rsidRPr="0047758E">
        <w:rPr>
          <w:rFonts w:ascii="Segoe UI Symbol" w:hAnsi="Segoe UI Symbol" w:cs="Segoe UI Symbol"/>
          <w:sz w:val="20"/>
          <w:szCs w:val="20"/>
          <w:lang w:val="tr-TR"/>
        </w:rPr>
        <w:t>☐</w:t>
      </w:r>
      <w:r w:rsidRPr="0047758E">
        <w:rPr>
          <w:rFonts w:ascii="Times New Roman" w:hAnsi="Times New Roman" w:cs="Times New Roman"/>
          <w:sz w:val="20"/>
          <w:szCs w:val="20"/>
          <w:lang w:val="tr-TR"/>
        </w:rPr>
        <w:t xml:space="preserve"> Öğrencinin OPDEM hizmetinden yararlanmasına onay veriyorum.</w:t>
      </w:r>
      <w:r w:rsidRPr="0047758E">
        <w:rPr>
          <w:rFonts w:ascii="Times New Roman" w:hAnsi="Times New Roman" w:cs="Times New Roman"/>
          <w:sz w:val="20"/>
          <w:szCs w:val="20"/>
          <w:lang w:val="tr-TR"/>
        </w:rPr>
        <w:br/>
      </w:r>
      <w:r w:rsidR="0047758E">
        <w:rPr>
          <w:rFonts w:ascii="Segoe UI Symbol" w:hAnsi="Segoe UI Symbol" w:cs="Segoe UI Symbol"/>
          <w:sz w:val="20"/>
          <w:szCs w:val="20"/>
          <w:lang w:val="tr-TR"/>
        </w:rPr>
        <w:t xml:space="preserve">   </w:t>
      </w:r>
      <w:r w:rsidRPr="0047758E">
        <w:rPr>
          <w:rFonts w:ascii="Segoe UI Symbol" w:hAnsi="Segoe UI Symbol" w:cs="Segoe UI Symbol"/>
          <w:sz w:val="20"/>
          <w:szCs w:val="20"/>
          <w:lang w:val="tr-TR"/>
        </w:rPr>
        <w:t>☐</w:t>
      </w:r>
      <w:r w:rsidRPr="0047758E">
        <w:rPr>
          <w:rFonts w:ascii="Times New Roman" w:hAnsi="Times New Roman" w:cs="Times New Roman"/>
          <w:sz w:val="20"/>
          <w:szCs w:val="20"/>
          <w:lang w:val="tr-TR"/>
        </w:rPr>
        <w:t xml:space="preserve"> Öğrencinin OPDEM hizmetinden yararlanmasına onay vermiyorum.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5411"/>
        <w:gridCol w:w="5411"/>
      </w:tblGrid>
      <w:tr w:rsidR="00127DE4" w:rsidRPr="0047758E">
        <w:trPr>
          <w:jc w:val="center"/>
        </w:trPr>
        <w:tc>
          <w:tcPr>
            <w:tcW w:w="10822" w:type="dxa"/>
            <w:gridSpan w:val="2"/>
            <w:shd w:val="clear" w:color="auto" w:fill="0B2D78"/>
          </w:tcPr>
          <w:p w:rsidR="00127DE4" w:rsidRPr="0047758E" w:rsidRDefault="00127DE4">
            <w:pPr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</w:p>
        </w:tc>
      </w:tr>
      <w:tr w:rsidR="00127DE4" w:rsidRPr="0047758E">
        <w:trPr>
          <w:jc w:val="center"/>
        </w:trPr>
        <w:tc>
          <w:tcPr>
            <w:tcW w:w="5411" w:type="dxa"/>
            <w:vAlign w:val="center"/>
          </w:tcPr>
          <w:p w:rsidR="00127DE4" w:rsidRPr="0047758E" w:rsidRDefault="00DA7D15">
            <w:pPr>
              <w:spacing w:after="0" w:line="240" w:lineRule="auto"/>
              <w:rPr>
                <w:sz w:val="20"/>
                <w:szCs w:val="20"/>
                <w:lang w:val="tr-TR"/>
              </w:rPr>
            </w:pPr>
            <w:r w:rsidRPr="0047758E">
              <w:rPr>
                <w:b/>
                <w:sz w:val="20"/>
                <w:szCs w:val="20"/>
                <w:lang w:val="tr-TR"/>
              </w:rPr>
              <w:t xml:space="preserve">Yasal Temsilci Ad </w:t>
            </w:r>
            <w:proofErr w:type="spellStart"/>
            <w:r w:rsidRPr="0047758E">
              <w:rPr>
                <w:b/>
                <w:sz w:val="20"/>
                <w:szCs w:val="20"/>
                <w:lang w:val="tr-TR"/>
              </w:rPr>
              <w:t>Soyad</w:t>
            </w:r>
            <w:proofErr w:type="spellEnd"/>
            <w:r w:rsidRPr="0047758E">
              <w:rPr>
                <w:b/>
                <w:sz w:val="20"/>
                <w:szCs w:val="20"/>
                <w:lang w:val="tr-TR"/>
              </w:rPr>
              <w:t>:</w:t>
            </w:r>
          </w:p>
        </w:tc>
        <w:tc>
          <w:tcPr>
            <w:tcW w:w="5411" w:type="dxa"/>
            <w:vAlign w:val="center"/>
          </w:tcPr>
          <w:p w:rsidR="00127DE4" w:rsidRPr="0047758E" w:rsidRDefault="00DA7D15">
            <w:pPr>
              <w:spacing w:after="0" w:line="240" w:lineRule="auto"/>
              <w:rPr>
                <w:sz w:val="20"/>
                <w:szCs w:val="20"/>
                <w:lang w:val="tr-TR"/>
              </w:rPr>
            </w:pPr>
            <w:proofErr w:type="gramStart"/>
            <w:r w:rsidRPr="0047758E">
              <w:rPr>
                <w:sz w:val="20"/>
                <w:szCs w:val="20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  <w:tr w:rsidR="00127DE4" w:rsidRPr="0047758E">
        <w:trPr>
          <w:jc w:val="center"/>
        </w:trPr>
        <w:tc>
          <w:tcPr>
            <w:tcW w:w="5411" w:type="dxa"/>
            <w:vAlign w:val="center"/>
          </w:tcPr>
          <w:p w:rsidR="00127DE4" w:rsidRPr="0047758E" w:rsidRDefault="00DA7D15">
            <w:pPr>
              <w:spacing w:after="0" w:line="240" w:lineRule="auto"/>
              <w:rPr>
                <w:sz w:val="20"/>
                <w:szCs w:val="20"/>
                <w:lang w:val="tr-TR"/>
              </w:rPr>
            </w:pPr>
            <w:r w:rsidRPr="0047758E">
              <w:rPr>
                <w:b/>
                <w:sz w:val="20"/>
                <w:szCs w:val="20"/>
                <w:lang w:val="tr-TR"/>
              </w:rPr>
              <w:t>Tarih:</w:t>
            </w:r>
          </w:p>
        </w:tc>
        <w:tc>
          <w:tcPr>
            <w:tcW w:w="5411" w:type="dxa"/>
            <w:vAlign w:val="center"/>
          </w:tcPr>
          <w:p w:rsidR="00127DE4" w:rsidRPr="0047758E" w:rsidRDefault="00DA7D15">
            <w:pPr>
              <w:spacing w:after="0" w:line="240" w:lineRule="auto"/>
              <w:rPr>
                <w:sz w:val="20"/>
                <w:szCs w:val="20"/>
                <w:lang w:val="tr-TR"/>
              </w:rPr>
            </w:pPr>
            <w:proofErr w:type="gramStart"/>
            <w:r w:rsidRPr="0047758E">
              <w:rPr>
                <w:sz w:val="20"/>
                <w:szCs w:val="20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  <w:tr w:rsidR="00127DE4" w:rsidRPr="0047758E">
        <w:trPr>
          <w:jc w:val="center"/>
        </w:trPr>
        <w:tc>
          <w:tcPr>
            <w:tcW w:w="5411" w:type="dxa"/>
            <w:vAlign w:val="center"/>
          </w:tcPr>
          <w:p w:rsidR="00127DE4" w:rsidRPr="0047758E" w:rsidRDefault="00DA7D15">
            <w:pPr>
              <w:spacing w:after="0" w:line="240" w:lineRule="auto"/>
              <w:rPr>
                <w:sz w:val="20"/>
                <w:szCs w:val="20"/>
                <w:lang w:val="tr-TR"/>
              </w:rPr>
            </w:pPr>
            <w:r w:rsidRPr="0047758E">
              <w:rPr>
                <w:b/>
                <w:sz w:val="20"/>
                <w:szCs w:val="20"/>
                <w:lang w:val="tr-TR"/>
              </w:rPr>
              <w:t>İmza:</w:t>
            </w:r>
          </w:p>
        </w:tc>
        <w:tc>
          <w:tcPr>
            <w:tcW w:w="5411" w:type="dxa"/>
            <w:vAlign w:val="center"/>
          </w:tcPr>
          <w:p w:rsidR="00127DE4" w:rsidRPr="0047758E" w:rsidRDefault="00DA7D15">
            <w:pPr>
              <w:spacing w:after="0" w:line="240" w:lineRule="auto"/>
              <w:rPr>
                <w:sz w:val="20"/>
                <w:szCs w:val="20"/>
                <w:lang w:val="tr-TR"/>
              </w:rPr>
            </w:pPr>
            <w:proofErr w:type="gramStart"/>
            <w:r w:rsidRPr="0047758E">
              <w:rPr>
                <w:sz w:val="20"/>
                <w:szCs w:val="20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</w:tbl>
    <w:p w:rsidR="00127DE4" w:rsidRPr="0047758E" w:rsidRDefault="00127DE4">
      <w:pPr>
        <w:spacing w:after="40" w:line="240" w:lineRule="auto"/>
        <w:rPr>
          <w:sz w:val="20"/>
          <w:szCs w:val="20"/>
          <w:lang w:val="tr-TR"/>
        </w:rPr>
      </w:pPr>
    </w:p>
    <w:tbl>
      <w:tblPr>
        <w:tblW w:w="0" w:type="auto"/>
        <w:tblInd w:w="-9" w:type="dxa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ook w:val="04A0" w:firstRow="1" w:lastRow="0" w:firstColumn="1" w:lastColumn="0" w:noHBand="0" w:noVBand="1"/>
      </w:tblPr>
      <w:tblGrid>
        <w:gridCol w:w="10813"/>
      </w:tblGrid>
      <w:tr w:rsidR="00127DE4" w:rsidRPr="0047758E" w:rsidTr="00B42531">
        <w:trPr>
          <w:trHeight w:val="249"/>
        </w:trPr>
        <w:tc>
          <w:tcPr>
            <w:tcW w:w="10813" w:type="dxa"/>
            <w:shd w:val="clear" w:color="auto" w:fill="0B2D78"/>
          </w:tcPr>
          <w:p w:rsidR="00127DE4" w:rsidRPr="0047758E" w:rsidRDefault="00DA7D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47758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tr-TR"/>
              </w:rPr>
              <w:t>ÖĞRENCİNİN BİLGİLENDİRİLMESİ / KATILIMI</w:t>
            </w:r>
          </w:p>
        </w:tc>
      </w:tr>
    </w:tbl>
    <w:p w:rsidR="00127DE4" w:rsidRPr="0047758E" w:rsidRDefault="00DA7D15">
      <w:pPr>
        <w:spacing w:after="40" w:line="240" w:lineRule="auto"/>
        <w:rPr>
          <w:rFonts w:ascii="Times New Roman" w:hAnsi="Times New Roman" w:cs="Times New Roman"/>
          <w:sz w:val="20"/>
          <w:szCs w:val="20"/>
          <w:lang w:val="tr-TR"/>
        </w:rPr>
      </w:pPr>
      <w:r w:rsidRPr="0047758E">
        <w:rPr>
          <w:rFonts w:ascii="Times New Roman" w:hAnsi="Times New Roman" w:cs="Times New Roman"/>
          <w:sz w:val="20"/>
          <w:szCs w:val="20"/>
          <w:lang w:val="tr-TR"/>
        </w:rPr>
        <w:t>Hizmetin amacı, kapsamı ve gizlilik sınırları yaş ve gelişim düzeyime uygun biçimde açıklandı.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5411"/>
        <w:gridCol w:w="5411"/>
      </w:tblGrid>
      <w:tr w:rsidR="00127DE4" w:rsidRPr="0047758E">
        <w:trPr>
          <w:jc w:val="center"/>
        </w:trPr>
        <w:tc>
          <w:tcPr>
            <w:tcW w:w="10822" w:type="dxa"/>
            <w:gridSpan w:val="2"/>
            <w:shd w:val="clear" w:color="auto" w:fill="0B2D78"/>
          </w:tcPr>
          <w:p w:rsidR="00127DE4" w:rsidRPr="0047758E" w:rsidRDefault="0012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127DE4" w:rsidRPr="0047758E">
        <w:trPr>
          <w:jc w:val="center"/>
        </w:trPr>
        <w:tc>
          <w:tcPr>
            <w:tcW w:w="5411" w:type="dxa"/>
            <w:vAlign w:val="center"/>
          </w:tcPr>
          <w:p w:rsidR="00127DE4" w:rsidRPr="0047758E" w:rsidRDefault="00DA7D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47758E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 xml:space="preserve">Öğrenci Ad </w:t>
            </w:r>
            <w:proofErr w:type="spellStart"/>
            <w:r w:rsidRPr="0047758E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Soyad</w:t>
            </w:r>
            <w:proofErr w:type="spellEnd"/>
            <w:r w:rsidRPr="0047758E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:</w:t>
            </w:r>
          </w:p>
        </w:tc>
        <w:tc>
          <w:tcPr>
            <w:tcW w:w="5411" w:type="dxa"/>
            <w:vAlign w:val="center"/>
          </w:tcPr>
          <w:p w:rsidR="00127DE4" w:rsidRPr="0047758E" w:rsidRDefault="00DA7D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 w:rsidRPr="0047758E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  <w:tr w:rsidR="00127DE4" w:rsidRPr="0047758E">
        <w:trPr>
          <w:jc w:val="center"/>
        </w:trPr>
        <w:tc>
          <w:tcPr>
            <w:tcW w:w="5411" w:type="dxa"/>
            <w:vAlign w:val="center"/>
          </w:tcPr>
          <w:p w:rsidR="00127DE4" w:rsidRPr="0047758E" w:rsidRDefault="00DA7D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47758E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Tarih:</w:t>
            </w:r>
          </w:p>
        </w:tc>
        <w:tc>
          <w:tcPr>
            <w:tcW w:w="5411" w:type="dxa"/>
            <w:vAlign w:val="center"/>
          </w:tcPr>
          <w:p w:rsidR="00127DE4" w:rsidRPr="0047758E" w:rsidRDefault="00DA7D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 w:rsidRPr="0047758E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  <w:tr w:rsidR="00127DE4" w:rsidRPr="0047758E">
        <w:trPr>
          <w:jc w:val="center"/>
        </w:trPr>
        <w:tc>
          <w:tcPr>
            <w:tcW w:w="5411" w:type="dxa"/>
            <w:vAlign w:val="center"/>
          </w:tcPr>
          <w:p w:rsidR="00127DE4" w:rsidRPr="0047758E" w:rsidRDefault="00DA7D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47758E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İmza / Onay:</w:t>
            </w:r>
          </w:p>
        </w:tc>
        <w:tc>
          <w:tcPr>
            <w:tcW w:w="5411" w:type="dxa"/>
            <w:vAlign w:val="center"/>
          </w:tcPr>
          <w:p w:rsidR="00127DE4" w:rsidRPr="0047758E" w:rsidRDefault="00DA7D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 w:rsidRPr="0047758E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</w:tbl>
    <w:p w:rsidR="00127DE4" w:rsidRPr="0047758E" w:rsidRDefault="00127DE4">
      <w:pPr>
        <w:spacing w:after="40" w:line="240" w:lineRule="auto"/>
        <w:rPr>
          <w:sz w:val="20"/>
          <w:szCs w:val="20"/>
          <w:lang w:val="tr-TR"/>
        </w:rPr>
      </w:pP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5411"/>
        <w:gridCol w:w="5411"/>
      </w:tblGrid>
      <w:tr w:rsidR="00127DE4" w:rsidRPr="0047758E">
        <w:trPr>
          <w:jc w:val="center"/>
        </w:trPr>
        <w:tc>
          <w:tcPr>
            <w:tcW w:w="10822" w:type="dxa"/>
            <w:gridSpan w:val="2"/>
            <w:shd w:val="clear" w:color="auto" w:fill="0B2D78"/>
          </w:tcPr>
          <w:p w:rsidR="00127DE4" w:rsidRPr="0047758E" w:rsidRDefault="00DA7D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47758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tr-TR"/>
              </w:rPr>
              <w:t>BİLGİLENDİRMEYİ YAPAN UZMAN</w:t>
            </w:r>
          </w:p>
        </w:tc>
      </w:tr>
      <w:tr w:rsidR="00127DE4" w:rsidRPr="0047758E">
        <w:trPr>
          <w:jc w:val="center"/>
        </w:trPr>
        <w:tc>
          <w:tcPr>
            <w:tcW w:w="5411" w:type="dxa"/>
            <w:vAlign w:val="center"/>
          </w:tcPr>
          <w:p w:rsidR="00127DE4" w:rsidRPr="0047758E" w:rsidRDefault="00DA7D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47758E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 xml:space="preserve">Ad </w:t>
            </w:r>
            <w:proofErr w:type="spellStart"/>
            <w:r w:rsidRPr="0047758E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Soyad</w:t>
            </w:r>
            <w:proofErr w:type="spellEnd"/>
            <w:r w:rsidRPr="0047758E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 xml:space="preserve"> / Unvan:</w:t>
            </w:r>
          </w:p>
        </w:tc>
        <w:tc>
          <w:tcPr>
            <w:tcW w:w="5411" w:type="dxa"/>
            <w:vAlign w:val="center"/>
          </w:tcPr>
          <w:p w:rsidR="00127DE4" w:rsidRPr="0047758E" w:rsidRDefault="00DA7D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 w:rsidRPr="0047758E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  <w:tr w:rsidR="00127DE4" w:rsidRPr="0047758E">
        <w:trPr>
          <w:jc w:val="center"/>
        </w:trPr>
        <w:tc>
          <w:tcPr>
            <w:tcW w:w="5411" w:type="dxa"/>
            <w:vAlign w:val="center"/>
          </w:tcPr>
          <w:p w:rsidR="00127DE4" w:rsidRPr="0047758E" w:rsidRDefault="00DA7D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47758E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Tarih:</w:t>
            </w:r>
          </w:p>
        </w:tc>
        <w:tc>
          <w:tcPr>
            <w:tcW w:w="5411" w:type="dxa"/>
            <w:vAlign w:val="center"/>
          </w:tcPr>
          <w:p w:rsidR="00127DE4" w:rsidRPr="0047758E" w:rsidRDefault="00DA7D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 w:rsidRPr="0047758E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  <w:tr w:rsidR="00127DE4" w:rsidRPr="0047758E">
        <w:trPr>
          <w:jc w:val="center"/>
        </w:trPr>
        <w:tc>
          <w:tcPr>
            <w:tcW w:w="5411" w:type="dxa"/>
            <w:vAlign w:val="center"/>
          </w:tcPr>
          <w:p w:rsidR="00127DE4" w:rsidRPr="0047758E" w:rsidRDefault="00DA7D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47758E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İmza:</w:t>
            </w:r>
          </w:p>
        </w:tc>
        <w:tc>
          <w:tcPr>
            <w:tcW w:w="5411" w:type="dxa"/>
            <w:vAlign w:val="center"/>
          </w:tcPr>
          <w:p w:rsidR="00127DE4" w:rsidRPr="0047758E" w:rsidRDefault="00DA7D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 w:rsidRPr="0047758E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</w:tbl>
    <w:p w:rsidR="00DA7D15" w:rsidRPr="00DB1A43" w:rsidRDefault="00DA7D15">
      <w:pPr>
        <w:rPr>
          <w:lang w:val="tr-TR"/>
        </w:rPr>
      </w:pPr>
      <w:bookmarkStart w:id="0" w:name="_GoBack"/>
      <w:bookmarkEnd w:id="0"/>
    </w:p>
    <w:sectPr w:rsidR="00DA7D15" w:rsidRPr="00DB1A43" w:rsidSect="00034616">
      <w:headerReference w:type="default" r:id="rId8"/>
      <w:footerReference w:type="default" r:id="rId9"/>
      <w:pgSz w:w="12240" w:h="15840"/>
      <w:pgMar w:top="312" w:right="709" w:bottom="312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F83" w:rsidRDefault="00E90F83" w:rsidP="00C325FA">
      <w:pPr>
        <w:spacing w:after="0" w:line="240" w:lineRule="auto"/>
      </w:pPr>
      <w:r>
        <w:separator/>
      </w:r>
    </w:p>
  </w:endnote>
  <w:endnote w:type="continuationSeparator" w:id="0">
    <w:p w:rsidR="00E90F83" w:rsidRDefault="00E90F83" w:rsidP="00C32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CD2" w:rsidRPr="00855CD2" w:rsidRDefault="00855CD2" w:rsidP="00855CD2">
    <w:pPr>
      <w:jc w:val="right"/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</w:pPr>
    <w:r>
      <w:rPr>
        <w:color w:val="595959" w:themeColor="text1" w:themeTint="A6"/>
        <w:sz w:val="18"/>
        <w:szCs w:val="18"/>
      </w:rPr>
      <w:ptab w:relativeTo="margin" w:alignment="right" w:leader="none"/>
    </w:r>
    <w:r w:rsidRPr="00855CD2"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  <w:t xml:space="preserve"> </w:t>
    </w:r>
    <w:proofErr w:type="gramStart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  <w:t>FR.OGD</w:t>
    </w:r>
    <w:proofErr w:type="gramEnd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  <w:t>.023/ Rev.00</w:t>
    </w:r>
  </w:p>
  <w:p w:rsidR="00855CD2" w:rsidRDefault="00855CD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F83" w:rsidRDefault="00E90F83" w:rsidP="00C325FA">
      <w:pPr>
        <w:spacing w:after="0" w:line="240" w:lineRule="auto"/>
      </w:pPr>
      <w:r>
        <w:separator/>
      </w:r>
    </w:p>
  </w:footnote>
  <w:footnote w:type="continuationSeparator" w:id="0">
    <w:p w:rsidR="00E90F83" w:rsidRDefault="00E90F83" w:rsidP="00C32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thinThickSmallGap" w:sz="24" w:space="0" w:color="auto"/>
        <w:insideV w:val="thinThickSmallGap" w:sz="2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604"/>
      <w:gridCol w:w="5048"/>
      <w:gridCol w:w="3140"/>
    </w:tblGrid>
    <w:tr w:rsidR="00C325FA" w:rsidRPr="00C325FA" w:rsidTr="00AB19D2">
      <w:trPr>
        <w:cantSplit/>
        <w:trHeight w:val="330"/>
      </w:trPr>
      <w:tc>
        <w:tcPr>
          <w:tcW w:w="1206" w:type="pct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C325FA" w:rsidRPr="00C325FA" w:rsidRDefault="00C325FA" w:rsidP="00C325FA">
          <w:pPr>
            <w:widowControl w:val="0"/>
            <w:suppressAutoHyphens/>
            <w:spacing w:after="0" w:line="240" w:lineRule="atLeast"/>
            <w:jc w:val="center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  <w:r w:rsidRPr="00C325FA">
            <w:rPr>
              <w:rFonts w:ascii="Times New Roman" w:eastAsia="Times New Roman" w:hAnsi="Times New Roman" w:cs="Times New Roman"/>
              <w:noProof/>
              <w:color w:val="000000"/>
              <w:kern w:val="28"/>
              <w:sz w:val="24"/>
              <w:szCs w:val="24"/>
              <w:lang w:val="tr-TR" w:eastAsia="tr-TR"/>
            </w:rPr>
            <w:drawing>
              <wp:inline distT="0" distB="0" distL="0" distR="0" wp14:anchorId="52D0B12A" wp14:editId="2B2986B4">
                <wp:extent cx="1272540" cy="952500"/>
                <wp:effectExtent l="0" t="0" r="3810" b="0"/>
                <wp:docPr id="2" name="Resim 2" descr="Açıklama: \\oknfilesrv\kullanici\banu.bayrak\Desktop\İstanbul Okan Üniversitesi-Yeni Logo-Converted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Açıklama: \\oknfilesrv\kullanici\banu.bayrak\Desktop\İstanbul Okan Üniversitesi-Yeni Logo-Converted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254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39" w:type="pct"/>
          <w:vMerge w:val="restart"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C325FA" w:rsidRPr="00C325FA" w:rsidRDefault="00C325FA" w:rsidP="00C325F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kern w:val="28"/>
              <w:sz w:val="28"/>
              <w:szCs w:val="28"/>
              <w:lang w:val="tr-TR"/>
            </w:rPr>
          </w:pPr>
          <w:r w:rsidRPr="00C325FA">
            <w:rPr>
              <w:rFonts w:ascii="Times New Roman" w:eastAsia="Times New Roman" w:hAnsi="Times New Roman" w:cs="Times New Roman"/>
              <w:b/>
              <w:color w:val="000000"/>
              <w:kern w:val="28"/>
              <w:sz w:val="24"/>
              <w:szCs w:val="28"/>
              <w:lang w:val="tr-TR" w:eastAsia="tr-TR"/>
            </w:rPr>
            <w:t>PSİKOLOJİK DANIŞMANLIK VE EĞİTİM MERKEZİ (OPDEM) 18 YAŞINDAN KÜÇÜK ÖĞRENCİLER İÇİN YASAL TEMSİLCİ BİLGİLENDİRME VE ONAM FORMU</w:t>
          </w: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C325FA" w:rsidRPr="00C325FA" w:rsidRDefault="00C325FA" w:rsidP="00C325FA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C325FA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 xml:space="preserve">Doküman Kodu: </w:t>
          </w:r>
          <w:r w:rsidRPr="00C325FA">
            <w:rPr>
              <w:rFonts w:ascii="Times New Roman" w:eastAsia="Times New Roman" w:hAnsi="Times New Roman" w:cs="Times New Roman"/>
              <w:color w:val="000000"/>
              <w:kern w:val="28"/>
              <w:sz w:val="22"/>
              <w:szCs w:val="20"/>
              <w:lang w:val="tr-TR"/>
            </w:rPr>
            <w:t>FR.</w:t>
          </w:r>
          <w:r>
            <w:rPr>
              <w:rFonts w:ascii="Times New Roman" w:eastAsia="Times New Roman" w:hAnsi="Times New Roman" w:cs="Times New Roman"/>
              <w:color w:val="000000"/>
              <w:kern w:val="28"/>
              <w:sz w:val="22"/>
              <w:szCs w:val="20"/>
              <w:lang w:val="tr-TR"/>
            </w:rPr>
            <w:t>OGD.023</w:t>
          </w:r>
        </w:p>
      </w:tc>
    </w:tr>
    <w:tr w:rsidR="00C325FA" w:rsidRPr="00C325FA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C325FA" w:rsidRPr="00C325FA" w:rsidRDefault="00C325FA" w:rsidP="00C325FA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C325FA" w:rsidRPr="00C325FA" w:rsidRDefault="00C325FA" w:rsidP="00C325FA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C325FA" w:rsidRPr="00C325FA" w:rsidRDefault="00C325FA" w:rsidP="00C325FA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Rev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. No: 00</w:t>
          </w:r>
        </w:p>
      </w:tc>
    </w:tr>
    <w:tr w:rsidR="00C325FA" w:rsidRPr="00C325FA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C325FA" w:rsidRPr="00C325FA" w:rsidRDefault="00C325FA" w:rsidP="00C325FA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C325FA" w:rsidRPr="00C325FA" w:rsidRDefault="00C325FA" w:rsidP="00C325FA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C325FA" w:rsidRPr="00C325FA" w:rsidRDefault="00C325FA" w:rsidP="00C325FA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C325FA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 xml:space="preserve">Yayın Tarihi: </w:t>
          </w:r>
          <w:r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29.09.2026</w:t>
          </w:r>
        </w:p>
      </w:tc>
    </w:tr>
    <w:tr w:rsidR="00C325FA" w:rsidRPr="00C325FA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C325FA" w:rsidRPr="00C325FA" w:rsidRDefault="00C325FA" w:rsidP="00C325FA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C325FA" w:rsidRPr="00C325FA" w:rsidRDefault="00C325FA" w:rsidP="00C325FA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C325FA" w:rsidRPr="00C325FA" w:rsidRDefault="00C325FA" w:rsidP="00C325FA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C325FA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 xml:space="preserve">Revizyon Tarihi: </w:t>
          </w:r>
        </w:p>
      </w:tc>
    </w:tr>
    <w:tr w:rsidR="00C325FA" w:rsidRPr="00C325FA" w:rsidTr="00AB19D2">
      <w:trPr>
        <w:cantSplit/>
        <w:trHeight w:val="128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C325FA" w:rsidRPr="00C325FA" w:rsidRDefault="00C325FA" w:rsidP="00C325FA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C325FA" w:rsidRPr="00C325FA" w:rsidRDefault="00C325FA" w:rsidP="00C325FA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C325FA" w:rsidRPr="00C325FA" w:rsidRDefault="00C325FA" w:rsidP="00C325FA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C325FA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 xml:space="preserve">Sayfa No: </w:t>
          </w:r>
          <w:r w:rsidRPr="00C325FA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fldChar w:fldCharType="begin"/>
          </w:r>
          <w:r w:rsidRPr="00C325FA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instrText>PAGE   \* MERGEFORMAT</w:instrText>
          </w:r>
          <w:r w:rsidRPr="00C325FA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fldChar w:fldCharType="separate"/>
          </w:r>
          <w:r w:rsidR="0047758E">
            <w:rPr>
              <w:rFonts w:ascii="Times New Roman" w:eastAsia="Times New Roman" w:hAnsi="Times New Roman" w:cs="Times New Roman"/>
              <w:noProof/>
              <w:color w:val="000000"/>
              <w:kern w:val="28"/>
              <w:sz w:val="20"/>
              <w:szCs w:val="20"/>
              <w:lang w:val="tr-TR"/>
            </w:rPr>
            <w:t>1</w:t>
          </w:r>
          <w:r w:rsidRPr="00C325FA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fldChar w:fldCharType="end"/>
          </w:r>
        </w:p>
      </w:tc>
    </w:tr>
  </w:tbl>
  <w:p w:rsidR="00C325FA" w:rsidRDefault="00C325F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27DE4"/>
    <w:rsid w:val="0015074B"/>
    <w:rsid w:val="0029639D"/>
    <w:rsid w:val="00326F90"/>
    <w:rsid w:val="0047758E"/>
    <w:rsid w:val="00855CD2"/>
    <w:rsid w:val="008A38FC"/>
    <w:rsid w:val="00AA1D8D"/>
    <w:rsid w:val="00B42531"/>
    <w:rsid w:val="00B47730"/>
    <w:rsid w:val="00C325FA"/>
    <w:rsid w:val="00CB0664"/>
    <w:rsid w:val="00DA7D15"/>
    <w:rsid w:val="00DB1A43"/>
    <w:rsid w:val="00E90F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C9506B"/>
  <w14:defaultImageDpi w14:val="300"/>
  <w15:docId w15:val="{65D74889-A4B2-42EA-BA9C-CDF6A8C16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47CF62-F18B-4B57-BE88-B1F424207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Banu Açıkgöz</cp:lastModifiedBy>
  <cp:revision>3</cp:revision>
  <dcterms:created xsi:type="dcterms:W3CDTF">2026-09-29T06:27:00Z</dcterms:created>
  <dcterms:modified xsi:type="dcterms:W3CDTF">2026-10-08T07:56:00Z</dcterms:modified>
  <cp:category/>
</cp:coreProperties>
</file>